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E506E" w14:textId="77777777" w:rsidR="00A20636" w:rsidRPr="00FD08A6" w:rsidRDefault="00FD08A6">
      <w:pPr>
        <w:rPr>
          <w:lang w:val="ru-RU"/>
        </w:rPr>
      </w:pPr>
      <w:r w:rsidRPr="00FD08A6">
        <w:rPr>
          <w:lang w:val="ru-RU"/>
        </w:rPr>
        <w:t>Отчёт по результатам тестирования 'ООП'</w:t>
      </w:r>
    </w:p>
    <w:p w14:paraId="68608618" w14:textId="77777777" w:rsidR="00A20636" w:rsidRPr="00FD08A6" w:rsidRDefault="00FD08A6">
      <w:pPr>
        <w:rPr>
          <w:lang w:val="ru-RU"/>
        </w:rPr>
      </w:pPr>
      <w:r w:rsidRPr="00FD08A6">
        <w:rPr>
          <w:lang w:val="ru-RU"/>
        </w:rPr>
        <w:t>Анализ данных по дисциплинам</w:t>
      </w:r>
    </w:p>
    <w:tbl>
      <w:tblPr>
        <w:tblStyle w:val="aff0"/>
        <w:tblW w:w="5000" w:type="pct"/>
        <w:tblLook w:val="04A0" w:firstRow="1" w:lastRow="0" w:firstColumn="1" w:lastColumn="0" w:noHBand="0" w:noVBand="1"/>
      </w:tblPr>
      <w:tblGrid>
        <w:gridCol w:w="1038"/>
        <w:gridCol w:w="2743"/>
        <w:gridCol w:w="901"/>
        <w:gridCol w:w="671"/>
        <w:gridCol w:w="1248"/>
        <w:gridCol w:w="3870"/>
        <w:gridCol w:w="1541"/>
        <w:gridCol w:w="1403"/>
        <w:gridCol w:w="1281"/>
      </w:tblGrid>
      <w:tr w:rsidR="00FD08A6" w14:paraId="2E380B34" w14:textId="77777777" w:rsidTr="007A1DDB">
        <w:tc>
          <w:tcPr>
            <w:tcW w:w="351" w:type="pct"/>
            <w:vAlign w:val="center"/>
          </w:tcPr>
          <w:p w14:paraId="15C2D64D" w14:textId="77777777" w:rsidR="00FD08A6" w:rsidRDefault="00FD08A6" w:rsidP="00A5446C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938" w:type="pct"/>
            <w:vAlign w:val="center"/>
          </w:tcPr>
          <w:p w14:paraId="6EA40CC1" w14:textId="77777777" w:rsidR="00FD08A6" w:rsidRDefault="00FD08A6" w:rsidP="00A5446C">
            <w:pPr>
              <w:jc w:val="center"/>
            </w:pPr>
            <w:proofErr w:type="spellStart"/>
            <w:r>
              <w:rPr>
                <w:b/>
                <w:sz w:val="20"/>
              </w:rPr>
              <w:t>Профиль</w:t>
            </w:r>
            <w:proofErr w:type="spellEnd"/>
          </w:p>
        </w:tc>
        <w:tc>
          <w:tcPr>
            <w:tcW w:w="305" w:type="pct"/>
            <w:vAlign w:val="center"/>
          </w:tcPr>
          <w:p w14:paraId="268A3E94" w14:textId="77777777" w:rsidR="00FD08A6" w:rsidRDefault="00FD08A6" w:rsidP="00A5446C">
            <w:pPr>
              <w:jc w:val="center"/>
            </w:pPr>
            <w:proofErr w:type="spellStart"/>
            <w:r>
              <w:rPr>
                <w:b/>
                <w:sz w:val="20"/>
              </w:rPr>
              <w:t>Год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набора</w:t>
            </w:r>
            <w:proofErr w:type="spellEnd"/>
          </w:p>
        </w:tc>
        <w:tc>
          <w:tcPr>
            <w:tcW w:w="227" w:type="pct"/>
            <w:vAlign w:val="center"/>
          </w:tcPr>
          <w:p w14:paraId="208F6DFD" w14:textId="77777777" w:rsidR="00FD08A6" w:rsidRDefault="00FD08A6" w:rsidP="00A5446C">
            <w:pPr>
              <w:jc w:val="center"/>
            </w:pPr>
            <w:proofErr w:type="spellStart"/>
            <w:r>
              <w:rPr>
                <w:b/>
                <w:sz w:val="20"/>
              </w:rPr>
              <w:t>Курс</w:t>
            </w:r>
            <w:proofErr w:type="spellEnd"/>
          </w:p>
        </w:tc>
        <w:tc>
          <w:tcPr>
            <w:tcW w:w="429" w:type="pct"/>
            <w:vAlign w:val="center"/>
          </w:tcPr>
          <w:p w14:paraId="397B3B8F" w14:textId="77777777" w:rsidR="00FD08A6" w:rsidRDefault="00FD08A6" w:rsidP="00A5446C">
            <w:pPr>
              <w:jc w:val="center"/>
            </w:pPr>
            <w:proofErr w:type="spellStart"/>
            <w:r>
              <w:rPr>
                <w:b/>
                <w:sz w:val="20"/>
              </w:rPr>
              <w:t>Группа</w:t>
            </w:r>
            <w:proofErr w:type="spellEnd"/>
          </w:p>
        </w:tc>
        <w:tc>
          <w:tcPr>
            <w:tcW w:w="1321" w:type="pct"/>
            <w:vAlign w:val="center"/>
          </w:tcPr>
          <w:p w14:paraId="47A89CB7" w14:textId="77777777" w:rsidR="00FD08A6" w:rsidRDefault="00FD08A6" w:rsidP="00A5446C">
            <w:pPr>
              <w:jc w:val="center"/>
            </w:pPr>
            <w:proofErr w:type="spellStart"/>
            <w:r>
              <w:rPr>
                <w:b/>
                <w:sz w:val="20"/>
              </w:rPr>
              <w:t>Дисциплина</w:t>
            </w:r>
            <w:proofErr w:type="spellEnd"/>
          </w:p>
        </w:tc>
        <w:tc>
          <w:tcPr>
            <w:tcW w:w="521" w:type="pct"/>
            <w:vAlign w:val="center"/>
          </w:tcPr>
          <w:p w14:paraId="2A90E210" w14:textId="77777777" w:rsidR="00FD08A6" w:rsidRDefault="00FD08A6" w:rsidP="00A5446C">
            <w:pPr>
              <w:jc w:val="center"/>
            </w:pPr>
            <w:proofErr w:type="spellStart"/>
            <w:r>
              <w:rPr>
                <w:b/>
                <w:sz w:val="20"/>
              </w:rPr>
              <w:t>Компетенции</w:t>
            </w:r>
            <w:proofErr w:type="spellEnd"/>
          </w:p>
        </w:tc>
        <w:tc>
          <w:tcPr>
            <w:tcW w:w="475" w:type="pct"/>
            <w:vAlign w:val="center"/>
          </w:tcPr>
          <w:p w14:paraId="133D4187" w14:textId="77777777" w:rsidR="00FD08A6" w:rsidRDefault="00FD08A6" w:rsidP="00A5446C">
            <w:pPr>
              <w:jc w:val="center"/>
            </w:pPr>
            <w:proofErr w:type="spellStart"/>
            <w:r>
              <w:rPr>
                <w:b/>
                <w:sz w:val="20"/>
              </w:rPr>
              <w:t>Средний</w:t>
            </w:r>
            <w:proofErr w:type="spellEnd"/>
            <w:r>
              <w:rPr>
                <w:b/>
                <w:sz w:val="20"/>
              </w:rPr>
              <w:t xml:space="preserve"> % </w:t>
            </w:r>
            <w:proofErr w:type="spellStart"/>
            <w:r>
              <w:rPr>
                <w:b/>
                <w:sz w:val="20"/>
              </w:rPr>
              <w:t>по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дисциплине</w:t>
            </w:r>
            <w:proofErr w:type="spellEnd"/>
          </w:p>
        </w:tc>
        <w:tc>
          <w:tcPr>
            <w:tcW w:w="433" w:type="pct"/>
            <w:vAlign w:val="center"/>
          </w:tcPr>
          <w:p w14:paraId="300796FC" w14:textId="77777777" w:rsidR="00FD08A6" w:rsidRDefault="00FD08A6" w:rsidP="00A5446C">
            <w:pPr>
              <w:jc w:val="center"/>
            </w:pPr>
            <w:proofErr w:type="spellStart"/>
            <w:r>
              <w:rPr>
                <w:b/>
                <w:sz w:val="20"/>
              </w:rPr>
              <w:t>Дата</w:t>
            </w:r>
            <w:proofErr w:type="spellEnd"/>
          </w:p>
        </w:tc>
      </w:tr>
      <w:tr w:rsidR="00FD08A6" w14:paraId="5E7A7841" w14:textId="77777777" w:rsidTr="007A1DDB">
        <w:tc>
          <w:tcPr>
            <w:tcW w:w="351" w:type="pct"/>
            <w:vAlign w:val="center"/>
          </w:tcPr>
          <w:p w14:paraId="4EF62889" w14:textId="77777777" w:rsidR="00FD08A6" w:rsidRDefault="00FD08A6" w:rsidP="00A5446C">
            <w:pPr>
              <w:jc w:val="center"/>
            </w:pPr>
            <w:r>
              <w:t>01.03.02</w:t>
            </w:r>
          </w:p>
        </w:tc>
        <w:tc>
          <w:tcPr>
            <w:tcW w:w="938" w:type="pct"/>
            <w:vAlign w:val="center"/>
          </w:tcPr>
          <w:p w14:paraId="547DDEE5" w14:textId="77777777" w:rsidR="00FD08A6" w:rsidRPr="00A5446C" w:rsidRDefault="00FD08A6" w:rsidP="00A5446C">
            <w:pPr>
              <w:jc w:val="center"/>
              <w:rPr>
                <w:lang w:val="ru-RU"/>
              </w:rPr>
            </w:pPr>
            <w:r w:rsidRPr="00A5446C">
              <w:rPr>
                <w:lang w:val="ru-RU"/>
              </w:rPr>
              <w:t>Инженерия интеллектуальных систем и средств защиты информации</w:t>
            </w:r>
          </w:p>
        </w:tc>
        <w:tc>
          <w:tcPr>
            <w:tcW w:w="305" w:type="pct"/>
            <w:vAlign w:val="center"/>
          </w:tcPr>
          <w:p w14:paraId="7BDCC9D6" w14:textId="77777777" w:rsidR="00FD08A6" w:rsidRDefault="00FD08A6" w:rsidP="00A5446C">
            <w:pPr>
              <w:jc w:val="center"/>
            </w:pPr>
            <w:r>
              <w:t>2025</w:t>
            </w:r>
          </w:p>
        </w:tc>
        <w:tc>
          <w:tcPr>
            <w:tcW w:w="227" w:type="pct"/>
            <w:vAlign w:val="center"/>
          </w:tcPr>
          <w:p w14:paraId="6037FDFE" w14:textId="77777777" w:rsidR="00FD08A6" w:rsidRDefault="00FD08A6" w:rsidP="00A5446C">
            <w:pPr>
              <w:jc w:val="center"/>
            </w:pPr>
            <w:r>
              <w:t>1</w:t>
            </w:r>
          </w:p>
        </w:tc>
        <w:tc>
          <w:tcPr>
            <w:tcW w:w="429" w:type="pct"/>
            <w:vAlign w:val="center"/>
          </w:tcPr>
          <w:p w14:paraId="5F17DECD" w14:textId="77777777" w:rsidR="00FD08A6" w:rsidRDefault="00FD08A6" w:rsidP="00A5446C">
            <w:pPr>
              <w:jc w:val="center"/>
            </w:pPr>
            <w:r>
              <w:t>ИИиЗИ-25</w:t>
            </w:r>
          </w:p>
        </w:tc>
        <w:tc>
          <w:tcPr>
            <w:tcW w:w="1321" w:type="pct"/>
            <w:vAlign w:val="center"/>
          </w:tcPr>
          <w:p w14:paraId="31CB3D09" w14:textId="0BA7E201" w:rsidR="00FD08A6" w:rsidRPr="00A5446C" w:rsidRDefault="00FD08A6" w:rsidP="00A5446C">
            <w:pPr>
              <w:jc w:val="center"/>
              <w:rPr>
                <w:lang w:val="ru-RU"/>
              </w:rPr>
            </w:pPr>
            <w:r w:rsidRPr="00A5446C">
              <w:rPr>
                <w:lang w:val="ru-RU"/>
              </w:rPr>
              <w:t>Б1.О.01</w:t>
            </w:r>
            <w:r w:rsidR="009F3646">
              <w:rPr>
                <w:lang w:val="ru-RU"/>
              </w:rPr>
              <w:t xml:space="preserve"> </w:t>
            </w:r>
            <w:r w:rsidRPr="00A5446C">
              <w:rPr>
                <w:lang w:val="ru-RU"/>
              </w:rPr>
              <w:t>История России</w:t>
            </w:r>
          </w:p>
        </w:tc>
        <w:tc>
          <w:tcPr>
            <w:tcW w:w="521" w:type="pct"/>
            <w:vAlign w:val="center"/>
          </w:tcPr>
          <w:p w14:paraId="5CF13E96" w14:textId="77777777" w:rsidR="00FD08A6" w:rsidRDefault="00FD08A6" w:rsidP="00A5446C">
            <w:pPr>
              <w:jc w:val="center"/>
            </w:pPr>
            <w:r>
              <w:t>УК-5</w:t>
            </w:r>
          </w:p>
        </w:tc>
        <w:tc>
          <w:tcPr>
            <w:tcW w:w="475" w:type="pct"/>
            <w:vAlign w:val="center"/>
          </w:tcPr>
          <w:p w14:paraId="2DFAE2CD" w14:textId="77777777" w:rsidR="00FD08A6" w:rsidRDefault="00FD08A6" w:rsidP="00A5446C">
            <w:pPr>
              <w:jc w:val="center"/>
            </w:pPr>
            <w:r>
              <w:t>76.0%</w:t>
            </w:r>
          </w:p>
        </w:tc>
        <w:tc>
          <w:tcPr>
            <w:tcW w:w="433" w:type="pct"/>
            <w:vAlign w:val="center"/>
          </w:tcPr>
          <w:p w14:paraId="0CDB91F1" w14:textId="77777777" w:rsidR="00FD08A6" w:rsidRDefault="00FD08A6" w:rsidP="00A5446C">
            <w:pPr>
              <w:jc w:val="center"/>
            </w:pPr>
            <w:r>
              <w:t>28.05.2026</w:t>
            </w:r>
          </w:p>
        </w:tc>
      </w:tr>
      <w:tr w:rsidR="00FD08A6" w14:paraId="78E05A25" w14:textId="77777777" w:rsidTr="007A1DDB">
        <w:tc>
          <w:tcPr>
            <w:tcW w:w="351" w:type="pct"/>
            <w:vAlign w:val="center"/>
          </w:tcPr>
          <w:p w14:paraId="1B644E2D" w14:textId="77777777" w:rsidR="00FD08A6" w:rsidRDefault="00FD08A6" w:rsidP="00A5446C">
            <w:pPr>
              <w:jc w:val="center"/>
            </w:pPr>
            <w:r>
              <w:t>01.03.02</w:t>
            </w:r>
          </w:p>
        </w:tc>
        <w:tc>
          <w:tcPr>
            <w:tcW w:w="938" w:type="pct"/>
            <w:vAlign w:val="center"/>
          </w:tcPr>
          <w:p w14:paraId="7217D1C9" w14:textId="77777777" w:rsidR="00FD08A6" w:rsidRPr="00A5446C" w:rsidRDefault="00FD08A6" w:rsidP="00A5446C">
            <w:pPr>
              <w:jc w:val="center"/>
              <w:rPr>
                <w:lang w:val="ru-RU"/>
              </w:rPr>
            </w:pPr>
            <w:r w:rsidRPr="00A5446C">
              <w:rPr>
                <w:lang w:val="ru-RU"/>
              </w:rPr>
              <w:t>Инженерия интеллектуальных систем и средств защиты информации</w:t>
            </w:r>
          </w:p>
        </w:tc>
        <w:tc>
          <w:tcPr>
            <w:tcW w:w="305" w:type="pct"/>
            <w:vAlign w:val="center"/>
          </w:tcPr>
          <w:p w14:paraId="16D80A20" w14:textId="77777777" w:rsidR="00FD08A6" w:rsidRDefault="00FD08A6" w:rsidP="00A5446C">
            <w:pPr>
              <w:jc w:val="center"/>
            </w:pPr>
            <w:r>
              <w:t>2025</w:t>
            </w:r>
          </w:p>
        </w:tc>
        <w:tc>
          <w:tcPr>
            <w:tcW w:w="227" w:type="pct"/>
            <w:vAlign w:val="center"/>
          </w:tcPr>
          <w:p w14:paraId="79093C12" w14:textId="77777777" w:rsidR="00FD08A6" w:rsidRDefault="00FD08A6" w:rsidP="00A5446C">
            <w:pPr>
              <w:jc w:val="center"/>
            </w:pPr>
            <w:r>
              <w:t>1</w:t>
            </w:r>
          </w:p>
        </w:tc>
        <w:tc>
          <w:tcPr>
            <w:tcW w:w="429" w:type="pct"/>
            <w:vAlign w:val="center"/>
          </w:tcPr>
          <w:p w14:paraId="7252858F" w14:textId="77777777" w:rsidR="00FD08A6" w:rsidRDefault="00FD08A6" w:rsidP="00A5446C">
            <w:pPr>
              <w:jc w:val="center"/>
            </w:pPr>
            <w:r>
              <w:t>ИИиЗИ-25</w:t>
            </w:r>
          </w:p>
        </w:tc>
        <w:tc>
          <w:tcPr>
            <w:tcW w:w="1321" w:type="pct"/>
            <w:vAlign w:val="center"/>
          </w:tcPr>
          <w:p w14:paraId="62DAA513" w14:textId="208AAE2D" w:rsidR="00FD08A6" w:rsidRPr="00A5446C" w:rsidRDefault="00FD08A6" w:rsidP="00A5446C">
            <w:pPr>
              <w:jc w:val="center"/>
              <w:rPr>
                <w:lang w:val="ru-RU"/>
              </w:rPr>
            </w:pPr>
            <w:r w:rsidRPr="00A5446C">
              <w:rPr>
                <w:lang w:val="ru-RU"/>
              </w:rPr>
              <w:t>Б1.О.04.01 Иностранный язык</w:t>
            </w:r>
          </w:p>
        </w:tc>
        <w:tc>
          <w:tcPr>
            <w:tcW w:w="521" w:type="pct"/>
            <w:vAlign w:val="center"/>
          </w:tcPr>
          <w:p w14:paraId="78FBB9EB" w14:textId="77777777" w:rsidR="00FD08A6" w:rsidRDefault="00FD08A6" w:rsidP="00A5446C">
            <w:pPr>
              <w:jc w:val="center"/>
            </w:pPr>
            <w:r>
              <w:t>УК-4</w:t>
            </w:r>
          </w:p>
        </w:tc>
        <w:tc>
          <w:tcPr>
            <w:tcW w:w="475" w:type="pct"/>
            <w:vAlign w:val="center"/>
          </w:tcPr>
          <w:p w14:paraId="6C185B6A" w14:textId="77777777" w:rsidR="00FD08A6" w:rsidRDefault="00FD08A6" w:rsidP="00A5446C">
            <w:pPr>
              <w:jc w:val="center"/>
            </w:pPr>
            <w:r>
              <w:t>67.5%</w:t>
            </w:r>
          </w:p>
        </w:tc>
        <w:tc>
          <w:tcPr>
            <w:tcW w:w="433" w:type="pct"/>
            <w:vAlign w:val="center"/>
          </w:tcPr>
          <w:p w14:paraId="7D77D2D6" w14:textId="77777777" w:rsidR="00FD08A6" w:rsidRDefault="00FD08A6" w:rsidP="00A5446C">
            <w:pPr>
              <w:jc w:val="center"/>
            </w:pPr>
            <w:r>
              <w:t>28.05.2026</w:t>
            </w:r>
          </w:p>
        </w:tc>
      </w:tr>
      <w:tr w:rsidR="00FD08A6" w14:paraId="0D0AF119" w14:textId="77777777" w:rsidTr="007A1DDB">
        <w:tc>
          <w:tcPr>
            <w:tcW w:w="351" w:type="pct"/>
            <w:vAlign w:val="center"/>
          </w:tcPr>
          <w:p w14:paraId="51EF27C4" w14:textId="77777777" w:rsidR="00FD08A6" w:rsidRDefault="00FD08A6" w:rsidP="00A5446C">
            <w:pPr>
              <w:jc w:val="center"/>
            </w:pPr>
            <w:r>
              <w:t>01.03.02</w:t>
            </w:r>
          </w:p>
        </w:tc>
        <w:tc>
          <w:tcPr>
            <w:tcW w:w="938" w:type="pct"/>
            <w:vAlign w:val="center"/>
          </w:tcPr>
          <w:p w14:paraId="5ED55A73" w14:textId="77777777" w:rsidR="00FD08A6" w:rsidRPr="00A5446C" w:rsidRDefault="00FD08A6" w:rsidP="00A5446C">
            <w:pPr>
              <w:jc w:val="center"/>
              <w:rPr>
                <w:lang w:val="ru-RU"/>
              </w:rPr>
            </w:pPr>
            <w:r w:rsidRPr="00A5446C">
              <w:rPr>
                <w:lang w:val="ru-RU"/>
              </w:rPr>
              <w:t>Инженерия интеллектуальных систем и средств защиты информации</w:t>
            </w:r>
          </w:p>
        </w:tc>
        <w:tc>
          <w:tcPr>
            <w:tcW w:w="305" w:type="pct"/>
            <w:vAlign w:val="center"/>
          </w:tcPr>
          <w:p w14:paraId="39FBDC39" w14:textId="77777777" w:rsidR="00FD08A6" w:rsidRDefault="00FD08A6" w:rsidP="00A5446C">
            <w:pPr>
              <w:jc w:val="center"/>
            </w:pPr>
            <w:r>
              <w:t>2025</w:t>
            </w:r>
          </w:p>
        </w:tc>
        <w:tc>
          <w:tcPr>
            <w:tcW w:w="227" w:type="pct"/>
            <w:vAlign w:val="center"/>
          </w:tcPr>
          <w:p w14:paraId="0E3C4682" w14:textId="77777777" w:rsidR="00FD08A6" w:rsidRDefault="00FD08A6" w:rsidP="00A5446C">
            <w:pPr>
              <w:jc w:val="center"/>
            </w:pPr>
            <w:r>
              <w:t>1</w:t>
            </w:r>
          </w:p>
        </w:tc>
        <w:tc>
          <w:tcPr>
            <w:tcW w:w="429" w:type="pct"/>
            <w:vAlign w:val="center"/>
          </w:tcPr>
          <w:p w14:paraId="3969ADDD" w14:textId="77777777" w:rsidR="00FD08A6" w:rsidRDefault="00FD08A6" w:rsidP="00A5446C">
            <w:pPr>
              <w:jc w:val="center"/>
            </w:pPr>
            <w:r>
              <w:t>ИИиЗИ-25</w:t>
            </w:r>
          </w:p>
        </w:tc>
        <w:tc>
          <w:tcPr>
            <w:tcW w:w="1321" w:type="pct"/>
            <w:vAlign w:val="center"/>
          </w:tcPr>
          <w:p w14:paraId="263FB973" w14:textId="0348AB46" w:rsidR="00FD08A6" w:rsidRPr="00A5446C" w:rsidRDefault="00FD08A6" w:rsidP="00A5446C">
            <w:pPr>
              <w:jc w:val="center"/>
              <w:rPr>
                <w:lang w:val="ru-RU"/>
              </w:rPr>
            </w:pPr>
            <w:r w:rsidRPr="00A5446C">
              <w:rPr>
                <w:lang w:val="ru-RU"/>
              </w:rPr>
              <w:t>Б1.О.07.04 Сценарные языки программирования</w:t>
            </w:r>
          </w:p>
        </w:tc>
        <w:tc>
          <w:tcPr>
            <w:tcW w:w="521" w:type="pct"/>
            <w:vAlign w:val="center"/>
          </w:tcPr>
          <w:p w14:paraId="75BA3329" w14:textId="7D21CE56" w:rsidR="00FD08A6" w:rsidRPr="00A5446C" w:rsidRDefault="007A1DDB" w:rsidP="00A5446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ОПК-1, ОПК-2, ОПК-4, ОПК-5</w:t>
            </w:r>
          </w:p>
        </w:tc>
        <w:tc>
          <w:tcPr>
            <w:tcW w:w="475" w:type="pct"/>
            <w:vAlign w:val="center"/>
          </w:tcPr>
          <w:p w14:paraId="0349A98E" w14:textId="77777777" w:rsidR="00FD08A6" w:rsidRDefault="00FD08A6" w:rsidP="00A5446C">
            <w:pPr>
              <w:jc w:val="center"/>
            </w:pPr>
            <w:r>
              <w:t>79.5%</w:t>
            </w:r>
          </w:p>
        </w:tc>
        <w:tc>
          <w:tcPr>
            <w:tcW w:w="433" w:type="pct"/>
            <w:vAlign w:val="center"/>
          </w:tcPr>
          <w:p w14:paraId="3BFA513A" w14:textId="77777777" w:rsidR="00FD08A6" w:rsidRDefault="00FD08A6" w:rsidP="00A5446C">
            <w:pPr>
              <w:jc w:val="center"/>
            </w:pPr>
            <w:r>
              <w:t>03.06.2026</w:t>
            </w:r>
          </w:p>
        </w:tc>
      </w:tr>
    </w:tbl>
    <w:p w14:paraId="39EE3157" w14:textId="77777777" w:rsidR="00A20636" w:rsidRDefault="00A20636"/>
    <w:sectPr w:rsidR="00A20636" w:rsidSect="00A5446C">
      <w:pgSz w:w="15840" w:h="12240" w:orient="landscape"/>
      <w:pgMar w:top="567" w:right="567" w:bottom="283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5E75"/>
    <w:rsid w:val="0015074B"/>
    <w:rsid w:val="0029639D"/>
    <w:rsid w:val="00326F90"/>
    <w:rsid w:val="00687B60"/>
    <w:rsid w:val="007A1DDB"/>
    <w:rsid w:val="009F3646"/>
    <w:rsid w:val="00A20636"/>
    <w:rsid w:val="00A5446C"/>
    <w:rsid w:val="00AA1D8D"/>
    <w:rsid w:val="00B47730"/>
    <w:rsid w:val="00CB0664"/>
    <w:rsid w:val="00FC693F"/>
    <w:rsid w:val="00FD0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9D42CD"/>
  <w14:defaultImageDpi w14:val="300"/>
  <w15:docId w15:val="{C6D283CC-52D1-413E-89AC-F64494469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4</cp:revision>
  <dcterms:created xsi:type="dcterms:W3CDTF">2026-08-06T04:37:00Z</dcterms:created>
  <dcterms:modified xsi:type="dcterms:W3CDTF">2026-08-06T04:40:00Z</dcterms:modified>
  <cp:category/>
</cp:coreProperties>
</file>