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E506E" w14:textId="77777777" w:rsidR="00A20636" w:rsidRPr="00FD08A6" w:rsidRDefault="00FD08A6">
      <w:pPr>
        <w:rPr>
          <w:lang w:val="ru-RU"/>
        </w:rPr>
      </w:pPr>
      <w:r w:rsidRPr="00FD08A6">
        <w:rPr>
          <w:lang w:val="ru-RU"/>
        </w:rPr>
        <w:t>Отчёт по результатам тестирования 'ООП'</w:t>
      </w:r>
    </w:p>
    <w:p w14:paraId="68608618" w14:textId="77777777" w:rsidR="00A20636" w:rsidRPr="00FD08A6" w:rsidRDefault="00FD08A6">
      <w:pPr>
        <w:rPr>
          <w:lang w:val="ru-RU"/>
        </w:rPr>
      </w:pPr>
      <w:r w:rsidRPr="00FD08A6">
        <w:rPr>
          <w:lang w:val="ru-RU"/>
        </w:rPr>
        <w:t>Анализ данных по дисциплинам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038"/>
        <w:gridCol w:w="2743"/>
        <w:gridCol w:w="901"/>
        <w:gridCol w:w="671"/>
        <w:gridCol w:w="1248"/>
        <w:gridCol w:w="3870"/>
        <w:gridCol w:w="1541"/>
        <w:gridCol w:w="1403"/>
        <w:gridCol w:w="1281"/>
      </w:tblGrid>
      <w:tr w:rsidR="00FD08A6" w14:paraId="2E380B34" w14:textId="77777777" w:rsidTr="00E66160">
        <w:tc>
          <w:tcPr>
            <w:tcW w:w="351" w:type="pct"/>
            <w:vAlign w:val="center"/>
          </w:tcPr>
          <w:p w14:paraId="15C2D64D" w14:textId="77777777" w:rsidR="00FD08A6" w:rsidRDefault="00FD08A6" w:rsidP="00A5446C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938" w:type="pct"/>
            <w:vAlign w:val="center"/>
          </w:tcPr>
          <w:p w14:paraId="6EA40CC1" w14:textId="77777777" w:rsidR="00FD08A6" w:rsidRDefault="00FD08A6" w:rsidP="00A5446C">
            <w:pPr>
              <w:jc w:val="center"/>
            </w:pPr>
            <w:r>
              <w:rPr>
                <w:b/>
                <w:sz w:val="20"/>
              </w:rPr>
              <w:t>Профиль</w:t>
            </w:r>
          </w:p>
        </w:tc>
        <w:tc>
          <w:tcPr>
            <w:tcW w:w="305" w:type="pct"/>
            <w:vAlign w:val="center"/>
          </w:tcPr>
          <w:p w14:paraId="268A3E94" w14:textId="77777777" w:rsidR="00FD08A6" w:rsidRDefault="00FD08A6" w:rsidP="00A5446C">
            <w:pPr>
              <w:jc w:val="center"/>
            </w:pPr>
            <w:r>
              <w:rPr>
                <w:b/>
                <w:sz w:val="20"/>
              </w:rPr>
              <w:t>Год набора</w:t>
            </w:r>
          </w:p>
        </w:tc>
        <w:tc>
          <w:tcPr>
            <w:tcW w:w="227" w:type="pct"/>
            <w:vAlign w:val="center"/>
          </w:tcPr>
          <w:p w14:paraId="208F6DFD" w14:textId="77777777" w:rsidR="00FD08A6" w:rsidRDefault="00FD08A6" w:rsidP="00A5446C">
            <w:pPr>
              <w:jc w:val="center"/>
            </w:pPr>
            <w:r>
              <w:rPr>
                <w:b/>
                <w:sz w:val="20"/>
              </w:rPr>
              <w:t>Курс</w:t>
            </w:r>
          </w:p>
        </w:tc>
        <w:tc>
          <w:tcPr>
            <w:tcW w:w="429" w:type="pct"/>
            <w:vAlign w:val="center"/>
          </w:tcPr>
          <w:p w14:paraId="397B3B8F" w14:textId="77777777" w:rsidR="00FD08A6" w:rsidRDefault="00FD08A6" w:rsidP="00A5446C">
            <w:pPr>
              <w:jc w:val="center"/>
            </w:pPr>
            <w:r>
              <w:rPr>
                <w:b/>
                <w:sz w:val="20"/>
              </w:rPr>
              <w:t>Группа</w:t>
            </w:r>
          </w:p>
        </w:tc>
        <w:tc>
          <w:tcPr>
            <w:tcW w:w="1321" w:type="pct"/>
            <w:vAlign w:val="center"/>
          </w:tcPr>
          <w:p w14:paraId="47A89CB7" w14:textId="77777777" w:rsidR="00FD08A6" w:rsidRDefault="00FD08A6" w:rsidP="00A5446C">
            <w:pPr>
              <w:jc w:val="center"/>
            </w:pPr>
            <w:r>
              <w:rPr>
                <w:b/>
                <w:sz w:val="20"/>
              </w:rPr>
              <w:t>Дисциплина</w:t>
            </w:r>
          </w:p>
        </w:tc>
        <w:tc>
          <w:tcPr>
            <w:tcW w:w="521" w:type="pct"/>
            <w:vAlign w:val="center"/>
          </w:tcPr>
          <w:p w14:paraId="2A90E210" w14:textId="77777777" w:rsidR="00FD08A6" w:rsidRDefault="00FD08A6" w:rsidP="00A5446C">
            <w:pPr>
              <w:jc w:val="center"/>
            </w:pPr>
            <w:r>
              <w:rPr>
                <w:b/>
                <w:sz w:val="20"/>
              </w:rPr>
              <w:t>Компетенции</w:t>
            </w:r>
          </w:p>
        </w:tc>
        <w:tc>
          <w:tcPr>
            <w:tcW w:w="475" w:type="pct"/>
            <w:vAlign w:val="center"/>
          </w:tcPr>
          <w:p w14:paraId="133D4187" w14:textId="77777777" w:rsidR="00FD08A6" w:rsidRDefault="00FD08A6" w:rsidP="00A5446C">
            <w:pPr>
              <w:jc w:val="center"/>
            </w:pPr>
            <w:r>
              <w:rPr>
                <w:b/>
                <w:sz w:val="20"/>
              </w:rPr>
              <w:t>Средний % по дисциплине</w:t>
            </w:r>
          </w:p>
        </w:tc>
        <w:tc>
          <w:tcPr>
            <w:tcW w:w="433" w:type="pct"/>
            <w:vAlign w:val="center"/>
          </w:tcPr>
          <w:p w14:paraId="300796FC" w14:textId="77777777" w:rsidR="00FD08A6" w:rsidRDefault="00FD08A6" w:rsidP="00A5446C">
            <w:pPr>
              <w:jc w:val="center"/>
            </w:pPr>
            <w:r>
              <w:rPr>
                <w:b/>
                <w:sz w:val="20"/>
              </w:rPr>
              <w:t>Дата</w:t>
            </w:r>
          </w:p>
        </w:tc>
      </w:tr>
      <w:tr w:rsidR="00FD08A6" w14:paraId="4AB6A34F" w14:textId="77777777" w:rsidTr="00E66160">
        <w:tc>
          <w:tcPr>
            <w:tcW w:w="351" w:type="pct"/>
            <w:vAlign w:val="center"/>
          </w:tcPr>
          <w:p w14:paraId="77CFFA16" w14:textId="77777777" w:rsidR="00FD08A6" w:rsidRDefault="00FD08A6" w:rsidP="00A5446C">
            <w:pPr>
              <w:jc w:val="center"/>
            </w:pPr>
            <w:r>
              <w:t>01.03.02</w:t>
            </w:r>
          </w:p>
        </w:tc>
        <w:tc>
          <w:tcPr>
            <w:tcW w:w="938" w:type="pct"/>
            <w:vAlign w:val="center"/>
          </w:tcPr>
          <w:p w14:paraId="00BA0C11" w14:textId="77777777" w:rsidR="00FD08A6" w:rsidRPr="00A5446C" w:rsidRDefault="00FD08A6" w:rsidP="00A5446C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>Инженерия программного обеспечения и технологии защиты информации</w:t>
            </w:r>
          </w:p>
        </w:tc>
        <w:tc>
          <w:tcPr>
            <w:tcW w:w="305" w:type="pct"/>
            <w:vAlign w:val="center"/>
          </w:tcPr>
          <w:p w14:paraId="7C6D9534" w14:textId="77777777" w:rsidR="00FD08A6" w:rsidRDefault="00FD08A6" w:rsidP="00A5446C">
            <w:pPr>
              <w:jc w:val="center"/>
            </w:pPr>
            <w:r>
              <w:t>2024</w:t>
            </w:r>
          </w:p>
        </w:tc>
        <w:tc>
          <w:tcPr>
            <w:tcW w:w="227" w:type="pct"/>
            <w:vAlign w:val="center"/>
          </w:tcPr>
          <w:p w14:paraId="1301F277" w14:textId="77777777" w:rsidR="00FD08A6" w:rsidRDefault="00FD08A6" w:rsidP="00A5446C">
            <w:pPr>
              <w:jc w:val="center"/>
            </w:pPr>
            <w:r>
              <w:t>2</w:t>
            </w:r>
          </w:p>
        </w:tc>
        <w:tc>
          <w:tcPr>
            <w:tcW w:w="429" w:type="pct"/>
            <w:vAlign w:val="center"/>
          </w:tcPr>
          <w:p w14:paraId="4CBF86F0" w14:textId="77777777" w:rsidR="00FD08A6" w:rsidRDefault="00FD08A6" w:rsidP="00A5446C">
            <w:pPr>
              <w:jc w:val="center"/>
            </w:pPr>
            <w:r>
              <w:t>ИПОиЗИ-24</w:t>
            </w:r>
          </w:p>
        </w:tc>
        <w:tc>
          <w:tcPr>
            <w:tcW w:w="1321" w:type="pct"/>
            <w:vAlign w:val="center"/>
          </w:tcPr>
          <w:p w14:paraId="6AA87881" w14:textId="77777777" w:rsidR="00FD08A6" w:rsidRPr="00A5446C" w:rsidRDefault="00FD08A6" w:rsidP="00A5446C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>Б1.0.06.04 Физическая культура и спорт</w:t>
            </w:r>
          </w:p>
        </w:tc>
        <w:tc>
          <w:tcPr>
            <w:tcW w:w="521" w:type="pct"/>
            <w:vAlign w:val="center"/>
          </w:tcPr>
          <w:p w14:paraId="5C23EC77" w14:textId="6971C186" w:rsidR="00FD08A6" w:rsidRPr="00A5446C" w:rsidRDefault="00E66160" w:rsidP="00A5446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УК-7</w:t>
            </w:r>
          </w:p>
        </w:tc>
        <w:tc>
          <w:tcPr>
            <w:tcW w:w="475" w:type="pct"/>
            <w:vAlign w:val="center"/>
          </w:tcPr>
          <w:p w14:paraId="693377E1" w14:textId="77777777" w:rsidR="00FD08A6" w:rsidRDefault="00FD08A6" w:rsidP="00A5446C">
            <w:pPr>
              <w:jc w:val="center"/>
            </w:pPr>
            <w:r>
              <w:t>79.0%</w:t>
            </w:r>
          </w:p>
        </w:tc>
        <w:tc>
          <w:tcPr>
            <w:tcW w:w="433" w:type="pct"/>
            <w:vAlign w:val="center"/>
          </w:tcPr>
          <w:p w14:paraId="768AED18" w14:textId="77777777" w:rsidR="00FD08A6" w:rsidRDefault="00FD08A6" w:rsidP="00A5446C">
            <w:pPr>
              <w:jc w:val="center"/>
            </w:pPr>
            <w:r>
              <w:t>12.05.2026</w:t>
            </w:r>
          </w:p>
        </w:tc>
      </w:tr>
      <w:tr w:rsidR="00FD08A6" w14:paraId="68787C82" w14:textId="77777777" w:rsidTr="00E66160">
        <w:tc>
          <w:tcPr>
            <w:tcW w:w="351" w:type="pct"/>
            <w:vAlign w:val="center"/>
          </w:tcPr>
          <w:p w14:paraId="5BA3F5A0" w14:textId="77777777" w:rsidR="00FD08A6" w:rsidRDefault="00FD08A6" w:rsidP="00A5446C">
            <w:pPr>
              <w:jc w:val="center"/>
            </w:pPr>
            <w:r>
              <w:t>01.03.02</w:t>
            </w:r>
          </w:p>
        </w:tc>
        <w:tc>
          <w:tcPr>
            <w:tcW w:w="938" w:type="pct"/>
            <w:vAlign w:val="center"/>
          </w:tcPr>
          <w:p w14:paraId="3C12D27E" w14:textId="77777777" w:rsidR="00FD08A6" w:rsidRPr="00A5446C" w:rsidRDefault="00FD08A6" w:rsidP="00A5446C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>Инженерия программного обеспечения и технологии защиты информации</w:t>
            </w:r>
          </w:p>
        </w:tc>
        <w:tc>
          <w:tcPr>
            <w:tcW w:w="305" w:type="pct"/>
            <w:vAlign w:val="center"/>
          </w:tcPr>
          <w:p w14:paraId="3921FDAC" w14:textId="77777777" w:rsidR="00FD08A6" w:rsidRDefault="00FD08A6" w:rsidP="00A5446C">
            <w:pPr>
              <w:jc w:val="center"/>
            </w:pPr>
            <w:r>
              <w:t>2023</w:t>
            </w:r>
          </w:p>
        </w:tc>
        <w:tc>
          <w:tcPr>
            <w:tcW w:w="227" w:type="pct"/>
            <w:vAlign w:val="center"/>
          </w:tcPr>
          <w:p w14:paraId="680D776A" w14:textId="77777777" w:rsidR="00FD08A6" w:rsidRDefault="00FD08A6" w:rsidP="00A5446C">
            <w:pPr>
              <w:jc w:val="center"/>
            </w:pPr>
            <w:r>
              <w:t>3</w:t>
            </w:r>
          </w:p>
        </w:tc>
        <w:tc>
          <w:tcPr>
            <w:tcW w:w="429" w:type="pct"/>
            <w:vAlign w:val="center"/>
          </w:tcPr>
          <w:p w14:paraId="67AB05BB" w14:textId="77777777" w:rsidR="00FD08A6" w:rsidRDefault="00FD08A6" w:rsidP="00A5446C">
            <w:pPr>
              <w:jc w:val="center"/>
            </w:pPr>
            <w:r>
              <w:t>ИПОиЗИ-23</w:t>
            </w:r>
          </w:p>
        </w:tc>
        <w:tc>
          <w:tcPr>
            <w:tcW w:w="1321" w:type="pct"/>
            <w:vAlign w:val="center"/>
          </w:tcPr>
          <w:p w14:paraId="2707CA2D" w14:textId="4C1A212C" w:rsidR="00FD08A6" w:rsidRPr="00A5446C" w:rsidRDefault="00FD08A6" w:rsidP="00A5446C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>ФТД.02 Технологическое предпринимательство</w:t>
            </w:r>
          </w:p>
        </w:tc>
        <w:tc>
          <w:tcPr>
            <w:tcW w:w="521" w:type="pct"/>
            <w:vAlign w:val="center"/>
          </w:tcPr>
          <w:p w14:paraId="70E3E1C2" w14:textId="77777777" w:rsidR="00FD08A6" w:rsidRDefault="00FD08A6" w:rsidP="00A5446C">
            <w:pPr>
              <w:jc w:val="center"/>
            </w:pPr>
            <w:r>
              <w:t>УК-2, УК-9</w:t>
            </w:r>
          </w:p>
        </w:tc>
        <w:tc>
          <w:tcPr>
            <w:tcW w:w="475" w:type="pct"/>
            <w:vAlign w:val="center"/>
          </w:tcPr>
          <w:p w14:paraId="7158BF44" w14:textId="77777777" w:rsidR="00FD08A6" w:rsidRDefault="00FD08A6" w:rsidP="00A5446C">
            <w:pPr>
              <w:jc w:val="center"/>
            </w:pPr>
            <w:r>
              <w:t>78.0%</w:t>
            </w:r>
          </w:p>
        </w:tc>
        <w:tc>
          <w:tcPr>
            <w:tcW w:w="433" w:type="pct"/>
            <w:vAlign w:val="center"/>
          </w:tcPr>
          <w:p w14:paraId="74AE9434" w14:textId="77777777" w:rsidR="00FD08A6" w:rsidRDefault="00FD08A6" w:rsidP="00A5446C">
            <w:pPr>
              <w:jc w:val="center"/>
            </w:pPr>
            <w:r>
              <w:t>13.05.2026</w:t>
            </w:r>
          </w:p>
        </w:tc>
      </w:tr>
      <w:tr w:rsidR="00FD08A6" w14:paraId="0466B07C" w14:textId="77777777" w:rsidTr="00E66160">
        <w:tc>
          <w:tcPr>
            <w:tcW w:w="351" w:type="pct"/>
            <w:vAlign w:val="center"/>
          </w:tcPr>
          <w:p w14:paraId="714D7D89" w14:textId="77777777" w:rsidR="00FD08A6" w:rsidRDefault="00FD08A6" w:rsidP="00A5446C">
            <w:pPr>
              <w:jc w:val="center"/>
            </w:pPr>
            <w:r>
              <w:t>01.03.02</w:t>
            </w:r>
          </w:p>
        </w:tc>
        <w:tc>
          <w:tcPr>
            <w:tcW w:w="938" w:type="pct"/>
            <w:vAlign w:val="center"/>
          </w:tcPr>
          <w:p w14:paraId="44D5E9B4" w14:textId="77777777" w:rsidR="00FD08A6" w:rsidRPr="00A5446C" w:rsidRDefault="00FD08A6" w:rsidP="00A5446C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>Инженерия программного обеспечения и технологии защиты информации</w:t>
            </w:r>
          </w:p>
        </w:tc>
        <w:tc>
          <w:tcPr>
            <w:tcW w:w="305" w:type="pct"/>
            <w:vAlign w:val="center"/>
          </w:tcPr>
          <w:p w14:paraId="5D737ED2" w14:textId="77777777" w:rsidR="00FD08A6" w:rsidRDefault="00FD08A6" w:rsidP="00A5446C">
            <w:pPr>
              <w:jc w:val="center"/>
            </w:pPr>
            <w:r>
              <w:t>2024</w:t>
            </w:r>
          </w:p>
        </w:tc>
        <w:tc>
          <w:tcPr>
            <w:tcW w:w="227" w:type="pct"/>
            <w:vAlign w:val="center"/>
          </w:tcPr>
          <w:p w14:paraId="32D535BA" w14:textId="77777777" w:rsidR="00FD08A6" w:rsidRDefault="00FD08A6" w:rsidP="00A5446C">
            <w:pPr>
              <w:jc w:val="center"/>
            </w:pPr>
            <w:r>
              <w:t>2</w:t>
            </w:r>
          </w:p>
        </w:tc>
        <w:tc>
          <w:tcPr>
            <w:tcW w:w="429" w:type="pct"/>
            <w:vAlign w:val="center"/>
          </w:tcPr>
          <w:p w14:paraId="387AE894" w14:textId="77777777" w:rsidR="00FD08A6" w:rsidRDefault="00FD08A6" w:rsidP="00A5446C">
            <w:pPr>
              <w:jc w:val="center"/>
            </w:pPr>
            <w:r>
              <w:t>ИПОиЗИ-24</w:t>
            </w:r>
          </w:p>
        </w:tc>
        <w:tc>
          <w:tcPr>
            <w:tcW w:w="1321" w:type="pct"/>
            <w:vAlign w:val="center"/>
          </w:tcPr>
          <w:p w14:paraId="5E393E98" w14:textId="3D4CA0FC" w:rsidR="00FD08A6" w:rsidRPr="00A5446C" w:rsidRDefault="00FD08A6" w:rsidP="00A5446C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>Б1.О.02.03 Социология</w:t>
            </w:r>
          </w:p>
        </w:tc>
        <w:tc>
          <w:tcPr>
            <w:tcW w:w="521" w:type="pct"/>
            <w:vAlign w:val="center"/>
          </w:tcPr>
          <w:p w14:paraId="55233C56" w14:textId="77777777" w:rsidR="00FD08A6" w:rsidRDefault="00FD08A6" w:rsidP="00A5446C">
            <w:pPr>
              <w:jc w:val="center"/>
            </w:pPr>
            <w:r>
              <w:t>УК-3, УК-5, УК-6, УК-9</w:t>
            </w:r>
          </w:p>
        </w:tc>
        <w:tc>
          <w:tcPr>
            <w:tcW w:w="475" w:type="pct"/>
            <w:vAlign w:val="center"/>
          </w:tcPr>
          <w:p w14:paraId="43CE9765" w14:textId="77777777" w:rsidR="00FD08A6" w:rsidRDefault="00FD08A6" w:rsidP="00A5446C">
            <w:pPr>
              <w:jc w:val="center"/>
            </w:pPr>
            <w:r>
              <w:t>89.0%</w:t>
            </w:r>
          </w:p>
        </w:tc>
        <w:tc>
          <w:tcPr>
            <w:tcW w:w="433" w:type="pct"/>
            <w:vAlign w:val="center"/>
          </w:tcPr>
          <w:p w14:paraId="6792C399" w14:textId="77777777" w:rsidR="00FD08A6" w:rsidRDefault="00FD08A6" w:rsidP="00A5446C">
            <w:pPr>
              <w:jc w:val="center"/>
            </w:pPr>
            <w:r>
              <w:t>14.05.2026</w:t>
            </w:r>
          </w:p>
        </w:tc>
      </w:tr>
      <w:tr w:rsidR="00FD08A6" w14:paraId="54B0ED89" w14:textId="77777777" w:rsidTr="00E66160">
        <w:tc>
          <w:tcPr>
            <w:tcW w:w="351" w:type="pct"/>
            <w:vAlign w:val="center"/>
          </w:tcPr>
          <w:p w14:paraId="728D27BC" w14:textId="77777777" w:rsidR="00FD08A6" w:rsidRDefault="00FD08A6" w:rsidP="00A5446C">
            <w:pPr>
              <w:jc w:val="center"/>
            </w:pPr>
            <w:r>
              <w:t>01.03.02</w:t>
            </w:r>
          </w:p>
        </w:tc>
        <w:tc>
          <w:tcPr>
            <w:tcW w:w="938" w:type="pct"/>
            <w:vAlign w:val="center"/>
          </w:tcPr>
          <w:p w14:paraId="2C3A5B52" w14:textId="77777777" w:rsidR="00FD08A6" w:rsidRPr="00A5446C" w:rsidRDefault="00FD08A6" w:rsidP="00A5446C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>Инженерия программного обеспечения и технологии защиты информации</w:t>
            </w:r>
          </w:p>
        </w:tc>
        <w:tc>
          <w:tcPr>
            <w:tcW w:w="305" w:type="pct"/>
            <w:vAlign w:val="center"/>
          </w:tcPr>
          <w:p w14:paraId="55CE34BA" w14:textId="77777777" w:rsidR="00FD08A6" w:rsidRDefault="00FD08A6" w:rsidP="00A5446C">
            <w:pPr>
              <w:jc w:val="center"/>
            </w:pPr>
            <w:r>
              <w:t>2023</w:t>
            </w:r>
          </w:p>
        </w:tc>
        <w:tc>
          <w:tcPr>
            <w:tcW w:w="227" w:type="pct"/>
            <w:vAlign w:val="center"/>
          </w:tcPr>
          <w:p w14:paraId="62C9988A" w14:textId="77777777" w:rsidR="00FD08A6" w:rsidRDefault="00FD08A6" w:rsidP="00A5446C">
            <w:pPr>
              <w:jc w:val="center"/>
            </w:pPr>
            <w:r>
              <w:t>3</w:t>
            </w:r>
          </w:p>
        </w:tc>
        <w:tc>
          <w:tcPr>
            <w:tcW w:w="429" w:type="pct"/>
            <w:vAlign w:val="center"/>
          </w:tcPr>
          <w:p w14:paraId="6AEDBF38" w14:textId="77777777" w:rsidR="00FD08A6" w:rsidRDefault="00FD08A6" w:rsidP="00A5446C">
            <w:pPr>
              <w:jc w:val="center"/>
            </w:pPr>
            <w:r>
              <w:t>ИПОиЗИ-23</w:t>
            </w:r>
          </w:p>
        </w:tc>
        <w:tc>
          <w:tcPr>
            <w:tcW w:w="1321" w:type="pct"/>
            <w:vAlign w:val="center"/>
          </w:tcPr>
          <w:p w14:paraId="3DCDC66C" w14:textId="7F8153B3" w:rsidR="00FD08A6" w:rsidRPr="00A5446C" w:rsidRDefault="00FD08A6" w:rsidP="00A5446C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>Б</w:t>
            </w:r>
            <w:proofErr w:type="gramStart"/>
            <w:r w:rsidRPr="00A5446C">
              <w:rPr>
                <w:lang w:val="ru-RU"/>
              </w:rPr>
              <w:t>1.В.07.ДВ</w:t>
            </w:r>
            <w:proofErr w:type="gramEnd"/>
            <w:r w:rsidRPr="00A5446C">
              <w:rPr>
                <w:lang w:val="ru-RU"/>
              </w:rPr>
              <w:t>.01.01 Основы информационной безопасности</w:t>
            </w:r>
          </w:p>
        </w:tc>
        <w:tc>
          <w:tcPr>
            <w:tcW w:w="521" w:type="pct"/>
            <w:vAlign w:val="center"/>
          </w:tcPr>
          <w:p w14:paraId="1A41F979" w14:textId="77777777" w:rsidR="00FD08A6" w:rsidRDefault="00FD08A6" w:rsidP="00A5446C">
            <w:pPr>
              <w:jc w:val="center"/>
            </w:pPr>
            <w:r>
              <w:t>ПК-3</w:t>
            </w:r>
          </w:p>
        </w:tc>
        <w:tc>
          <w:tcPr>
            <w:tcW w:w="475" w:type="pct"/>
            <w:vAlign w:val="center"/>
          </w:tcPr>
          <w:p w14:paraId="700C616F" w14:textId="77777777" w:rsidR="00FD08A6" w:rsidRDefault="00FD08A6" w:rsidP="00A5446C">
            <w:pPr>
              <w:jc w:val="center"/>
            </w:pPr>
            <w:r>
              <w:t>68.0%</w:t>
            </w:r>
          </w:p>
        </w:tc>
        <w:tc>
          <w:tcPr>
            <w:tcW w:w="433" w:type="pct"/>
            <w:vAlign w:val="center"/>
          </w:tcPr>
          <w:p w14:paraId="2602CE4C" w14:textId="77777777" w:rsidR="00FD08A6" w:rsidRDefault="00FD08A6" w:rsidP="00A5446C">
            <w:pPr>
              <w:jc w:val="center"/>
            </w:pPr>
            <w:r>
              <w:t>21.05.2026</w:t>
            </w:r>
          </w:p>
        </w:tc>
      </w:tr>
      <w:tr w:rsidR="00FD08A6" w14:paraId="748480E5" w14:textId="77777777" w:rsidTr="00E66160">
        <w:tc>
          <w:tcPr>
            <w:tcW w:w="351" w:type="pct"/>
            <w:vAlign w:val="center"/>
          </w:tcPr>
          <w:p w14:paraId="229575E4" w14:textId="77777777" w:rsidR="00FD08A6" w:rsidRDefault="00FD08A6" w:rsidP="00A5446C">
            <w:pPr>
              <w:jc w:val="center"/>
            </w:pPr>
            <w:r>
              <w:t>01.03.02</w:t>
            </w:r>
          </w:p>
        </w:tc>
        <w:tc>
          <w:tcPr>
            <w:tcW w:w="938" w:type="pct"/>
            <w:vAlign w:val="center"/>
          </w:tcPr>
          <w:p w14:paraId="5AD86C7D" w14:textId="77777777" w:rsidR="00FD08A6" w:rsidRPr="00A5446C" w:rsidRDefault="00FD08A6" w:rsidP="00A5446C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>Инженерия программного обеспечения и технологии защиты информации</w:t>
            </w:r>
          </w:p>
        </w:tc>
        <w:tc>
          <w:tcPr>
            <w:tcW w:w="305" w:type="pct"/>
            <w:vAlign w:val="center"/>
          </w:tcPr>
          <w:p w14:paraId="3BC6EE3F" w14:textId="77777777" w:rsidR="00FD08A6" w:rsidRDefault="00FD08A6" w:rsidP="00A5446C">
            <w:pPr>
              <w:jc w:val="center"/>
            </w:pPr>
            <w:r>
              <w:t>2023</w:t>
            </w:r>
          </w:p>
        </w:tc>
        <w:tc>
          <w:tcPr>
            <w:tcW w:w="227" w:type="pct"/>
            <w:vAlign w:val="center"/>
          </w:tcPr>
          <w:p w14:paraId="59AEC3DF" w14:textId="77777777" w:rsidR="00FD08A6" w:rsidRDefault="00FD08A6" w:rsidP="00A5446C">
            <w:pPr>
              <w:jc w:val="center"/>
            </w:pPr>
            <w:r>
              <w:t>3</w:t>
            </w:r>
          </w:p>
        </w:tc>
        <w:tc>
          <w:tcPr>
            <w:tcW w:w="429" w:type="pct"/>
            <w:vAlign w:val="center"/>
          </w:tcPr>
          <w:p w14:paraId="209D2BD0" w14:textId="77777777" w:rsidR="00FD08A6" w:rsidRDefault="00FD08A6" w:rsidP="00A5446C">
            <w:pPr>
              <w:jc w:val="center"/>
            </w:pPr>
            <w:r>
              <w:t>ИПОиЗИ-23</w:t>
            </w:r>
          </w:p>
        </w:tc>
        <w:tc>
          <w:tcPr>
            <w:tcW w:w="1321" w:type="pct"/>
            <w:vAlign w:val="center"/>
          </w:tcPr>
          <w:p w14:paraId="48A69052" w14:textId="1F74E7CD" w:rsidR="00FD08A6" w:rsidRPr="00A5446C" w:rsidRDefault="00FD08A6" w:rsidP="00A5446C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>Б1.В.07.01 Криптографические методы защиты информации</w:t>
            </w:r>
          </w:p>
        </w:tc>
        <w:tc>
          <w:tcPr>
            <w:tcW w:w="521" w:type="pct"/>
            <w:vAlign w:val="center"/>
          </w:tcPr>
          <w:p w14:paraId="38FB77C0" w14:textId="77777777" w:rsidR="00FD08A6" w:rsidRDefault="00FD08A6" w:rsidP="00A5446C">
            <w:pPr>
              <w:jc w:val="center"/>
            </w:pPr>
            <w:r>
              <w:t>ПК-3</w:t>
            </w:r>
          </w:p>
        </w:tc>
        <w:tc>
          <w:tcPr>
            <w:tcW w:w="475" w:type="pct"/>
            <w:vAlign w:val="center"/>
          </w:tcPr>
          <w:p w14:paraId="222DD20D" w14:textId="77777777" w:rsidR="00FD08A6" w:rsidRDefault="00FD08A6" w:rsidP="00A5446C">
            <w:pPr>
              <w:jc w:val="center"/>
            </w:pPr>
            <w:r>
              <w:t>59.0%</w:t>
            </w:r>
          </w:p>
        </w:tc>
        <w:tc>
          <w:tcPr>
            <w:tcW w:w="433" w:type="pct"/>
            <w:vAlign w:val="center"/>
          </w:tcPr>
          <w:p w14:paraId="52DFF345" w14:textId="77777777" w:rsidR="00FD08A6" w:rsidRDefault="00FD08A6" w:rsidP="00A5446C">
            <w:pPr>
              <w:jc w:val="center"/>
            </w:pPr>
            <w:r>
              <w:t>23.05.2026</w:t>
            </w:r>
          </w:p>
        </w:tc>
      </w:tr>
    </w:tbl>
    <w:p w14:paraId="39EE3157" w14:textId="77777777" w:rsidR="00A20636" w:rsidRDefault="00A20636"/>
    <w:sectPr w:rsidR="00A20636" w:rsidSect="00A5446C">
      <w:pgSz w:w="15840" w:h="12240" w:orient="landscape"/>
      <w:pgMar w:top="567" w:right="567" w:bottom="28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87B60"/>
    <w:rsid w:val="008B41E2"/>
    <w:rsid w:val="00A20636"/>
    <w:rsid w:val="00A5446C"/>
    <w:rsid w:val="00AA1D8D"/>
    <w:rsid w:val="00B47730"/>
    <w:rsid w:val="00CB0664"/>
    <w:rsid w:val="00E66160"/>
    <w:rsid w:val="00EB39EA"/>
    <w:rsid w:val="00F124C8"/>
    <w:rsid w:val="00FC693F"/>
    <w:rsid w:val="00FD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9D42CD"/>
  <w14:defaultImageDpi w14:val="300"/>
  <w15:docId w15:val="{C6D283CC-52D1-413E-89AC-F6449446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4</cp:revision>
  <dcterms:created xsi:type="dcterms:W3CDTF">2026-08-06T04:42:00Z</dcterms:created>
  <dcterms:modified xsi:type="dcterms:W3CDTF">2026-08-06T04:49:00Z</dcterms:modified>
  <cp:category/>
</cp:coreProperties>
</file>