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FFEC8" w14:textId="77777777" w:rsidR="005C48D3" w:rsidRPr="00F73E55" w:rsidRDefault="00B808C6">
      <w:pPr>
        <w:rPr>
          <w:lang w:val="ru-RU"/>
        </w:rPr>
      </w:pPr>
      <w:r w:rsidRPr="00F73E55">
        <w:rPr>
          <w:lang w:val="ru-RU"/>
        </w:rPr>
        <w:t>Отчёт по результатам тестирования 'ООП'</w:t>
      </w:r>
    </w:p>
    <w:p w14:paraId="489E02B1" w14:textId="77777777" w:rsidR="005C48D3" w:rsidRPr="00F73E55" w:rsidRDefault="00B808C6">
      <w:pPr>
        <w:rPr>
          <w:lang w:val="ru-RU"/>
        </w:rPr>
      </w:pPr>
      <w:r w:rsidRPr="00F73E55">
        <w:rPr>
          <w:lang w:val="ru-RU"/>
        </w:rPr>
        <w:t>Анализ данных по дисциплинам</w:t>
      </w:r>
    </w:p>
    <w:tbl>
      <w:tblPr>
        <w:tblStyle w:val="aff0"/>
        <w:tblW w:w="5000" w:type="pct"/>
        <w:tblLook w:val="04A0" w:firstRow="1" w:lastRow="0" w:firstColumn="1" w:lastColumn="0" w:noHBand="0" w:noVBand="1"/>
      </w:tblPr>
      <w:tblGrid>
        <w:gridCol w:w="1041"/>
        <w:gridCol w:w="2643"/>
        <w:gridCol w:w="906"/>
        <w:gridCol w:w="674"/>
        <w:gridCol w:w="1273"/>
        <w:gridCol w:w="3921"/>
        <w:gridCol w:w="1546"/>
        <w:gridCol w:w="1408"/>
        <w:gridCol w:w="1284"/>
      </w:tblGrid>
      <w:tr w:rsidR="00F73E55" w14:paraId="612A44C8" w14:textId="77777777" w:rsidTr="00505372">
        <w:tc>
          <w:tcPr>
            <w:tcW w:w="354" w:type="pct"/>
            <w:vAlign w:val="center"/>
          </w:tcPr>
          <w:p w14:paraId="73BEE674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899" w:type="pct"/>
            <w:vAlign w:val="center"/>
          </w:tcPr>
          <w:p w14:paraId="7D9BF536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Профиль</w:t>
            </w:r>
          </w:p>
        </w:tc>
        <w:tc>
          <w:tcPr>
            <w:tcW w:w="308" w:type="pct"/>
            <w:vAlign w:val="center"/>
          </w:tcPr>
          <w:p w14:paraId="631B093C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Год набора</w:t>
            </w:r>
          </w:p>
        </w:tc>
        <w:tc>
          <w:tcPr>
            <w:tcW w:w="229" w:type="pct"/>
            <w:vAlign w:val="center"/>
          </w:tcPr>
          <w:p w14:paraId="1F3E1CF0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Курс</w:t>
            </w:r>
          </w:p>
        </w:tc>
        <w:tc>
          <w:tcPr>
            <w:tcW w:w="433" w:type="pct"/>
            <w:vAlign w:val="center"/>
          </w:tcPr>
          <w:p w14:paraId="2CE8EA5F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Группа</w:t>
            </w:r>
          </w:p>
        </w:tc>
        <w:tc>
          <w:tcPr>
            <w:tcW w:w="1334" w:type="pct"/>
            <w:vAlign w:val="center"/>
          </w:tcPr>
          <w:p w14:paraId="7E74076A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Дисциплина</w:t>
            </w:r>
          </w:p>
        </w:tc>
        <w:tc>
          <w:tcPr>
            <w:tcW w:w="526" w:type="pct"/>
            <w:vAlign w:val="center"/>
          </w:tcPr>
          <w:p w14:paraId="444D6398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Компетенции</w:t>
            </w:r>
          </w:p>
        </w:tc>
        <w:tc>
          <w:tcPr>
            <w:tcW w:w="479" w:type="pct"/>
            <w:vAlign w:val="center"/>
          </w:tcPr>
          <w:p w14:paraId="67F2A23F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Средний % по дисциплине</w:t>
            </w:r>
          </w:p>
        </w:tc>
        <w:tc>
          <w:tcPr>
            <w:tcW w:w="437" w:type="pct"/>
            <w:vAlign w:val="center"/>
          </w:tcPr>
          <w:p w14:paraId="62473788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Дата</w:t>
            </w:r>
          </w:p>
        </w:tc>
      </w:tr>
      <w:tr w:rsidR="00F73E55" w14:paraId="67325CCC" w14:textId="77777777" w:rsidTr="00505372">
        <w:tc>
          <w:tcPr>
            <w:tcW w:w="354" w:type="pct"/>
            <w:vAlign w:val="center"/>
          </w:tcPr>
          <w:p w14:paraId="1A5087ED" w14:textId="77777777" w:rsidR="00F73E55" w:rsidRDefault="00F73E55" w:rsidP="00505372">
            <w:pPr>
              <w:jc w:val="center"/>
            </w:pPr>
            <w:r>
              <w:t>05.03.06</w:t>
            </w:r>
          </w:p>
        </w:tc>
        <w:tc>
          <w:tcPr>
            <w:tcW w:w="899" w:type="pct"/>
            <w:vAlign w:val="center"/>
          </w:tcPr>
          <w:p w14:paraId="1E7B3FE1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Экологическая безопасность и охрана труда</w:t>
            </w:r>
          </w:p>
        </w:tc>
        <w:tc>
          <w:tcPr>
            <w:tcW w:w="308" w:type="pct"/>
            <w:vAlign w:val="center"/>
          </w:tcPr>
          <w:p w14:paraId="794E57BA" w14:textId="77777777" w:rsidR="00F73E55" w:rsidRDefault="00F73E55" w:rsidP="00505372">
            <w:pPr>
              <w:jc w:val="center"/>
            </w:pPr>
            <w:r>
              <w:t>2025</w:t>
            </w:r>
          </w:p>
        </w:tc>
        <w:tc>
          <w:tcPr>
            <w:tcW w:w="229" w:type="pct"/>
            <w:vAlign w:val="center"/>
          </w:tcPr>
          <w:p w14:paraId="4D88753A" w14:textId="77777777" w:rsidR="00F73E55" w:rsidRDefault="00F73E55" w:rsidP="00505372">
            <w:pPr>
              <w:jc w:val="center"/>
            </w:pPr>
            <w:r>
              <w:t>1</w:t>
            </w:r>
          </w:p>
        </w:tc>
        <w:tc>
          <w:tcPr>
            <w:tcW w:w="433" w:type="pct"/>
            <w:vAlign w:val="center"/>
          </w:tcPr>
          <w:p w14:paraId="07061940" w14:textId="77777777" w:rsidR="00F73E55" w:rsidRDefault="00F73E55" w:rsidP="00505372">
            <w:pPr>
              <w:jc w:val="center"/>
            </w:pPr>
            <w:r>
              <w:t>ЭБиОТ-25</w:t>
            </w:r>
          </w:p>
        </w:tc>
        <w:tc>
          <w:tcPr>
            <w:tcW w:w="1334" w:type="pct"/>
            <w:vAlign w:val="center"/>
          </w:tcPr>
          <w:p w14:paraId="1003644D" w14:textId="1B5311AE" w:rsidR="00F73E55" w:rsidRPr="00A61D7C" w:rsidRDefault="00A61D7C" w:rsidP="00505372">
            <w:pPr>
              <w:jc w:val="center"/>
              <w:rPr>
                <w:lang w:val="ru-RU"/>
              </w:rPr>
            </w:pPr>
            <w:r w:rsidRPr="00A61D7C">
              <w:t>Б1.О.03.01</w:t>
            </w:r>
            <w:r>
              <w:rPr>
                <w:lang w:val="ru-RU"/>
              </w:rPr>
              <w:t xml:space="preserve"> </w:t>
            </w:r>
            <w:r w:rsidRPr="00A61D7C">
              <w:rPr>
                <w:lang w:val="ru-RU"/>
              </w:rPr>
              <w:t>Экономика</w:t>
            </w:r>
          </w:p>
        </w:tc>
        <w:tc>
          <w:tcPr>
            <w:tcW w:w="526" w:type="pct"/>
            <w:vAlign w:val="center"/>
          </w:tcPr>
          <w:p w14:paraId="6D2B8C5A" w14:textId="77777777" w:rsidR="00F73E55" w:rsidRDefault="00F73E55" w:rsidP="00505372">
            <w:pPr>
              <w:jc w:val="center"/>
            </w:pPr>
            <w:r>
              <w:t>УК-10</w:t>
            </w:r>
          </w:p>
        </w:tc>
        <w:tc>
          <w:tcPr>
            <w:tcW w:w="479" w:type="pct"/>
            <w:vAlign w:val="center"/>
          </w:tcPr>
          <w:p w14:paraId="3AB4433E" w14:textId="77777777" w:rsidR="00F73E55" w:rsidRDefault="00F73E55" w:rsidP="00505372">
            <w:pPr>
              <w:jc w:val="center"/>
            </w:pPr>
            <w:r>
              <w:t>84.0%</w:t>
            </w:r>
          </w:p>
        </w:tc>
        <w:tc>
          <w:tcPr>
            <w:tcW w:w="437" w:type="pct"/>
            <w:vAlign w:val="center"/>
          </w:tcPr>
          <w:p w14:paraId="308486C1" w14:textId="77777777" w:rsidR="00F73E55" w:rsidRDefault="00F73E55" w:rsidP="00505372">
            <w:pPr>
              <w:jc w:val="center"/>
            </w:pPr>
            <w:r>
              <w:t>17.03.2026</w:t>
            </w:r>
          </w:p>
        </w:tc>
      </w:tr>
      <w:tr w:rsidR="00F73E55" w14:paraId="084B0705" w14:textId="77777777" w:rsidTr="00505372">
        <w:tc>
          <w:tcPr>
            <w:tcW w:w="354" w:type="pct"/>
            <w:vAlign w:val="center"/>
          </w:tcPr>
          <w:p w14:paraId="121EF147" w14:textId="77777777" w:rsidR="00F73E55" w:rsidRDefault="00F73E55" w:rsidP="00505372">
            <w:pPr>
              <w:jc w:val="center"/>
            </w:pPr>
            <w:r>
              <w:t>05.03.06</w:t>
            </w:r>
          </w:p>
        </w:tc>
        <w:tc>
          <w:tcPr>
            <w:tcW w:w="899" w:type="pct"/>
            <w:vAlign w:val="center"/>
          </w:tcPr>
          <w:p w14:paraId="481AEB3D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Экологическая безопасность и охрана труда</w:t>
            </w:r>
          </w:p>
        </w:tc>
        <w:tc>
          <w:tcPr>
            <w:tcW w:w="308" w:type="pct"/>
            <w:vAlign w:val="center"/>
          </w:tcPr>
          <w:p w14:paraId="4BBF50B6" w14:textId="77777777" w:rsidR="00F73E55" w:rsidRDefault="00F73E55" w:rsidP="00505372">
            <w:pPr>
              <w:jc w:val="center"/>
            </w:pPr>
            <w:r>
              <w:t>2025</w:t>
            </w:r>
          </w:p>
        </w:tc>
        <w:tc>
          <w:tcPr>
            <w:tcW w:w="229" w:type="pct"/>
            <w:vAlign w:val="center"/>
          </w:tcPr>
          <w:p w14:paraId="05882FE3" w14:textId="77777777" w:rsidR="00F73E55" w:rsidRDefault="00F73E55" w:rsidP="00505372">
            <w:pPr>
              <w:jc w:val="center"/>
            </w:pPr>
            <w:r>
              <w:t>1</w:t>
            </w:r>
          </w:p>
        </w:tc>
        <w:tc>
          <w:tcPr>
            <w:tcW w:w="433" w:type="pct"/>
            <w:vAlign w:val="center"/>
          </w:tcPr>
          <w:p w14:paraId="54A1BBCE" w14:textId="77777777" w:rsidR="00F73E55" w:rsidRDefault="00F73E55" w:rsidP="00505372">
            <w:pPr>
              <w:jc w:val="center"/>
            </w:pPr>
            <w:r>
              <w:t>ЭБиОТ-25</w:t>
            </w:r>
          </w:p>
        </w:tc>
        <w:tc>
          <w:tcPr>
            <w:tcW w:w="1334" w:type="pct"/>
            <w:vAlign w:val="center"/>
          </w:tcPr>
          <w:p w14:paraId="5BAEAB58" w14:textId="5CDA0A50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Б1.В.02.01 Методы идентификации ОВПФ</w:t>
            </w:r>
          </w:p>
        </w:tc>
        <w:tc>
          <w:tcPr>
            <w:tcW w:w="526" w:type="pct"/>
            <w:vAlign w:val="center"/>
          </w:tcPr>
          <w:p w14:paraId="56F0432E" w14:textId="77777777" w:rsidR="00F73E55" w:rsidRDefault="00F73E55" w:rsidP="00505372">
            <w:pPr>
              <w:jc w:val="center"/>
            </w:pPr>
            <w:r>
              <w:t>ПК-6</w:t>
            </w:r>
          </w:p>
        </w:tc>
        <w:tc>
          <w:tcPr>
            <w:tcW w:w="479" w:type="pct"/>
            <w:vAlign w:val="center"/>
          </w:tcPr>
          <w:p w14:paraId="5A4E3159" w14:textId="77777777" w:rsidR="00F73E55" w:rsidRDefault="00F73E55" w:rsidP="00505372">
            <w:pPr>
              <w:jc w:val="center"/>
            </w:pPr>
            <w:r>
              <w:t>57.0%</w:t>
            </w:r>
          </w:p>
        </w:tc>
        <w:tc>
          <w:tcPr>
            <w:tcW w:w="437" w:type="pct"/>
            <w:vAlign w:val="center"/>
          </w:tcPr>
          <w:p w14:paraId="04C803EB" w14:textId="77777777" w:rsidR="00F73E55" w:rsidRDefault="00F73E55" w:rsidP="00505372">
            <w:pPr>
              <w:jc w:val="center"/>
            </w:pPr>
            <w:r>
              <w:t>11.05.2026</w:t>
            </w:r>
          </w:p>
        </w:tc>
      </w:tr>
      <w:tr w:rsidR="00F73E55" w14:paraId="33B60FB6" w14:textId="77777777" w:rsidTr="00505372">
        <w:tc>
          <w:tcPr>
            <w:tcW w:w="354" w:type="pct"/>
            <w:vAlign w:val="center"/>
          </w:tcPr>
          <w:p w14:paraId="41590A95" w14:textId="77777777" w:rsidR="00F73E55" w:rsidRDefault="00F73E55" w:rsidP="00505372">
            <w:pPr>
              <w:jc w:val="center"/>
            </w:pPr>
            <w:r>
              <w:t>05.03.06</w:t>
            </w:r>
          </w:p>
        </w:tc>
        <w:tc>
          <w:tcPr>
            <w:tcW w:w="899" w:type="pct"/>
            <w:vAlign w:val="center"/>
          </w:tcPr>
          <w:p w14:paraId="0FF7BFB6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Экологическая безопасность и охрана труда</w:t>
            </w:r>
          </w:p>
        </w:tc>
        <w:tc>
          <w:tcPr>
            <w:tcW w:w="308" w:type="pct"/>
            <w:vAlign w:val="center"/>
          </w:tcPr>
          <w:p w14:paraId="2E826AD5" w14:textId="77777777" w:rsidR="00F73E55" w:rsidRDefault="00F73E55" w:rsidP="00505372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5C492C51" w14:textId="77777777" w:rsidR="00F73E55" w:rsidRDefault="00F73E55" w:rsidP="00505372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7E360F71" w14:textId="77777777" w:rsidR="00F73E55" w:rsidRDefault="00F73E55" w:rsidP="00505372">
            <w:pPr>
              <w:jc w:val="center"/>
            </w:pPr>
            <w:r>
              <w:t>ЭБиОТ-24</w:t>
            </w:r>
          </w:p>
        </w:tc>
        <w:tc>
          <w:tcPr>
            <w:tcW w:w="1334" w:type="pct"/>
            <w:vAlign w:val="center"/>
          </w:tcPr>
          <w:p w14:paraId="7AFB5117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Б1.0.06.04 Физическая культура и спорт</w:t>
            </w:r>
          </w:p>
        </w:tc>
        <w:tc>
          <w:tcPr>
            <w:tcW w:w="526" w:type="pct"/>
            <w:vAlign w:val="center"/>
          </w:tcPr>
          <w:p w14:paraId="1662E70E" w14:textId="3F0E22F9" w:rsidR="00F73E55" w:rsidRPr="00B808C6" w:rsidRDefault="00A61D7C" w:rsidP="0050537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УК-7</w:t>
            </w:r>
          </w:p>
        </w:tc>
        <w:tc>
          <w:tcPr>
            <w:tcW w:w="479" w:type="pct"/>
            <w:vAlign w:val="center"/>
          </w:tcPr>
          <w:p w14:paraId="6B46B5C3" w14:textId="77777777" w:rsidR="00F73E55" w:rsidRDefault="00F73E55" w:rsidP="00505372">
            <w:pPr>
              <w:jc w:val="center"/>
            </w:pPr>
            <w:r>
              <w:t>84.0%</w:t>
            </w:r>
          </w:p>
        </w:tc>
        <w:tc>
          <w:tcPr>
            <w:tcW w:w="437" w:type="pct"/>
            <w:vAlign w:val="center"/>
          </w:tcPr>
          <w:p w14:paraId="12B7E417" w14:textId="77777777" w:rsidR="00F73E55" w:rsidRDefault="00F73E55" w:rsidP="00505372">
            <w:pPr>
              <w:jc w:val="center"/>
            </w:pPr>
            <w:r>
              <w:t>15.05.2026</w:t>
            </w:r>
          </w:p>
        </w:tc>
      </w:tr>
      <w:tr w:rsidR="00F73E55" w14:paraId="1E757825" w14:textId="77777777" w:rsidTr="00505372">
        <w:tc>
          <w:tcPr>
            <w:tcW w:w="354" w:type="pct"/>
            <w:vAlign w:val="center"/>
          </w:tcPr>
          <w:p w14:paraId="6A858C49" w14:textId="77777777" w:rsidR="00F73E55" w:rsidRDefault="00F73E55" w:rsidP="00505372">
            <w:pPr>
              <w:jc w:val="center"/>
            </w:pPr>
            <w:r>
              <w:t>05.03.06</w:t>
            </w:r>
          </w:p>
        </w:tc>
        <w:tc>
          <w:tcPr>
            <w:tcW w:w="899" w:type="pct"/>
            <w:vAlign w:val="center"/>
          </w:tcPr>
          <w:p w14:paraId="2063BE30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Экологическая безопасность и охрана труда</w:t>
            </w:r>
          </w:p>
        </w:tc>
        <w:tc>
          <w:tcPr>
            <w:tcW w:w="308" w:type="pct"/>
            <w:vAlign w:val="center"/>
          </w:tcPr>
          <w:p w14:paraId="2D83FFF8" w14:textId="77777777" w:rsidR="00F73E55" w:rsidRDefault="00F73E55" w:rsidP="00505372">
            <w:pPr>
              <w:jc w:val="center"/>
            </w:pPr>
            <w:r>
              <w:t>2025</w:t>
            </w:r>
          </w:p>
        </w:tc>
        <w:tc>
          <w:tcPr>
            <w:tcW w:w="229" w:type="pct"/>
            <w:vAlign w:val="center"/>
          </w:tcPr>
          <w:p w14:paraId="3BFFA057" w14:textId="77777777" w:rsidR="00F73E55" w:rsidRDefault="00F73E55" w:rsidP="00505372">
            <w:pPr>
              <w:jc w:val="center"/>
            </w:pPr>
            <w:r>
              <w:t>1</w:t>
            </w:r>
          </w:p>
        </w:tc>
        <w:tc>
          <w:tcPr>
            <w:tcW w:w="433" w:type="pct"/>
            <w:vAlign w:val="center"/>
          </w:tcPr>
          <w:p w14:paraId="58B6FBE0" w14:textId="77777777" w:rsidR="00F73E55" w:rsidRDefault="00F73E55" w:rsidP="00505372">
            <w:pPr>
              <w:jc w:val="center"/>
            </w:pPr>
            <w:r>
              <w:t>ЭБиОТ-25</w:t>
            </w:r>
          </w:p>
        </w:tc>
        <w:tc>
          <w:tcPr>
            <w:tcW w:w="1334" w:type="pct"/>
            <w:vAlign w:val="center"/>
          </w:tcPr>
          <w:p w14:paraId="7EE9AB25" w14:textId="1C607C82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Б1.О.06.04 Биология</w:t>
            </w:r>
          </w:p>
        </w:tc>
        <w:tc>
          <w:tcPr>
            <w:tcW w:w="526" w:type="pct"/>
            <w:vAlign w:val="center"/>
          </w:tcPr>
          <w:p w14:paraId="6557A46C" w14:textId="77777777" w:rsidR="00F73E55" w:rsidRDefault="00F73E55" w:rsidP="00505372">
            <w:pPr>
              <w:jc w:val="center"/>
            </w:pPr>
            <w:r>
              <w:t>ОПК-1, ОПК-2</w:t>
            </w:r>
          </w:p>
        </w:tc>
        <w:tc>
          <w:tcPr>
            <w:tcW w:w="479" w:type="pct"/>
            <w:vAlign w:val="center"/>
          </w:tcPr>
          <w:p w14:paraId="6E4BB858" w14:textId="77777777" w:rsidR="00F73E55" w:rsidRDefault="00F73E55" w:rsidP="00505372">
            <w:pPr>
              <w:jc w:val="center"/>
            </w:pPr>
            <w:r>
              <w:t>68.0%</w:t>
            </w:r>
          </w:p>
        </w:tc>
        <w:tc>
          <w:tcPr>
            <w:tcW w:w="437" w:type="pct"/>
            <w:vAlign w:val="center"/>
          </w:tcPr>
          <w:p w14:paraId="69EC047F" w14:textId="77777777" w:rsidR="00F73E55" w:rsidRDefault="00F73E55" w:rsidP="00505372">
            <w:pPr>
              <w:jc w:val="center"/>
            </w:pPr>
            <w:r>
              <w:t>23.05.2026</w:t>
            </w:r>
          </w:p>
        </w:tc>
      </w:tr>
      <w:tr w:rsidR="00F73E55" w14:paraId="5146672D" w14:textId="77777777" w:rsidTr="00505372">
        <w:tc>
          <w:tcPr>
            <w:tcW w:w="354" w:type="pct"/>
            <w:vAlign w:val="center"/>
          </w:tcPr>
          <w:p w14:paraId="1B8EEE86" w14:textId="77777777" w:rsidR="00F73E55" w:rsidRDefault="00F73E55" w:rsidP="00505372">
            <w:pPr>
              <w:jc w:val="center"/>
            </w:pPr>
            <w:r>
              <w:t>05.03.06</w:t>
            </w:r>
          </w:p>
        </w:tc>
        <w:tc>
          <w:tcPr>
            <w:tcW w:w="899" w:type="pct"/>
            <w:vAlign w:val="center"/>
          </w:tcPr>
          <w:p w14:paraId="55613E4E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Экологическая безопасность и охрана труда</w:t>
            </w:r>
          </w:p>
        </w:tc>
        <w:tc>
          <w:tcPr>
            <w:tcW w:w="308" w:type="pct"/>
            <w:vAlign w:val="center"/>
          </w:tcPr>
          <w:p w14:paraId="0EA015F3" w14:textId="77777777" w:rsidR="00F73E55" w:rsidRDefault="00F73E55" w:rsidP="00505372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2E76B610" w14:textId="77777777" w:rsidR="00F73E55" w:rsidRDefault="00F73E55" w:rsidP="00505372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1B3352CA" w14:textId="77777777" w:rsidR="00F73E55" w:rsidRDefault="00F73E55" w:rsidP="00505372">
            <w:pPr>
              <w:jc w:val="center"/>
            </w:pPr>
            <w:r>
              <w:t>ЭБиОТ-24</w:t>
            </w:r>
          </w:p>
        </w:tc>
        <w:tc>
          <w:tcPr>
            <w:tcW w:w="1334" w:type="pct"/>
            <w:vAlign w:val="center"/>
          </w:tcPr>
          <w:p w14:paraId="1AFBD418" w14:textId="0F0E9C00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Б1.О.04.01</w:t>
            </w:r>
            <w:r w:rsidR="00A61D7C">
              <w:rPr>
                <w:lang w:val="ru-RU"/>
              </w:rPr>
              <w:t xml:space="preserve"> </w:t>
            </w:r>
            <w:r w:rsidRPr="00B808C6">
              <w:rPr>
                <w:lang w:val="ru-RU"/>
              </w:rPr>
              <w:t>Иностранный язык</w:t>
            </w:r>
          </w:p>
        </w:tc>
        <w:tc>
          <w:tcPr>
            <w:tcW w:w="526" w:type="pct"/>
            <w:vAlign w:val="center"/>
          </w:tcPr>
          <w:p w14:paraId="4A0465D9" w14:textId="77777777" w:rsidR="00F73E55" w:rsidRDefault="00F73E55" w:rsidP="00505372">
            <w:pPr>
              <w:jc w:val="center"/>
            </w:pPr>
            <w:r>
              <w:t>УК-4</w:t>
            </w:r>
          </w:p>
        </w:tc>
        <w:tc>
          <w:tcPr>
            <w:tcW w:w="479" w:type="pct"/>
            <w:vAlign w:val="center"/>
          </w:tcPr>
          <w:p w14:paraId="25C41A76" w14:textId="77777777" w:rsidR="00F73E55" w:rsidRDefault="00F73E55" w:rsidP="00505372">
            <w:pPr>
              <w:jc w:val="center"/>
            </w:pPr>
            <w:r>
              <w:t>70.0%</w:t>
            </w:r>
          </w:p>
        </w:tc>
        <w:tc>
          <w:tcPr>
            <w:tcW w:w="437" w:type="pct"/>
            <w:vAlign w:val="center"/>
          </w:tcPr>
          <w:p w14:paraId="6F37F888" w14:textId="77777777" w:rsidR="00F73E55" w:rsidRDefault="00F73E55" w:rsidP="00505372">
            <w:pPr>
              <w:jc w:val="center"/>
            </w:pPr>
            <w:r>
              <w:t>23.05.2026</w:t>
            </w:r>
          </w:p>
        </w:tc>
      </w:tr>
      <w:tr w:rsidR="00F73E55" w14:paraId="443624D0" w14:textId="77777777" w:rsidTr="00505372">
        <w:tc>
          <w:tcPr>
            <w:tcW w:w="354" w:type="pct"/>
            <w:vAlign w:val="center"/>
          </w:tcPr>
          <w:p w14:paraId="14F1073C" w14:textId="77777777" w:rsidR="00F73E55" w:rsidRDefault="00F73E55" w:rsidP="00505372">
            <w:pPr>
              <w:jc w:val="center"/>
            </w:pPr>
            <w:r>
              <w:t>05.03.06</w:t>
            </w:r>
          </w:p>
        </w:tc>
        <w:tc>
          <w:tcPr>
            <w:tcW w:w="899" w:type="pct"/>
            <w:vAlign w:val="center"/>
          </w:tcPr>
          <w:p w14:paraId="7DAF531F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Экологическая безопасность и охрана труда</w:t>
            </w:r>
          </w:p>
        </w:tc>
        <w:tc>
          <w:tcPr>
            <w:tcW w:w="308" w:type="pct"/>
            <w:vAlign w:val="center"/>
          </w:tcPr>
          <w:p w14:paraId="4A14D3A8" w14:textId="77777777" w:rsidR="00F73E55" w:rsidRDefault="00F73E55" w:rsidP="00505372">
            <w:pPr>
              <w:jc w:val="center"/>
            </w:pPr>
            <w:r>
              <w:t>2025</w:t>
            </w:r>
          </w:p>
        </w:tc>
        <w:tc>
          <w:tcPr>
            <w:tcW w:w="229" w:type="pct"/>
            <w:vAlign w:val="center"/>
          </w:tcPr>
          <w:p w14:paraId="1C08B691" w14:textId="77777777" w:rsidR="00F73E55" w:rsidRDefault="00F73E55" w:rsidP="00505372">
            <w:pPr>
              <w:jc w:val="center"/>
            </w:pPr>
            <w:r>
              <w:t>1</w:t>
            </w:r>
          </w:p>
        </w:tc>
        <w:tc>
          <w:tcPr>
            <w:tcW w:w="433" w:type="pct"/>
            <w:vAlign w:val="center"/>
          </w:tcPr>
          <w:p w14:paraId="155086AF" w14:textId="77777777" w:rsidR="00F73E55" w:rsidRDefault="00F73E55" w:rsidP="00505372">
            <w:pPr>
              <w:jc w:val="center"/>
            </w:pPr>
            <w:r>
              <w:t>ЭБиОТ-25</w:t>
            </w:r>
          </w:p>
        </w:tc>
        <w:tc>
          <w:tcPr>
            <w:tcW w:w="1334" w:type="pct"/>
            <w:vAlign w:val="center"/>
          </w:tcPr>
          <w:p w14:paraId="4D4BAF48" w14:textId="51FB1118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Б1.О.02.02 Философия</w:t>
            </w:r>
          </w:p>
        </w:tc>
        <w:tc>
          <w:tcPr>
            <w:tcW w:w="526" w:type="pct"/>
            <w:vAlign w:val="center"/>
          </w:tcPr>
          <w:p w14:paraId="6B903079" w14:textId="77777777" w:rsidR="00F73E55" w:rsidRDefault="00F73E55" w:rsidP="00505372">
            <w:pPr>
              <w:jc w:val="center"/>
            </w:pPr>
            <w:r>
              <w:t>УК-5</w:t>
            </w:r>
          </w:p>
        </w:tc>
        <w:tc>
          <w:tcPr>
            <w:tcW w:w="479" w:type="pct"/>
            <w:vAlign w:val="center"/>
          </w:tcPr>
          <w:p w14:paraId="15A09190" w14:textId="77777777" w:rsidR="00F73E55" w:rsidRDefault="00F73E55" w:rsidP="00505372">
            <w:pPr>
              <w:jc w:val="center"/>
            </w:pPr>
            <w:r>
              <w:t>25.0%</w:t>
            </w:r>
          </w:p>
        </w:tc>
        <w:tc>
          <w:tcPr>
            <w:tcW w:w="437" w:type="pct"/>
            <w:vAlign w:val="center"/>
          </w:tcPr>
          <w:p w14:paraId="4BFD01AD" w14:textId="77777777" w:rsidR="00F73E55" w:rsidRDefault="00F73E55" w:rsidP="00505372">
            <w:pPr>
              <w:jc w:val="center"/>
            </w:pPr>
            <w:r>
              <w:t>11.06.2026</w:t>
            </w:r>
          </w:p>
        </w:tc>
      </w:tr>
    </w:tbl>
    <w:p w14:paraId="7A04E189" w14:textId="77777777" w:rsidR="005C48D3" w:rsidRDefault="005C48D3"/>
    <w:sectPr w:rsidR="005C48D3" w:rsidSect="00505372">
      <w:pgSz w:w="15840" w:h="12240" w:orient="landscape"/>
      <w:pgMar w:top="567" w:right="567" w:bottom="283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3588"/>
    <w:rsid w:val="000E7510"/>
    <w:rsid w:val="001238B4"/>
    <w:rsid w:val="00134D91"/>
    <w:rsid w:val="0015074B"/>
    <w:rsid w:val="001C3013"/>
    <w:rsid w:val="0029639D"/>
    <w:rsid w:val="00326F90"/>
    <w:rsid w:val="003B5616"/>
    <w:rsid w:val="00464C7F"/>
    <w:rsid w:val="00505372"/>
    <w:rsid w:val="00592540"/>
    <w:rsid w:val="005C48D3"/>
    <w:rsid w:val="00620119"/>
    <w:rsid w:val="00702BF4"/>
    <w:rsid w:val="00770A8D"/>
    <w:rsid w:val="008270B6"/>
    <w:rsid w:val="009122B5"/>
    <w:rsid w:val="00A12853"/>
    <w:rsid w:val="00A61D7C"/>
    <w:rsid w:val="00A747C5"/>
    <w:rsid w:val="00A91224"/>
    <w:rsid w:val="00AA1D8D"/>
    <w:rsid w:val="00AA446A"/>
    <w:rsid w:val="00B47730"/>
    <w:rsid w:val="00B808C6"/>
    <w:rsid w:val="00C4015F"/>
    <w:rsid w:val="00CB0664"/>
    <w:rsid w:val="00DC6C23"/>
    <w:rsid w:val="00F73E5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C68884"/>
  <w14:defaultImageDpi w14:val="300"/>
  <w15:docId w15:val="{553FB062-D983-4B9F-920F-C9FAEF603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3</cp:revision>
  <dcterms:created xsi:type="dcterms:W3CDTF">2026-08-07T03:09:00Z</dcterms:created>
  <dcterms:modified xsi:type="dcterms:W3CDTF">2026-08-07T03:13:00Z</dcterms:modified>
  <cp:category/>
</cp:coreProperties>
</file>