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073A351F" w14:textId="77777777" w:rsidTr="00505372">
        <w:tc>
          <w:tcPr>
            <w:tcW w:w="354" w:type="pct"/>
            <w:vAlign w:val="center"/>
          </w:tcPr>
          <w:p w14:paraId="6C2F06AB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631FB66B" w14:textId="77777777" w:rsidR="00F73E55" w:rsidRDefault="00F73E55" w:rsidP="00505372">
            <w:pPr>
              <w:jc w:val="center"/>
            </w:pPr>
            <w:r>
              <w:t>Экология</w:t>
            </w:r>
          </w:p>
        </w:tc>
        <w:tc>
          <w:tcPr>
            <w:tcW w:w="308" w:type="pct"/>
            <w:vAlign w:val="center"/>
          </w:tcPr>
          <w:p w14:paraId="52A62114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4A4FDFEC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754E2A89" w14:textId="796E1CBC" w:rsidR="00F73E55" w:rsidRDefault="00F73E55" w:rsidP="00505372">
            <w:pPr>
              <w:jc w:val="center"/>
            </w:pPr>
            <w:r>
              <w:t>Э</w:t>
            </w:r>
            <w:r w:rsidR="004E2C5F">
              <w:rPr>
                <w:lang w:val="ru-RU"/>
              </w:rPr>
              <w:t>ко</w:t>
            </w:r>
            <w:r>
              <w:t>-22</w:t>
            </w:r>
          </w:p>
        </w:tc>
        <w:tc>
          <w:tcPr>
            <w:tcW w:w="1334" w:type="pct"/>
            <w:vAlign w:val="center"/>
          </w:tcPr>
          <w:p w14:paraId="52C2C6C0" w14:textId="1B837AD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Б1.В.01.15 Управление экологической безопасностью</w:t>
            </w:r>
          </w:p>
        </w:tc>
        <w:tc>
          <w:tcPr>
            <w:tcW w:w="526" w:type="pct"/>
            <w:vAlign w:val="center"/>
          </w:tcPr>
          <w:p w14:paraId="154F8CB1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27D52D15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382F3CBF" w14:textId="77777777" w:rsidR="00F73E55" w:rsidRDefault="00F73E55" w:rsidP="00505372">
            <w:pPr>
              <w:jc w:val="center"/>
            </w:pPr>
            <w:r>
              <w:t>14.04.2026</w:t>
            </w:r>
          </w:p>
        </w:tc>
      </w:tr>
      <w:tr w:rsidR="00F73E55" w14:paraId="3A724396" w14:textId="77777777" w:rsidTr="00505372">
        <w:tc>
          <w:tcPr>
            <w:tcW w:w="354" w:type="pct"/>
            <w:vAlign w:val="center"/>
          </w:tcPr>
          <w:p w14:paraId="5F148F8C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32D3CAEC" w14:textId="77777777" w:rsidR="00F73E55" w:rsidRDefault="00F73E55" w:rsidP="00505372">
            <w:pPr>
              <w:jc w:val="center"/>
            </w:pPr>
            <w:r>
              <w:t>Экология</w:t>
            </w:r>
          </w:p>
        </w:tc>
        <w:tc>
          <w:tcPr>
            <w:tcW w:w="308" w:type="pct"/>
            <w:vAlign w:val="center"/>
          </w:tcPr>
          <w:p w14:paraId="021C8A24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BEC48B8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52AE72D1" w14:textId="28CA0D78" w:rsidR="00F73E55" w:rsidRDefault="00F73E55" w:rsidP="00505372">
            <w:pPr>
              <w:jc w:val="center"/>
            </w:pPr>
            <w:r>
              <w:t>Э</w:t>
            </w:r>
            <w:r w:rsidR="004E2C5F">
              <w:rPr>
                <w:lang w:val="ru-RU"/>
              </w:rPr>
              <w:t>ко</w:t>
            </w:r>
            <w:r>
              <w:t>-22</w:t>
            </w:r>
          </w:p>
        </w:tc>
        <w:tc>
          <w:tcPr>
            <w:tcW w:w="1334" w:type="pct"/>
            <w:vAlign w:val="center"/>
          </w:tcPr>
          <w:p w14:paraId="0977A0B5" w14:textId="1E0C236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Б1.В.01.02 Оценка воздействия на окружающую среду</w:t>
            </w:r>
          </w:p>
        </w:tc>
        <w:tc>
          <w:tcPr>
            <w:tcW w:w="526" w:type="pct"/>
            <w:vAlign w:val="center"/>
          </w:tcPr>
          <w:p w14:paraId="4D5CFEFE" w14:textId="77777777" w:rsidR="00F73E55" w:rsidRDefault="00F73E55" w:rsidP="00505372">
            <w:pPr>
              <w:jc w:val="center"/>
            </w:pPr>
            <w:r>
              <w:t>УК-1, ПК-1</w:t>
            </w:r>
          </w:p>
        </w:tc>
        <w:tc>
          <w:tcPr>
            <w:tcW w:w="479" w:type="pct"/>
            <w:vAlign w:val="center"/>
          </w:tcPr>
          <w:p w14:paraId="03AF3BCE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74960607" w14:textId="77777777" w:rsidR="00F73E55" w:rsidRDefault="00F73E55" w:rsidP="00505372">
            <w:pPr>
              <w:jc w:val="center"/>
            </w:pPr>
            <w:r>
              <w:t>24.04.2026</w:t>
            </w:r>
          </w:p>
        </w:tc>
      </w:tr>
      <w:tr w:rsidR="00F73E55" w14:paraId="6B88D223" w14:textId="77777777" w:rsidTr="00505372">
        <w:tc>
          <w:tcPr>
            <w:tcW w:w="354" w:type="pct"/>
            <w:vAlign w:val="center"/>
          </w:tcPr>
          <w:p w14:paraId="4C97B3DF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72DC5ECE" w14:textId="77777777" w:rsidR="00F73E55" w:rsidRDefault="00F73E55" w:rsidP="00505372">
            <w:pPr>
              <w:jc w:val="center"/>
            </w:pPr>
            <w:r>
              <w:t>Экология</w:t>
            </w:r>
          </w:p>
        </w:tc>
        <w:tc>
          <w:tcPr>
            <w:tcW w:w="308" w:type="pct"/>
            <w:vAlign w:val="center"/>
          </w:tcPr>
          <w:p w14:paraId="0B2DFB27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E08B37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ED92A08" w14:textId="77777777" w:rsidR="00F73E55" w:rsidRDefault="00F73E55" w:rsidP="00505372">
            <w:pPr>
              <w:jc w:val="center"/>
            </w:pPr>
            <w:r>
              <w:t>Эко-23</w:t>
            </w:r>
          </w:p>
        </w:tc>
        <w:tc>
          <w:tcPr>
            <w:tcW w:w="1334" w:type="pct"/>
            <w:vAlign w:val="center"/>
          </w:tcPr>
          <w:p w14:paraId="5C2E3412" w14:textId="6A738FC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Б1.В.01.11 ИМК качества среды обитания</w:t>
            </w:r>
          </w:p>
        </w:tc>
        <w:tc>
          <w:tcPr>
            <w:tcW w:w="526" w:type="pct"/>
            <w:vAlign w:val="center"/>
          </w:tcPr>
          <w:p w14:paraId="73907519" w14:textId="77777777" w:rsidR="00F73E55" w:rsidRDefault="00F73E55" w:rsidP="00505372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07E922C4" w14:textId="77777777" w:rsidR="00F73E55" w:rsidRDefault="00F73E55" w:rsidP="00505372">
            <w:pPr>
              <w:jc w:val="center"/>
            </w:pPr>
            <w:r>
              <w:t>89.0%</w:t>
            </w:r>
          </w:p>
        </w:tc>
        <w:tc>
          <w:tcPr>
            <w:tcW w:w="437" w:type="pct"/>
            <w:vAlign w:val="center"/>
          </w:tcPr>
          <w:p w14:paraId="15E77539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034C9B35" w14:textId="77777777" w:rsidTr="00505372">
        <w:tc>
          <w:tcPr>
            <w:tcW w:w="354" w:type="pct"/>
            <w:vAlign w:val="center"/>
          </w:tcPr>
          <w:p w14:paraId="7AF27F06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44000230" w14:textId="77777777" w:rsidR="00F73E55" w:rsidRDefault="00F73E55" w:rsidP="00505372">
            <w:pPr>
              <w:jc w:val="center"/>
            </w:pPr>
            <w:r>
              <w:t>Экология</w:t>
            </w:r>
          </w:p>
        </w:tc>
        <w:tc>
          <w:tcPr>
            <w:tcW w:w="308" w:type="pct"/>
            <w:vAlign w:val="center"/>
          </w:tcPr>
          <w:p w14:paraId="4F60D2C3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0826F2F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6F050F1" w14:textId="77777777" w:rsidR="00F73E55" w:rsidRDefault="00F73E55" w:rsidP="00505372">
            <w:pPr>
              <w:jc w:val="center"/>
            </w:pPr>
            <w:r>
              <w:t>Эко-23</w:t>
            </w:r>
          </w:p>
        </w:tc>
        <w:tc>
          <w:tcPr>
            <w:tcW w:w="1334" w:type="pct"/>
            <w:vAlign w:val="center"/>
          </w:tcPr>
          <w:p w14:paraId="3C5DF27C" w14:textId="3D4B1B24" w:rsidR="00F73E55" w:rsidRDefault="004E2C5F" w:rsidP="00505372">
            <w:pPr>
              <w:jc w:val="center"/>
            </w:pPr>
            <w:r w:rsidRPr="004E2C5F">
              <w:t>Б1.О.09.09</w:t>
            </w:r>
            <w:r w:rsidRPr="004E2C5F">
              <w:t xml:space="preserve"> </w:t>
            </w:r>
            <w:r w:rsidR="00F73E55">
              <w:t>Устойчивое развитие</w:t>
            </w:r>
          </w:p>
        </w:tc>
        <w:tc>
          <w:tcPr>
            <w:tcW w:w="526" w:type="pct"/>
            <w:vAlign w:val="center"/>
          </w:tcPr>
          <w:p w14:paraId="7B2C5D14" w14:textId="049060F1" w:rsidR="00F73E55" w:rsidRDefault="004E2C5F" w:rsidP="00505372">
            <w:pPr>
              <w:jc w:val="center"/>
            </w:pPr>
            <w:r w:rsidRPr="004E2C5F">
              <w:t>ОПК-2</w:t>
            </w:r>
            <w:r>
              <w:rPr>
                <w:lang w:val="ru-RU"/>
              </w:rPr>
              <w:t>,</w:t>
            </w:r>
            <w:r w:rsidRPr="004E2C5F">
              <w:t xml:space="preserve"> ОПК-6</w:t>
            </w:r>
          </w:p>
        </w:tc>
        <w:tc>
          <w:tcPr>
            <w:tcW w:w="479" w:type="pct"/>
            <w:vAlign w:val="center"/>
          </w:tcPr>
          <w:p w14:paraId="6FFBC6E4" w14:textId="77777777" w:rsidR="00F73E55" w:rsidRDefault="00F73E55" w:rsidP="00505372">
            <w:pPr>
              <w:jc w:val="center"/>
            </w:pPr>
            <w:r>
              <w:t>38.0%</w:t>
            </w:r>
          </w:p>
        </w:tc>
        <w:tc>
          <w:tcPr>
            <w:tcW w:w="437" w:type="pct"/>
            <w:vAlign w:val="center"/>
          </w:tcPr>
          <w:p w14:paraId="290A1822" w14:textId="77777777" w:rsidR="00F73E55" w:rsidRDefault="00F73E55" w:rsidP="00505372">
            <w:pPr>
              <w:jc w:val="center"/>
            </w:pPr>
            <w:r>
              <w:t>18.05.2026</w:t>
            </w:r>
          </w:p>
        </w:tc>
      </w:tr>
      <w:tr w:rsidR="00F73E55" w14:paraId="7B094977" w14:textId="77777777" w:rsidTr="00505372">
        <w:tc>
          <w:tcPr>
            <w:tcW w:w="354" w:type="pct"/>
            <w:vAlign w:val="center"/>
          </w:tcPr>
          <w:p w14:paraId="2CEB0557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4F38A037" w14:textId="77777777" w:rsidR="00F73E55" w:rsidRDefault="00F73E55" w:rsidP="00505372">
            <w:pPr>
              <w:jc w:val="center"/>
            </w:pPr>
            <w:r>
              <w:t>Экология</w:t>
            </w:r>
          </w:p>
        </w:tc>
        <w:tc>
          <w:tcPr>
            <w:tcW w:w="308" w:type="pct"/>
            <w:vAlign w:val="center"/>
          </w:tcPr>
          <w:p w14:paraId="4A674502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6CF2E3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52C3784" w14:textId="77777777" w:rsidR="00F73E55" w:rsidRDefault="00F73E55" w:rsidP="00505372">
            <w:pPr>
              <w:jc w:val="center"/>
            </w:pPr>
            <w:r>
              <w:t>Эко-23</w:t>
            </w:r>
          </w:p>
        </w:tc>
        <w:tc>
          <w:tcPr>
            <w:tcW w:w="1334" w:type="pct"/>
            <w:vAlign w:val="center"/>
          </w:tcPr>
          <w:p w14:paraId="0C5A8678" w14:textId="6D35032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Б1.В.01.09 Нормирование и снижение загрязнения окружающей среды</w:t>
            </w:r>
          </w:p>
        </w:tc>
        <w:tc>
          <w:tcPr>
            <w:tcW w:w="526" w:type="pct"/>
            <w:vAlign w:val="center"/>
          </w:tcPr>
          <w:p w14:paraId="07E54FF6" w14:textId="77777777" w:rsidR="00F73E55" w:rsidRDefault="00F73E55" w:rsidP="00505372">
            <w:pPr>
              <w:jc w:val="center"/>
            </w:pPr>
            <w:r>
              <w:t>ПК-2, ПК-3, ПК-4</w:t>
            </w:r>
          </w:p>
        </w:tc>
        <w:tc>
          <w:tcPr>
            <w:tcW w:w="479" w:type="pct"/>
            <w:vAlign w:val="center"/>
          </w:tcPr>
          <w:p w14:paraId="033943D9" w14:textId="77777777" w:rsidR="00F73E55" w:rsidRDefault="00F73E55" w:rsidP="00505372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46EC8724" w14:textId="77777777" w:rsidR="00F73E55" w:rsidRDefault="00F73E55" w:rsidP="00505372">
            <w:pPr>
              <w:jc w:val="center"/>
            </w:pPr>
            <w:r>
              <w:t>30.05.2026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B5616"/>
    <w:rsid w:val="00464C7F"/>
    <w:rsid w:val="004E2C5F"/>
    <w:rsid w:val="00505372"/>
    <w:rsid w:val="00592540"/>
    <w:rsid w:val="005C48D3"/>
    <w:rsid w:val="00620119"/>
    <w:rsid w:val="00702BF4"/>
    <w:rsid w:val="00770A8D"/>
    <w:rsid w:val="009122B5"/>
    <w:rsid w:val="00A12853"/>
    <w:rsid w:val="00A747C5"/>
    <w:rsid w:val="00A91224"/>
    <w:rsid w:val="00AA1D8D"/>
    <w:rsid w:val="00AA446A"/>
    <w:rsid w:val="00B47730"/>
    <w:rsid w:val="00B808C6"/>
    <w:rsid w:val="00C4015F"/>
    <w:rsid w:val="00CB0664"/>
    <w:rsid w:val="00DC6C23"/>
    <w:rsid w:val="00EC0427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2026-08-07T03:15:00Z</dcterms:created>
  <dcterms:modified xsi:type="dcterms:W3CDTF">2026-08-07T03:18:00Z</dcterms:modified>
  <cp:category/>
</cp:coreProperties>
</file>