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E506E" w14:textId="77777777" w:rsidR="00A20636" w:rsidRPr="00FD08A6" w:rsidRDefault="00FD08A6">
      <w:pPr>
        <w:rPr>
          <w:lang w:val="ru-RU"/>
        </w:rPr>
      </w:pPr>
      <w:r w:rsidRPr="00FD08A6">
        <w:rPr>
          <w:lang w:val="ru-RU"/>
        </w:rPr>
        <w:t>Отчёт по результатам тестирования 'ООП'</w:t>
      </w:r>
    </w:p>
    <w:p w14:paraId="68608618" w14:textId="77777777" w:rsidR="00A20636" w:rsidRPr="00FD08A6" w:rsidRDefault="00FD08A6">
      <w:pPr>
        <w:rPr>
          <w:lang w:val="ru-RU"/>
        </w:rPr>
      </w:pPr>
      <w:r w:rsidRPr="00FD08A6">
        <w:rPr>
          <w:lang w:val="ru-RU"/>
        </w:rPr>
        <w:t>Анализ данных по дисциплинам</w:t>
      </w: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1186"/>
        <w:gridCol w:w="2398"/>
        <w:gridCol w:w="1032"/>
        <w:gridCol w:w="767"/>
        <w:gridCol w:w="1132"/>
        <w:gridCol w:w="3348"/>
        <w:gridCol w:w="1764"/>
        <w:gridCol w:w="1605"/>
        <w:gridCol w:w="1464"/>
      </w:tblGrid>
      <w:tr w:rsidR="00FD08A6" w14:paraId="2E380B34" w14:textId="77777777" w:rsidTr="00C43E28">
        <w:tc>
          <w:tcPr>
            <w:tcW w:w="404" w:type="pct"/>
            <w:vAlign w:val="center"/>
          </w:tcPr>
          <w:p w14:paraId="15C2D64D" w14:textId="77777777" w:rsidR="00FD08A6" w:rsidRDefault="00FD08A6" w:rsidP="00C43E28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816" w:type="pct"/>
            <w:vAlign w:val="center"/>
          </w:tcPr>
          <w:p w14:paraId="6EA40CC1" w14:textId="77777777" w:rsidR="00FD08A6" w:rsidRDefault="00FD08A6" w:rsidP="00C43E28">
            <w:pPr>
              <w:jc w:val="center"/>
            </w:pPr>
            <w:r>
              <w:rPr>
                <w:b/>
                <w:sz w:val="20"/>
              </w:rPr>
              <w:t>Профиль</w:t>
            </w:r>
          </w:p>
        </w:tc>
        <w:tc>
          <w:tcPr>
            <w:tcW w:w="351" w:type="pct"/>
            <w:vAlign w:val="center"/>
          </w:tcPr>
          <w:p w14:paraId="268A3E94" w14:textId="77777777" w:rsidR="00FD08A6" w:rsidRDefault="00FD08A6" w:rsidP="00C43E28">
            <w:pPr>
              <w:jc w:val="center"/>
            </w:pPr>
            <w:r>
              <w:rPr>
                <w:b/>
                <w:sz w:val="20"/>
              </w:rPr>
              <w:t>Год набора</w:t>
            </w:r>
          </w:p>
        </w:tc>
        <w:tc>
          <w:tcPr>
            <w:tcW w:w="261" w:type="pct"/>
            <w:vAlign w:val="center"/>
          </w:tcPr>
          <w:p w14:paraId="208F6DFD" w14:textId="77777777" w:rsidR="00FD08A6" w:rsidRDefault="00FD08A6" w:rsidP="00C43E28">
            <w:pPr>
              <w:jc w:val="center"/>
            </w:pPr>
            <w:r>
              <w:rPr>
                <w:b/>
                <w:sz w:val="20"/>
              </w:rPr>
              <w:t>Курс</w:t>
            </w:r>
          </w:p>
        </w:tc>
        <w:tc>
          <w:tcPr>
            <w:tcW w:w="385" w:type="pct"/>
            <w:vAlign w:val="center"/>
          </w:tcPr>
          <w:p w14:paraId="397B3B8F" w14:textId="77777777" w:rsidR="00FD08A6" w:rsidRDefault="00FD08A6" w:rsidP="00C43E28">
            <w:pPr>
              <w:jc w:val="center"/>
            </w:pPr>
            <w:r>
              <w:rPr>
                <w:b/>
                <w:sz w:val="20"/>
              </w:rPr>
              <w:t>Группа</w:t>
            </w:r>
          </w:p>
        </w:tc>
        <w:tc>
          <w:tcPr>
            <w:tcW w:w="1139" w:type="pct"/>
            <w:vAlign w:val="center"/>
          </w:tcPr>
          <w:p w14:paraId="47A89CB7" w14:textId="77777777" w:rsidR="00FD08A6" w:rsidRDefault="00FD08A6" w:rsidP="00C43E28">
            <w:pPr>
              <w:jc w:val="center"/>
            </w:pPr>
            <w:r>
              <w:rPr>
                <w:b/>
                <w:sz w:val="20"/>
              </w:rPr>
              <w:t>Дисциплина</w:t>
            </w:r>
          </w:p>
        </w:tc>
        <w:tc>
          <w:tcPr>
            <w:tcW w:w="600" w:type="pct"/>
            <w:vAlign w:val="center"/>
          </w:tcPr>
          <w:p w14:paraId="2A90E210" w14:textId="77777777" w:rsidR="00FD08A6" w:rsidRDefault="00FD08A6" w:rsidP="00C43E28">
            <w:pPr>
              <w:jc w:val="center"/>
            </w:pPr>
            <w:r>
              <w:rPr>
                <w:b/>
                <w:sz w:val="20"/>
              </w:rPr>
              <w:t>Компетенции</w:t>
            </w:r>
          </w:p>
        </w:tc>
        <w:tc>
          <w:tcPr>
            <w:tcW w:w="546" w:type="pct"/>
            <w:vAlign w:val="center"/>
          </w:tcPr>
          <w:p w14:paraId="133D4187" w14:textId="77777777" w:rsidR="00FD08A6" w:rsidRDefault="00FD08A6" w:rsidP="00C43E28">
            <w:pPr>
              <w:jc w:val="center"/>
            </w:pPr>
            <w:r>
              <w:rPr>
                <w:b/>
                <w:sz w:val="20"/>
              </w:rPr>
              <w:t>Средний % по дисциплине</w:t>
            </w:r>
          </w:p>
        </w:tc>
        <w:tc>
          <w:tcPr>
            <w:tcW w:w="499" w:type="pct"/>
            <w:vAlign w:val="center"/>
          </w:tcPr>
          <w:p w14:paraId="300796FC" w14:textId="77777777" w:rsidR="00FD08A6" w:rsidRDefault="00FD08A6" w:rsidP="00C43E28">
            <w:pPr>
              <w:jc w:val="center"/>
            </w:pPr>
            <w:r>
              <w:rPr>
                <w:b/>
                <w:sz w:val="20"/>
              </w:rPr>
              <w:t>Дата</w:t>
            </w:r>
          </w:p>
        </w:tc>
      </w:tr>
      <w:tr w:rsidR="00FD08A6" w14:paraId="119FD2BC" w14:textId="77777777" w:rsidTr="00C43E28">
        <w:tc>
          <w:tcPr>
            <w:tcW w:w="404" w:type="pct"/>
            <w:vAlign w:val="center"/>
          </w:tcPr>
          <w:p w14:paraId="5E281DCD" w14:textId="77777777" w:rsidR="00FD08A6" w:rsidRDefault="00FD08A6" w:rsidP="00C43E28">
            <w:pPr>
              <w:jc w:val="center"/>
            </w:pPr>
            <w:r>
              <w:t>08.03.01</w:t>
            </w:r>
          </w:p>
        </w:tc>
        <w:tc>
          <w:tcPr>
            <w:tcW w:w="816" w:type="pct"/>
            <w:vAlign w:val="center"/>
          </w:tcPr>
          <w:p w14:paraId="440C225B" w14:textId="77777777" w:rsidR="00FD08A6" w:rsidRPr="003943C2" w:rsidRDefault="00FD08A6" w:rsidP="00C43E28">
            <w:pPr>
              <w:jc w:val="center"/>
              <w:rPr>
                <w:lang w:val="ru-RU"/>
              </w:rPr>
            </w:pPr>
            <w:r w:rsidRPr="003943C2">
              <w:rPr>
                <w:lang w:val="ru-RU"/>
              </w:rPr>
              <w:t>Городское строительство и эксплуатация недвижимости</w:t>
            </w:r>
          </w:p>
        </w:tc>
        <w:tc>
          <w:tcPr>
            <w:tcW w:w="351" w:type="pct"/>
            <w:vAlign w:val="center"/>
          </w:tcPr>
          <w:p w14:paraId="208ED194" w14:textId="77777777" w:rsidR="00FD08A6" w:rsidRDefault="00FD08A6" w:rsidP="00C43E28">
            <w:pPr>
              <w:jc w:val="center"/>
            </w:pPr>
            <w:r>
              <w:t>2025</w:t>
            </w:r>
          </w:p>
        </w:tc>
        <w:tc>
          <w:tcPr>
            <w:tcW w:w="261" w:type="pct"/>
            <w:vAlign w:val="center"/>
          </w:tcPr>
          <w:p w14:paraId="220AF069" w14:textId="77777777" w:rsidR="00FD08A6" w:rsidRDefault="00FD08A6" w:rsidP="00C43E28">
            <w:pPr>
              <w:jc w:val="center"/>
            </w:pPr>
            <w:r>
              <w:t>1</w:t>
            </w:r>
          </w:p>
        </w:tc>
        <w:tc>
          <w:tcPr>
            <w:tcW w:w="385" w:type="pct"/>
            <w:vAlign w:val="center"/>
          </w:tcPr>
          <w:p w14:paraId="18B5B73A" w14:textId="77777777" w:rsidR="00FD08A6" w:rsidRDefault="00FD08A6" w:rsidP="00C43E28">
            <w:pPr>
              <w:jc w:val="center"/>
            </w:pPr>
            <w:r>
              <w:t>ГСиЭН-25</w:t>
            </w:r>
          </w:p>
        </w:tc>
        <w:tc>
          <w:tcPr>
            <w:tcW w:w="1139" w:type="pct"/>
            <w:vAlign w:val="center"/>
          </w:tcPr>
          <w:p w14:paraId="0E42DFB3" w14:textId="5C925DD5" w:rsidR="00FD08A6" w:rsidRDefault="00C43E28" w:rsidP="00C43E28">
            <w:pPr>
              <w:jc w:val="center"/>
            </w:pPr>
            <w:r w:rsidRPr="00C43E28">
              <w:t>Б1.О.06.01</w:t>
            </w:r>
            <w:r>
              <w:rPr>
                <w:lang w:val="ru-RU"/>
              </w:rPr>
              <w:t xml:space="preserve"> </w:t>
            </w:r>
            <w:r w:rsidR="00FD08A6">
              <w:t>Математика</w:t>
            </w:r>
          </w:p>
        </w:tc>
        <w:tc>
          <w:tcPr>
            <w:tcW w:w="600" w:type="pct"/>
            <w:vAlign w:val="center"/>
          </w:tcPr>
          <w:p w14:paraId="368C8F46" w14:textId="777FA864" w:rsidR="00FD08A6" w:rsidRPr="00C43E28" w:rsidRDefault="00C43E28" w:rsidP="00C43E2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ОПК-1</w:t>
            </w:r>
          </w:p>
        </w:tc>
        <w:tc>
          <w:tcPr>
            <w:tcW w:w="546" w:type="pct"/>
            <w:vAlign w:val="center"/>
          </w:tcPr>
          <w:p w14:paraId="49614194" w14:textId="77777777" w:rsidR="00FD08A6" w:rsidRDefault="00FD08A6" w:rsidP="00C43E28">
            <w:pPr>
              <w:jc w:val="center"/>
            </w:pPr>
            <w:r>
              <w:t>78.0%</w:t>
            </w:r>
          </w:p>
        </w:tc>
        <w:tc>
          <w:tcPr>
            <w:tcW w:w="499" w:type="pct"/>
            <w:vAlign w:val="center"/>
          </w:tcPr>
          <w:p w14:paraId="331D99BE" w14:textId="77777777" w:rsidR="00FD08A6" w:rsidRDefault="00FD08A6" w:rsidP="00C43E28">
            <w:pPr>
              <w:jc w:val="center"/>
            </w:pPr>
            <w:r>
              <w:t>12.05.2026</w:t>
            </w:r>
          </w:p>
        </w:tc>
      </w:tr>
      <w:tr w:rsidR="00FD08A6" w14:paraId="205E62BC" w14:textId="77777777" w:rsidTr="00C43E28">
        <w:tc>
          <w:tcPr>
            <w:tcW w:w="404" w:type="pct"/>
            <w:vAlign w:val="center"/>
          </w:tcPr>
          <w:p w14:paraId="3B643F6D" w14:textId="77777777" w:rsidR="00FD08A6" w:rsidRDefault="00FD08A6" w:rsidP="00C43E28">
            <w:pPr>
              <w:jc w:val="center"/>
            </w:pPr>
            <w:r>
              <w:t>08.03.01</w:t>
            </w:r>
          </w:p>
        </w:tc>
        <w:tc>
          <w:tcPr>
            <w:tcW w:w="816" w:type="pct"/>
            <w:vAlign w:val="center"/>
          </w:tcPr>
          <w:p w14:paraId="0FE21D3B" w14:textId="77777777" w:rsidR="00FD08A6" w:rsidRPr="003943C2" w:rsidRDefault="00FD08A6" w:rsidP="00C43E28">
            <w:pPr>
              <w:jc w:val="center"/>
              <w:rPr>
                <w:lang w:val="ru-RU"/>
              </w:rPr>
            </w:pPr>
            <w:r w:rsidRPr="003943C2">
              <w:rPr>
                <w:lang w:val="ru-RU"/>
              </w:rPr>
              <w:t>Городское строительство и эксплуатация недвижимости</w:t>
            </w:r>
          </w:p>
        </w:tc>
        <w:tc>
          <w:tcPr>
            <w:tcW w:w="351" w:type="pct"/>
            <w:vAlign w:val="center"/>
          </w:tcPr>
          <w:p w14:paraId="708811BC" w14:textId="77777777" w:rsidR="00FD08A6" w:rsidRDefault="00FD08A6" w:rsidP="00C43E28">
            <w:pPr>
              <w:jc w:val="center"/>
            </w:pPr>
            <w:r>
              <w:t>2025</w:t>
            </w:r>
          </w:p>
        </w:tc>
        <w:tc>
          <w:tcPr>
            <w:tcW w:w="261" w:type="pct"/>
            <w:vAlign w:val="center"/>
          </w:tcPr>
          <w:p w14:paraId="2F1D4711" w14:textId="77777777" w:rsidR="00FD08A6" w:rsidRDefault="00FD08A6" w:rsidP="00C43E28">
            <w:pPr>
              <w:jc w:val="center"/>
            </w:pPr>
            <w:r>
              <w:t>1</w:t>
            </w:r>
          </w:p>
        </w:tc>
        <w:tc>
          <w:tcPr>
            <w:tcW w:w="385" w:type="pct"/>
            <w:vAlign w:val="center"/>
          </w:tcPr>
          <w:p w14:paraId="113C3510" w14:textId="77777777" w:rsidR="00FD08A6" w:rsidRDefault="00FD08A6" w:rsidP="00C43E28">
            <w:pPr>
              <w:jc w:val="center"/>
            </w:pPr>
            <w:r>
              <w:t>ГСиЭН-25</w:t>
            </w:r>
          </w:p>
        </w:tc>
        <w:tc>
          <w:tcPr>
            <w:tcW w:w="1139" w:type="pct"/>
            <w:vAlign w:val="center"/>
          </w:tcPr>
          <w:p w14:paraId="4DCC7124" w14:textId="76268C91" w:rsidR="00FD08A6" w:rsidRPr="003943C2" w:rsidRDefault="00FD08A6" w:rsidP="00C43E28">
            <w:pPr>
              <w:jc w:val="center"/>
              <w:rPr>
                <w:lang w:val="ru-RU"/>
              </w:rPr>
            </w:pPr>
            <w:r w:rsidRPr="003943C2">
              <w:rPr>
                <w:lang w:val="ru-RU"/>
              </w:rPr>
              <w:t>Б1.О.05.02 Системы искусственного интеллекта</w:t>
            </w:r>
          </w:p>
        </w:tc>
        <w:tc>
          <w:tcPr>
            <w:tcW w:w="600" w:type="pct"/>
            <w:vAlign w:val="center"/>
          </w:tcPr>
          <w:p w14:paraId="371D531C" w14:textId="3FEB8EDC" w:rsidR="00FD08A6" w:rsidRDefault="00FD08A6" w:rsidP="00C43E28">
            <w:pPr>
              <w:jc w:val="center"/>
            </w:pPr>
            <w:r>
              <w:t>ОПК-2</w:t>
            </w:r>
          </w:p>
        </w:tc>
        <w:tc>
          <w:tcPr>
            <w:tcW w:w="546" w:type="pct"/>
            <w:vAlign w:val="center"/>
          </w:tcPr>
          <w:p w14:paraId="7B0A3BA0" w14:textId="77777777" w:rsidR="00FD08A6" w:rsidRDefault="00FD08A6" w:rsidP="00C43E28">
            <w:pPr>
              <w:jc w:val="center"/>
            </w:pPr>
            <w:r>
              <w:t>81.0%</w:t>
            </w:r>
          </w:p>
        </w:tc>
        <w:tc>
          <w:tcPr>
            <w:tcW w:w="499" w:type="pct"/>
            <w:vAlign w:val="center"/>
          </w:tcPr>
          <w:p w14:paraId="529E5CE3" w14:textId="77777777" w:rsidR="00FD08A6" w:rsidRDefault="00FD08A6" w:rsidP="00C43E28">
            <w:pPr>
              <w:jc w:val="center"/>
            </w:pPr>
            <w:r>
              <w:t>14.05.2026</w:t>
            </w:r>
          </w:p>
        </w:tc>
      </w:tr>
      <w:tr w:rsidR="00FD08A6" w14:paraId="4C17FA9D" w14:textId="77777777" w:rsidTr="00C43E28">
        <w:tc>
          <w:tcPr>
            <w:tcW w:w="404" w:type="pct"/>
            <w:vAlign w:val="center"/>
          </w:tcPr>
          <w:p w14:paraId="5FFE79D9" w14:textId="77777777" w:rsidR="00FD08A6" w:rsidRDefault="00FD08A6" w:rsidP="00C43E28">
            <w:pPr>
              <w:jc w:val="center"/>
            </w:pPr>
            <w:r>
              <w:t>08.03.01</w:t>
            </w:r>
          </w:p>
        </w:tc>
        <w:tc>
          <w:tcPr>
            <w:tcW w:w="816" w:type="pct"/>
            <w:vAlign w:val="center"/>
          </w:tcPr>
          <w:p w14:paraId="40955279" w14:textId="77777777" w:rsidR="00FD08A6" w:rsidRPr="003943C2" w:rsidRDefault="00FD08A6" w:rsidP="00C43E28">
            <w:pPr>
              <w:jc w:val="center"/>
              <w:rPr>
                <w:lang w:val="ru-RU"/>
              </w:rPr>
            </w:pPr>
            <w:r w:rsidRPr="003943C2">
              <w:rPr>
                <w:lang w:val="ru-RU"/>
              </w:rPr>
              <w:t>Городское строительство и эксплуатация недвижимости</w:t>
            </w:r>
          </w:p>
        </w:tc>
        <w:tc>
          <w:tcPr>
            <w:tcW w:w="351" w:type="pct"/>
            <w:vAlign w:val="center"/>
          </w:tcPr>
          <w:p w14:paraId="3B89C13A" w14:textId="77777777" w:rsidR="00FD08A6" w:rsidRDefault="00FD08A6" w:rsidP="00C43E28">
            <w:pPr>
              <w:jc w:val="center"/>
            </w:pPr>
            <w:r>
              <w:t>2025</w:t>
            </w:r>
          </w:p>
        </w:tc>
        <w:tc>
          <w:tcPr>
            <w:tcW w:w="261" w:type="pct"/>
            <w:vAlign w:val="center"/>
          </w:tcPr>
          <w:p w14:paraId="2EC69CAC" w14:textId="77777777" w:rsidR="00FD08A6" w:rsidRDefault="00FD08A6" w:rsidP="00C43E28">
            <w:pPr>
              <w:jc w:val="center"/>
            </w:pPr>
            <w:r>
              <w:t>1</w:t>
            </w:r>
          </w:p>
        </w:tc>
        <w:tc>
          <w:tcPr>
            <w:tcW w:w="385" w:type="pct"/>
            <w:vAlign w:val="center"/>
          </w:tcPr>
          <w:p w14:paraId="14753AB8" w14:textId="77777777" w:rsidR="00FD08A6" w:rsidRDefault="00FD08A6" w:rsidP="00C43E28">
            <w:pPr>
              <w:jc w:val="center"/>
            </w:pPr>
            <w:r>
              <w:t>ГСиЭН-25</w:t>
            </w:r>
          </w:p>
        </w:tc>
        <w:tc>
          <w:tcPr>
            <w:tcW w:w="1139" w:type="pct"/>
            <w:vAlign w:val="center"/>
          </w:tcPr>
          <w:p w14:paraId="705A5C37" w14:textId="4AD4753F" w:rsidR="00FD08A6" w:rsidRPr="003943C2" w:rsidRDefault="00FD08A6" w:rsidP="00C43E28">
            <w:pPr>
              <w:jc w:val="center"/>
              <w:rPr>
                <w:lang w:val="ru-RU"/>
              </w:rPr>
            </w:pPr>
            <w:r w:rsidRPr="003943C2">
              <w:rPr>
                <w:lang w:val="ru-RU"/>
              </w:rPr>
              <w:t>Б1.О.08.02 Строительные материалы</w:t>
            </w:r>
          </w:p>
        </w:tc>
        <w:tc>
          <w:tcPr>
            <w:tcW w:w="600" w:type="pct"/>
            <w:vAlign w:val="center"/>
          </w:tcPr>
          <w:p w14:paraId="55908CBC" w14:textId="77777777" w:rsidR="00FD08A6" w:rsidRDefault="00FD08A6" w:rsidP="00C43E28">
            <w:pPr>
              <w:jc w:val="center"/>
            </w:pPr>
            <w:r>
              <w:t>УК-1, ОПК-3</w:t>
            </w:r>
          </w:p>
        </w:tc>
        <w:tc>
          <w:tcPr>
            <w:tcW w:w="546" w:type="pct"/>
            <w:vAlign w:val="center"/>
          </w:tcPr>
          <w:p w14:paraId="2573F1B9" w14:textId="77777777" w:rsidR="00FD08A6" w:rsidRDefault="00FD08A6" w:rsidP="00C43E28">
            <w:pPr>
              <w:jc w:val="center"/>
            </w:pPr>
            <w:r>
              <w:t>82.5%</w:t>
            </w:r>
          </w:p>
        </w:tc>
        <w:tc>
          <w:tcPr>
            <w:tcW w:w="499" w:type="pct"/>
            <w:vAlign w:val="center"/>
          </w:tcPr>
          <w:p w14:paraId="6C0D0F7C" w14:textId="77777777" w:rsidR="00FD08A6" w:rsidRDefault="00FD08A6" w:rsidP="00C43E28">
            <w:pPr>
              <w:jc w:val="center"/>
            </w:pPr>
            <w:r>
              <w:t>22.05.2026</w:t>
            </w:r>
          </w:p>
        </w:tc>
      </w:tr>
    </w:tbl>
    <w:p w14:paraId="39EE3157" w14:textId="77777777" w:rsidR="00A20636" w:rsidRDefault="00A20636"/>
    <w:sectPr w:rsidR="00A20636" w:rsidSect="00C43E28">
      <w:pgSz w:w="15840" w:h="12240" w:orient="landscape"/>
      <w:pgMar w:top="567" w:right="567" w:bottom="283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943C2"/>
    <w:rsid w:val="00A20636"/>
    <w:rsid w:val="00AA1D8D"/>
    <w:rsid w:val="00B47730"/>
    <w:rsid w:val="00C43E28"/>
    <w:rsid w:val="00CB0664"/>
    <w:rsid w:val="00FC693F"/>
    <w:rsid w:val="00FD0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9D42CD"/>
  <w14:defaultImageDpi w14:val="300"/>
  <w15:docId w15:val="{C6D283CC-52D1-413E-89AC-F64494469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3</cp:revision>
  <dcterms:created xsi:type="dcterms:W3CDTF">2026-08-06T04:24:00Z</dcterms:created>
  <dcterms:modified xsi:type="dcterms:W3CDTF">2026-08-06T04:29:00Z</dcterms:modified>
  <cp:category/>
</cp:coreProperties>
</file>