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87500" w14:textId="77777777" w:rsidR="0040692D" w:rsidRPr="002302EC" w:rsidRDefault="00B006DD">
      <w:pPr>
        <w:rPr>
          <w:lang w:val="ru-RU"/>
        </w:rPr>
      </w:pPr>
      <w:r w:rsidRPr="002302EC">
        <w:rPr>
          <w:lang w:val="ru-RU"/>
        </w:rPr>
        <w:t>Отчёт по результатам дисциплин 'ООП'</w:t>
      </w:r>
    </w:p>
    <w:p w14:paraId="7A0D5DAF" w14:textId="77777777" w:rsidR="0040692D" w:rsidRPr="002302EC" w:rsidRDefault="00B006DD">
      <w:pPr>
        <w:rPr>
          <w:lang w:val="ru-RU"/>
        </w:rPr>
      </w:pPr>
      <w:r w:rsidRPr="002302EC">
        <w:rPr>
          <w:lang w:val="ru-RU"/>
        </w:rPr>
        <w:t>Анализ по профилям групп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067"/>
        <w:gridCol w:w="2604"/>
        <w:gridCol w:w="941"/>
        <w:gridCol w:w="728"/>
        <w:gridCol w:w="1080"/>
        <w:gridCol w:w="1556"/>
        <w:gridCol w:w="1307"/>
        <w:gridCol w:w="2097"/>
      </w:tblGrid>
      <w:tr w:rsidR="002302EC" w14:paraId="171CF341" w14:textId="77777777" w:rsidTr="004F2512">
        <w:tc>
          <w:tcPr>
            <w:tcW w:w="1073" w:type="dxa"/>
            <w:vAlign w:val="center"/>
          </w:tcPr>
          <w:p w14:paraId="0F8F8943" w14:textId="77777777" w:rsidR="002302EC" w:rsidRDefault="002302EC" w:rsidP="004F2512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2789" w:type="dxa"/>
            <w:vAlign w:val="center"/>
          </w:tcPr>
          <w:p w14:paraId="109195A0" w14:textId="77777777" w:rsidR="002302EC" w:rsidRDefault="002302EC" w:rsidP="004F2512">
            <w:pPr>
              <w:jc w:val="center"/>
            </w:pPr>
            <w:r>
              <w:rPr>
                <w:b/>
                <w:sz w:val="20"/>
              </w:rPr>
              <w:t>Профиль</w:t>
            </w:r>
          </w:p>
        </w:tc>
        <w:tc>
          <w:tcPr>
            <w:tcW w:w="949" w:type="dxa"/>
            <w:vAlign w:val="center"/>
          </w:tcPr>
          <w:p w14:paraId="3C25DD23" w14:textId="77777777" w:rsidR="002302EC" w:rsidRDefault="002302EC" w:rsidP="004F2512">
            <w:pPr>
              <w:jc w:val="center"/>
            </w:pPr>
            <w:r>
              <w:rPr>
                <w:b/>
                <w:sz w:val="20"/>
              </w:rPr>
              <w:t>Год набора</w:t>
            </w:r>
          </w:p>
        </w:tc>
        <w:tc>
          <w:tcPr>
            <w:tcW w:w="740" w:type="dxa"/>
            <w:vAlign w:val="center"/>
          </w:tcPr>
          <w:p w14:paraId="13A16288" w14:textId="77777777" w:rsidR="002302EC" w:rsidRDefault="002302EC" w:rsidP="004F2512">
            <w:pPr>
              <w:jc w:val="center"/>
            </w:pPr>
            <w:r>
              <w:rPr>
                <w:b/>
                <w:sz w:val="20"/>
              </w:rPr>
              <w:t>Курс</w:t>
            </w:r>
          </w:p>
        </w:tc>
        <w:tc>
          <w:tcPr>
            <w:tcW w:w="1086" w:type="dxa"/>
            <w:vAlign w:val="center"/>
          </w:tcPr>
          <w:p w14:paraId="314DB494" w14:textId="77777777" w:rsidR="002302EC" w:rsidRDefault="002302EC" w:rsidP="004F2512">
            <w:pPr>
              <w:jc w:val="center"/>
            </w:pPr>
            <w:r>
              <w:rPr>
                <w:b/>
                <w:sz w:val="20"/>
              </w:rPr>
              <w:t>Средний % ОПОП</w:t>
            </w:r>
          </w:p>
        </w:tc>
        <w:tc>
          <w:tcPr>
            <w:tcW w:w="1563" w:type="dxa"/>
            <w:vAlign w:val="center"/>
          </w:tcPr>
          <w:p w14:paraId="0D155BF3" w14:textId="77777777" w:rsidR="002302EC" w:rsidRDefault="002302EC" w:rsidP="004F2512">
            <w:pPr>
              <w:jc w:val="center"/>
            </w:pPr>
            <w:r>
              <w:rPr>
                <w:b/>
                <w:sz w:val="20"/>
              </w:rPr>
              <w:t>Перечень оценённых компетенций</w:t>
            </w:r>
          </w:p>
        </w:tc>
        <w:tc>
          <w:tcPr>
            <w:tcW w:w="1309" w:type="dxa"/>
            <w:vAlign w:val="center"/>
          </w:tcPr>
          <w:p w14:paraId="07752603" w14:textId="77777777" w:rsidR="002302EC" w:rsidRDefault="002302EC" w:rsidP="004F2512">
            <w:pPr>
              <w:jc w:val="center"/>
            </w:pPr>
            <w:r>
              <w:rPr>
                <w:b/>
                <w:sz w:val="20"/>
              </w:rPr>
              <w:t>Кол-во дисциплин</w:t>
            </w:r>
          </w:p>
        </w:tc>
        <w:tc>
          <w:tcPr>
            <w:tcW w:w="2097" w:type="dxa"/>
            <w:vAlign w:val="center"/>
          </w:tcPr>
          <w:p w14:paraId="3440056D" w14:textId="77777777" w:rsidR="002302EC" w:rsidRDefault="002302EC" w:rsidP="004F2512">
            <w:pPr>
              <w:jc w:val="center"/>
            </w:pPr>
            <w:r>
              <w:rPr>
                <w:b/>
                <w:sz w:val="20"/>
              </w:rPr>
              <w:t>Уровень сформированности</w:t>
            </w:r>
          </w:p>
        </w:tc>
      </w:tr>
      <w:tr w:rsidR="002302EC" w14:paraId="79519F6A" w14:textId="77777777" w:rsidTr="004F2512">
        <w:tc>
          <w:tcPr>
            <w:tcW w:w="1073" w:type="dxa"/>
            <w:vAlign w:val="center"/>
          </w:tcPr>
          <w:p w14:paraId="0DDE1B23" w14:textId="77777777" w:rsidR="002302EC" w:rsidRDefault="002302EC" w:rsidP="004F2512">
            <w:pPr>
              <w:jc w:val="center"/>
            </w:pPr>
            <w:r>
              <w:t>08.03.01</w:t>
            </w:r>
          </w:p>
        </w:tc>
        <w:tc>
          <w:tcPr>
            <w:tcW w:w="2789" w:type="dxa"/>
            <w:vAlign w:val="center"/>
          </w:tcPr>
          <w:p w14:paraId="1CC3D773" w14:textId="77777777" w:rsidR="002302EC" w:rsidRPr="002302EC" w:rsidRDefault="002302EC" w:rsidP="004F2512">
            <w:pPr>
              <w:jc w:val="center"/>
              <w:rPr>
                <w:lang w:val="ru-RU"/>
              </w:rPr>
            </w:pPr>
            <w:r w:rsidRPr="002302EC">
              <w:rPr>
                <w:lang w:val="ru-RU"/>
              </w:rPr>
              <w:t>Городское строительство и эксплуатация недвижимости</w:t>
            </w:r>
          </w:p>
        </w:tc>
        <w:tc>
          <w:tcPr>
            <w:tcW w:w="949" w:type="dxa"/>
            <w:vAlign w:val="center"/>
          </w:tcPr>
          <w:p w14:paraId="202D0DB9" w14:textId="77777777" w:rsidR="002302EC" w:rsidRDefault="002302EC" w:rsidP="004F2512">
            <w:pPr>
              <w:jc w:val="center"/>
            </w:pPr>
            <w:r>
              <w:t>2025</w:t>
            </w:r>
          </w:p>
        </w:tc>
        <w:tc>
          <w:tcPr>
            <w:tcW w:w="740" w:type="dxa"/>
            <w:vAlign w:val="center"/>
          </w:tcPr>
          <w:p w14:paraId="7B742348" w14:textId="77777777" w:rsidR="002302EC" w:rsidRDefault="002302EC" w:rsidP="004F2512">
            <w:pPr>
              <w:jc w:val="center"/>
            </w:pPr>
            <w:r>
              <w:t>1</w:t>
            </w:r>
          </w:p>
        </w:tc>
        <w:tc>
          <w:tcPr>
            <w:tcW w:w="1086" w:type="dxa"/>
            <w:vAlign w:val="center"/>
          </w:tcPr>
          <w:p w14:paraId="317A8063" w14:textId="77777777" w:rsidR="002302EC" w:rsidRDefault="002302EC" w:rsidP="004F2512">
            <w:pPr>
              <w:jc w:val="center"/>
            </w:pPr>
            <w:r>
              <w:t>80.5%</w:t>
            </w:r>
          </w:p>
        </w:tc>
        <w:tc>
          <w:tcPr>
            <w:tcW w:w="1563" w:type="dxa"/>
            <w:vAlign w:val="center"/>
          </w:tcPr>
          <w:p w14:paraId="439C19ED" w14:textId="3BA25F4D" w:rsidR="002302EC" w:rsidRDefault="004F2512" w:rsidP="004F2512">
            <w:pPr>
              <w:jc w:val="center"/>
            </w:pPr>
            <w:r>
              <w:t>УК-1</w:t>
            </w:r>
            <w:r>
              <w:rPr>
                <w:lang w:val="ru-RU"/>
              </w:rPr>
              <w:t xml:space="preserve">, </w:t>
            </w:r>
            <w:r>
              <w:t>ОПК-</w:t>
            </w:r>
            <w:r>
              <w:rPr>
                <w:lang w:val="ru-RU"/>
              </w:rPr>
              <w:t>1</w:t>
            </w:r>
            <w:r>
              <w:rPr>
                <w:lang w:val="ru-RU"/>
              </w:rPr>
              <w:t>,</w:t>
            </w:r>
            <w:r>
              <w:t xml:space="preserve"> </w:t>
            </w:r>
            <w:r w:rsidR="002302EC">
              <w:t>ОПК-2</w:t>
            </w:r>
            <w:r>
              <w:rPr>
                <w:lang w:val="ru-RU"/>
              </w:rPr>
              <w:t>,</w:t>
            </w:r>
            <w:r w:rsidR="002302EC">
              <w:t xml:space="preserve"> ОПК-3 </w:t>
            </w:r>
          </w:p>
        </w:tc>
        <w:tc>
          <w:tcPr>
            <w:tcW w:w="1309" w:type="dxa"/>
            <w:vAlign w:val="center"/>
          </w:tcPr>
          <w:p w14:paraId="569B6945" w14:textId="77777777" w:rsidR="002302EC" w:rsidRDefault="002302EC" w:rsidP="004F2512">
            <w:pPr>
              <w:jc w:val="center"/>
            </w:pPr>
            <w:r>
              <w:t>3</w:t>
            </w:r>
          </w:p>
        </w:tc>
        <w:tc>
          <w:tcPr>
            <w:tcW w:w="2097" w:type="dxa"/>
            <w:vAlign w:val="center"/>
          </w:tcPr>
          <w:p w14:paraId="2322638B" w14:textId="77777777" w:rsidR="002302EC" w:rsidRDefault="002302EC" w:rsidP="004F2512">
            <w:pPr>
              <w:jc w:val="center"/>
            </w:pPr>
            <w:r>
              <w:t>Высокий</w:t>
            </w:r>
          </w:p>
        </w:tc>
      </w:tr>
    </w:tbl>
    <w:p w14:paraId="004074C5" w14:textId="77777777" w:rsidR="00B006DD" w:rsidRDefault="00B006DD"/>
    <w:sectPr w:rsidR="00B006DD" w:rsidSect="00034616">
      <w:pgSz w:w="12240" w:h="15840"/>
      <w:pgMar w:top="567" w:right="283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3D18"/>
    <w:rsid w:val="0015074B"/>
    <w:rsid w:val="002302EC"/>
    <w:rsid w:val="0029639D"/>
    <w:rsid w:val="00326F90"/>
    <w:rsid w:val="0040692D"/>
    <w:rsid w:val="004F2512"/>
    <w:rsid w:val="00AA1D8D"/>
    <w:rsid w:val="00B006D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CF2D04"/>
  <w14:defaultImageDpi w14:val="300"/>
  <w15:docId w15:val="{C6D283CC-52D1-413E-89AC-F64494469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2</cp:revision>
  <dcterms:created xsi:type="dcterms:W3CDTF">2026-08-06T04:30:00Z</dcterms:created>
  <dcterms:modified xsi:type="dcterms:W3CDTF">2026-08-06T04:30:00Z</dcterms:modified>
  <cp:category/>
</cp:coreProperties>
</file>