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1130B89C" w14:textId="77777777" w:rsidTr="00505372">
        <w:tc>
          <w:tcPr>
            <w:tcW w:w="354" w:type="pct"/>
            <w:vAlign w:val="center"/>
          </w:tcPr>
          <w:p w14:paraId="39B08957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44919EC7" w14:textId="77777777" w:rsidR="00F73E55" w:rsidRDefault="00F73E55" w:rsidP="00505372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21851FC5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0B209C7D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7D202BAB" w14:textId="2D8B6BCA" w:rsidR="00F73E55" w:rsidRDefault="00F73E55" w:rsidP="00505372">
            <w:pPr>
              <w:jc w:val="center"/>
            </w:pPr>
            <w:r>
              <w:t>ПГС-22</w:t>
            </w:r>
          </w:p>
        </w:tc>
        <w:tc>
          <w:tcPr>
            <w:tcW w:w="1334" w:type="pct"/>
            <w:vAlign w:val="center"/>
          </w:tcPr>
          <w:p w14:paraId="56382B2B" w14:textId="05EDBE4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 xml:space="preserve">Б1.В.01.07 Архитектура зданий </w:t>
            </w:r>
          </w:p>
        </w:tc>
        <w:tc>
          <w:tcPr>
            <w:tcW w:w="526" w:type="pct"/>
            <w:vAlign w:val="center"/>
          </w:tcPr>
          <w:p w14:paraId="43DCE7C3" w14:textId="0CA94E83" w:rsidR="00F73E55" w:rsidRPr="00B808C6" w:rsidRDefault="00A43367" w:rsidP="00505372">
            <w:pPr>
              <w:jc w:val="center"/>
              <w:rPr>
                <w:lang w:val="ru-RU"/>
              </w:rPr>
            </w:pPr>
            <w:r w:rsidRPr="00A43367">
              <w:rPr>
                <w:lang w:val="ru-RU"/>
              </w:rPr>
              <w:t>УК-2</w:t>
            </w:r>
            <w:r>
              <w:rPr>
                <w:lang w:val="ru-RU"/>
              </w:rPr>
              <w:t>,</w:t>
            </w:r>
            <w:r w:rsidRPr="00A43367">
              <w:rPr>
                <w:lang w:val="ru-RU"/>
              </w:rPr>
              <w:t xml:space="preserve"> ПК-1</w:t>
            </w:r>
            <w:r>
              <w:rPr>
                <w:lang w:val="ru-RU"/>
              </w:rPr>
              <w:t xml:space="preserve">, </w:t>
            </w:r>
            <w:r w:rsidRPr="00A43367">
              <w:rPr>
                <w:lang w:val="ru-RU"/>
              </w:rPr>
              <w:t>ПК-3</w:t>
            </w:r>
          </w:p>
        </w:tc>
        <w:tc>
          <w:tcPr>
            <w:tcW w:w="479" w:type="pct"/>
            <w:vAlign w:val="center"/>
          </w:tcPr>
          <w:p w14:paraId="0CB40733" w14:textId="77777777" w:rsidR="00F73E55" w:rsidRDefault="00F73E55" w:rsidP="00505372">
            <w:pPr>
              <w:jc w:val="center"/>
            </w:pPr>
            <w:r>
              <w:t>63.0%</w:t>
            </w:r>
          </w:p>
        </w:tc>
        <w:tc>
          <w:tcPr>
            <w:tcW w:w="437" w:type="pct"/>
            <w:vAlign w:val="center"/>
          </w:tcPr>
          <w:p w14:paraId="7184DD75" w14:textId="77777777" w:rsidR="00F73E55" w:rsidRDefault="00F73E55" w:rsidP="00505372">
            <w:pPr>
              <w:jc w:val="center"/>
            </w:pPr>
            <w:r>
              <w:t>07.04.2026</w:t>
            </w:r>
          </w:p>
        </w:tc>
      </w:tr>
      <w:tr w:rsidR="00F73E55" w14:paraId="5AFEA404" w14:textId="77777777" w:rsidTr="00505372">
        <w:tc>
          <w:tcPr>
            <w:tcW w:w="354" w:type="pct"/>
            <w:vAlign w:val="center"/>
          </w:tcPr>
          <w:p w14:paraId="1526E9C1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10E2439E" w14:textId="77777777" w:rsidR="00F73E55" w:rsidRDefault="00F73E55" w:rsidP="00505372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5348C835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2A3581DB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61C377E9" w14:textId="5635AB37" w:rsidR="00F73E55" w:rsidRDefault="00F73E55" w:rsidP="00505372">
            <w:pPr>
              <w:jc w:val="center"/>
            </w:pPr>
            <w:r>
              <w:t>ПГС-22</w:t>
            </w:r>
          </w:p>
        </w:tc>
        <w:tc>
          <w:tcPr>
            <w:tcW w:w="1334" w:type="pct"/>
            <w:vAlign w:val="center"/>
          </w:tcPr>
          <w:p w14:paraId="22DC1F2E" w14:textId="1DEA3C5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Б1.В.03.04 Основания и фундаменты (7</w:t>
            </w:r>
            <w:r w:rsidR="00A43367">
              <w:rPr>
                <w:lang w:val="ru-RU"/>
              </w:rPr>
              <w:t> </w:t>
            </w:r>
            <w:r w:rsidR="00A43367" w:rsidRPr="00B808C6">
              <w:rPr>
                <w:lang w:val="ru-RU"/>
              </w:rPr>
              <w:t>семестр</w:t>
            </w:r>
            <w:r w:rsidRPr="00B808C6">
              <w:rPr>
                <w:lang w:val="ru-RU"/>
              </w:rPr>
              <w:t>)</w:t>
            </w:r>
          </w:p>
        </w:tc>
        <w:tc>
          <w:tcPr>
            <w:tcW w:w="526" w:type="pct"/>
            <w:vAlign w:val="center"/>
          </w:tcPr>
          <w:p w14:paraId="71A4F303" w14:textId="7099E0FE" w:rsidR="00F73E55" w:rsidRDefault="00A43367" w:rsidP="00505372">
            <w:pPr>
              <w:jc w:val="center"/>
            </w:pPr>
            <w:r w:rsidRPr="00A43367">
              <w:t>ПК-3</w:t>
            </w:r>
            <w:r>
              <w:rPr>
                <w:lang w:val="ru-RU"/>
              </w:rPr>
              <w:t>,</w:t>
            </w:r>
            <w:r w:rsidRPr="00A43367">
              <w:t xml:space="preserve"> ПК-6</w:t>
            </w:r>
          </w:p>
        </w:tc>
        <w:tc>
          <w:tcPr>
            <w:tcW w:w="479" w:type="pct"/>
            <w:vAlign w:val="center"/>
          </w:tcPr>
          <w:p w14:paraId="600BA8FB" w14:textId="77777777" w:rsidR="00F73E55" w:rsidRDefault="00F73E55" w:rsidP="00505372">
            <w:pPr>
              <w:jc w:val="center"/>
            </w:pPr>
            <w:r>
              <w:t>68.0%</w:t>
            </w:r>
          </w:p>
        </w:tc>
        <w:tc>
          <w:tcPr>
            <w:tcW w:w="437" w:type="pct"/>
            <w:vAlign w:val="center"/>
          </w:tcPr>
          <w:p w14:paraId="3A5E9ECB" w14:textId="77777777" w:rsidR="00F73E55" w:rsidRDefault="00F73E55" w:rsidP="00505372">
            <w:pPr>
              <w:jc w:val="center"/>
            </w:pPr>
            <w:r>
              <w:t>14.04.2026</w:t>
            </w:r>
          </w:p>
        </w:tc>
      </w:tr>
      <w:tr w:rsidR="00F73E55" w14:paraId="0FC4EFBE" w14:textId="77777777" w:rsidTr="00505372">
        <w:tc>
          <w:tcPr>
            <w:tcW w:w="354" w:type="pct"/>
            <w:vAlign w:val="center"/>
          </w:tcPr>
          <w:p w14:paraId="75E71839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3D993CB1" w14:textId="77777777" w:rsidR="00F73E55" w:rsidRDefault="00F73E55" w:rsidP="00505372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3ABA210D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1192C5E5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46BE9152" w14:textId="1D104B1E" w:rsidR="00F73E55" w:rsidRDefault="00F73E55" w:rsidP="00505372">
            <w:pPr>
              <w:jc w:val="center"/>
            </w:pPr>
            <w:r>
              <w:t>ПГС-22</w:t>
            </w:r>
          </w:p>
        </w:tc>
        <w:tc>
          <w:tcPr>
            <w:tcW w:w="1334" w:type="pct"/>
            <w:vAlign w:val="center"/>
          </w:tcPr>
          <w:p w14:paraId="17D9DA4C" w14:textId="151E8815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Б1.В.01.11 Организация, планирование и управление в строительстве</w:t>
            </w:r>
          </w:p>
        </w:tc>
        <w:tc>
          <w:tcPr>
            <w:tcW w:w="526" w:type="pct"/>
            <w:vAlign w:val="center"/>
          </w:tcPr>
          <w:p w14:paraId="1B98517B" w14:textId="77777777" w:rsidR="00F73E55" w:rsidRDefault="00F73E55" w:rsidP="00505372">
            <w:pPr>
              <w:jc w:val="center"/>
            </w:pPr>
            <w:r>
              <w:t>ПК-7, ПК-8, ПК-9</w:t>
            </w:r>
          </w:p>
        </w:tc>
        <w:tc>
          <w:tcPr>
            <w:tcW w:w="479" w:type="pct"/>
            <w:vAlign w:val="center"/>
          </w:tcPr>
          <w:p w14:paraId="3D7A942E" w14:textId="77777777" w:rsidR="00F73E55" w:rsidRDefault="00F73E55" w:rsidP="00505372">
            <w:pPr>
              <w:jc w:val="center"/>
            </w:pPr>
            <w:r>
              <w:t>52.5%</w:t>
            </w:r>
          </w:p>
        </w:tc>
        <w:tc>
          <w:tcPr>
            <w:tcW w:w="437" w:type="pct"/>
            <w:vAlign w:val="center"/>
          </w:tcPr>
          <w:p w14:paraId="229380E7" w14:textId="77777777" w:rsidR="00F73E55" w:rsidRDefault="00F73E55" w:rsidP="00505372">
            <w:pPr>
              <w:jc w:val="center"/>
            </w:pPr>
            <w:r>
              <w:t>21.04.2026</w:t>
            </w:r>
          </w:p>
        </w:tc>
      </w:tr>
      <w:tr w:rsidR="00A43367" w14:paraId="7316B0F9" w14:textId="77777777" w:rsidTr="00505372">
        <w:tc>
          <w:tcPr>
            <w:tcW w:w="354" w:type="pct"/>
            <w:vAlign w:val="center"/>
          </w:tcPr>
          <w:p w14:paraId="4C6105C6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4127678E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1FBC7846" w14:textId="77777777" w:rsidR="00A43367" w:rsidRDefault="00A43367" w:rsidP="00A43367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1C5EC610" w14:textId="77777777" w:rsidR="00A43367" w:rsidRDefault="00A43367" w:rsidP="00A43367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7AE102DD" w14:textId="70B2D416" w:rsidR="00A43367" w:rsidRDefault="00A43367" w:rsidP="00A43367">
            <w:pPr>
              <w:jc w:val="center"/>
            </w:pPr>
            <w:r>
              <w:t>ПГС-22</w:t>
            </w:r>
          </w:p>
        </w:tc>
        <w:tc>
          <w:tcPr>
            <w:tcW w:w="1334" w:type="pct"/>
            <w:vAlign w:val="center"/>
          </w:tcPr>
          <w:p w14:paraId="2537DB30" w14:textId="3E76CEA3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Б1.В.03.04 Основания и фундаменты (8 семестр)</w:t>
            </w:r>
          </w:p>
        </w:tc>
        <w:tc>
          <w:tcPr>
            <w:tcW w:w="526" w:type="pct"/>
            <w:vAlign w:val="center"/>
          </w:tcPr>
          <w:p w14:paraId="6AE08080" w14:textId="38BC0143" w:rsidR="00A43367" w:rsidRPr="00A43367" w:rsidRDefault="00A43367" w:rsidP="00A43367">
            <w:pPr>
              <w:jc w:val="center"/>
              <w:rPr>
                <w:lang w:val="ru-RU"/>
              </w:rPr>
            </w:pPr>
            <w:r w:rsidRPr="00A43367">
              <w:t>ПК-3</w:t>
            </w:r>
            <w:r>
              <w:rPr>
                <w:lang w:val="ru-RU"/>
              </w:rPr>
              <w:t xml:space="preserve">, </w:t>
            </w:r>
            <w:r>
              <w:t>ПК-</w:t>
            </w:r>
            <w:r>
              <w:rPr>
                <w:lang w:val="ru-RU"/>
              </w:rPr>
              <w:t>6</w:t>
            </w:r>
          </w:p>
        </w:tc>
        <w:tc>
          <w:tcPr>
            <w:tcW w:w="479" w:type="pct"/>
            <w:vAlign w:val="center"/>
          </w:tcPr>
          <w:p w14:paraId="41AE93F4" w14:textId="77777777" w:rsidR="00A43367" w:rsidRDefault="00A43367" w:rsidP="00A43367">
            <w:pPr>
              <w:jc w:val="center"/>
            </w:pPr>
            <w:r>
              <w:t>64.0%</w:t>
            </w:r>
          </w:p>
        </w:tc>
        <w:tc>
          <w:tcPr>
            <w:tcW w:w="437" w:type="pct"/>
            <w:vAlign w:val="center"/>
          </w:tcPr>
          <w:p w14:paraId="616ECF61" w14:textId="77777777" w:rsidR="00A43367" w:rsidRDefault="00A43367" w:rsidP="00A43367">
            <w:pPr>
              <w:jc w:val="center"/>
            </w:pPr>
            <w:r>
              <w:t>23.04.2026</w:t>
            </w:r>
          </w:p>
        </w:tc>
      </w:tr>
      <w:tr w:rsidR="00A43367" w14:paraId="5D1B801E" w14:textId="77777777" w:rsidTr="00505372">
        <w:tc>
          <w:tcPr>
            <w:tcW w:w="354" w:type="pct"/>
            <w:vAlign w:val="center"/>
          </w:tcPr>
          <w:p w14:paraId="111015C6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31200A13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352F36C5" w14:textId="77777777" w:rsidR="00A43367" w:rsidRDefault="00A43367" w:rsidP="00A43367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6F55026C" w14:textId="77777777" w:rsidR="00A43367" w:rsidRDefault="00A43367" w:rsidP="00A43367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B4AE7CA" w14:textId="77777777" w:rsidR="00A43367" w:rsidRDefault="00A43367" w:rsidP="00A43367">
            <w:pPr>
              <w:jc w:val="center"/>
            </w:pPr>
            <w:r>
              <w:t>ПГС-23</w:t>
            </w:r>
          </w:p>
        </w:tc>
        <w:tc>
          <w:tcPr>
            <w:tcW w:w="1334" w:type="pct"/>
            <w:vAlign w:val="center"/>
          </w:tcPr>
          <w:p w14:paraId="73AB0247" w14:textId="77777777" w:rsidR="00A43367" w:rsidRDefault="00A43367" w:rsidP="00A43367">
            <w:pPr>
              <w:jc w:val="center"/>
            </w:pPr>
            <w:r>
              <w:t>Б1.О.03.02 Финансовая грамотность</w:t>
            </w:r>
          </w:p>
        </w:tc>
        <w:tc>
          <w:tcPr>
            <w:tcW w:w="526" w:type="pct"/>
            <w:vAlign w:val="center"/>
          </w:tcPr>
          <w:p w14:paraId="02834C17" w14:textId="2EB617A4" w:rsidR="00A43367" w:rsidRPr="00A43367" w:rsidRDefault="00A43367" w:rsidP="00A433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УК-9</w:t>
            </w:r>
          </w:p>
        </w:tc>
        <w:tc>
          <w:tcPr>
            <w:tcW w:w="479" w:type="pct"/>
            <w:vAlign w:val="center"/>
          </w:tcPr>
          <w:p w14:paraId="020AD039" w14:textId="77777777" w:rsidR="00A43367" w:rsidRDefault="00A43367" w:rsidP="00A43367">
            <w:pPr>
              <w:jc w:val="center"/>
            </w:pPr>
            <w:r>
              <w:t>74.0%</w:t>
            </w:r>
          </w:p>
        </w:tc>
        <w:tc>
          <w:tcPr>
            <w:tcW w:w="437" w:type="pct"/>
            <w:vAlign w:val="center"/>
          </w:tcPr>
          <w:p w14:paraId="73E2C138" w14:textId="77777777" w:rsidR="00A43367" w:rsidRDefault="00A43367" w:rsidP="00A43367">
            <w:pPr>
              <w:jc w:val="center"/>
            </w:pPr>
            <w:r>
              <w:t>04.05.2026</w:t>
            </w:r>
          </w:p>
        </w:tc>
      </w:tr>
      <w:tr w:rsidR="00A43367" w14:paraId="305579A5" w14:textId="77777777" w:rsidTr="00505372">
        <w:tc>
          <w:tcPr>
            <w:tcW w:w="354" w:type="pct"/>
            <w:vAlign w:val="center"/>
          </w:tcPr>
          <w:p w14:paraId="030EDE23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6C6C9305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1C510A67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6C08C4E4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77656DD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01EF35D4" w14:textId="1AB5BCA8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Б1.О.02.03 Социология</w:t>
            </w:r>
          </w:p>
        </w:tc>
        <w:tc>
          <w:tcPr>
            <w:tcW w:w="526" w:type="pct"/>
            <w:vAlign w:val="center"/>
          </w:tcPr>
          <w:p w14:paraId="50F0BBD0" w14:textId="77777777" w:rsidR="00A43367" w:rsidRDefault="00A43367" w:rsidP="00A43367">
            <w:pPr>
              <w:jc w:val="center"/>
            </w:pPr>
            <w:r>
              <w:t>УК-3, УК-5, УК-6, УК-10</w:t>
            </w:r>
          </w:p>
        </w:tc>
        <w:tc>
          <w:tcPr>
            <w:tcW w:w="479" w:type="pct"/>
            <w:vAlign w:val="center"/>
          </w:tcPr>
          <w:p w14:paraId="3E620470" w14:textId="77777777" w:rsidR="00A43367" w:rsidRDefault="00A43367" w:rsidP="00A43367">
            <w:pPr>
              <w:jc w:val="center"/>
            </w:pPr>
            <w:r>
              <w:t>97.0%</w:t>
            </w:r>
          </w:p>
        </w:tc>
        <w:tc>
          <w:tcPr>
            <w:tcW w:w="437" w:type="pct"/>
            <w:vAlign w:val="center"/>
          </w:tcPr>
          <w:p w14:paraId="5151206B" w14:textId="77777777" w:rsidR="00A43367" w:rsidRDefault="00A43367" w:rsidP="00A43367">
            <w:pPr>
              <w:jc w:val="center"/>
            </w:pPr>
            <w:r>
              <w:t>07.05.2026</w:t>
            </w:r>
          </w:p>
        </w:tc>
      </w:tr>
      <w:tr w:rsidR="00A43367" w14:paraId="099397D2" w14:textId="77777777" w:rsidTr="00505372">
        <w:tc>
          <w:tcPr>
            <w:tcW w:w="354" w:type="pct"/>
            <w:vAlign w:val="center"/>
          </w:tcPr>
          <w:p w14:paraId="5A288170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5EFA7F00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4AE7109F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D7573A3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3DE1FFD1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221FD955" w14:textId="491336D9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Б1.О.09.03 Механика грунтов</w:t>
            </w:r>
          </w:p>
        </w:tc>
        <w:tc>
          <w:tcPr>
            <w:tcW w:w="526" w:type="pct"/>
            <w:vAlign w:val="center"/>
          </w:tcPr>
          <w:p w14:paraId="3AE154A4" w14:textId="77777777" w:rsidR="00A43367" w:rsidRDefault="00A43367" w:rsidP="00A43367">
            <w:pPr>
              <w:jc w:val="center"/>
            </w:pPr>
            <w:r>
              <w:t>ОПК-1</w:t>
            </w:r>
          </w:p>
        </w:tc>
        <w:tc>
          <w:tcPr>
            <w:tcW w:w="479" w:type="pct"/>
            <w:vAlign w:val="center"/>
          </w:tcPr>
          <w:p w14:paraId="7178EB58" w14:textId="77777777" w:rsidR="00A43367" w:rsidRDefault="00A43367" w:rsidP="00A43367">
            <w:pPr>
              <w:jc w:val="center"/>
            </w:pPr>
            <w:r>
              <w:t>56.0%</w:t>
            </w:r>
          </w:p>
        </w:tc>
        <w:tc>
          <w:tcPr>
            <w:tcW w:w="437" w:type="pct"/>
            <w:vAlign w:val="center"/>
          </w:tcPr>
          <w:p w14:paraId="46E99205" w14:textId="77777777" w:rsidR="00A43367" w:rsidRDefault="00A43367" w:rsidP="00A43367">
            <w:pPr>
              <w:jc w:val="center"/>
            </w:pPr>
            <w:r>
              <w:t>11.05.2026</w:t>
            </w:r>
          </w:p>
        </w:tc>
      </w:tr>
      <w:tr w:rsidR="00A43367" w14:paraId="4F1B18FF" w14:textId="77777777" w:rsidTr="00505372">
        <w:tc>
          <w:tcPr>
            <w:tcW w:w="354" w:type="pct"/>
            <w:vAlign w:val="center"/>
          </w:tcPr>
          <w:p w14:paraId="7E340A22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2D75B90F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18492DEC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A73766C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A92F635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02FC3B74" w14:textId="012BF70E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Б1.В.01.04 Основы СПДС и проектной деятельности (4 семестр)</w:t>
            </w:r>
          </w:p>
        </w:tc>
        <w:tc>
          <w:tcPr>
            <w:tcW w:w="526" w:type="pct"/>
            <w:vAlign w:val="center"/>
          </w:tcPr>
          <w:p w14:paraId="21818FB5" w14:textId="77777777" w:rsidR="00A43367" w:rsidRDefault="00A43367" w:rsidP="00A43367">
            <w:pPr>
              <w:jc w:val="center"/>
            </w:pPr>
            <w:r>
              <w:t>ПК-1, ПК-3, ПК-5</w:t>
            </w:r>
          </w:p>
        </w:tc>
        <w:tc>
          <w:tcPr>
            <w:tcW w:w="479" w:type="pct"/>
            <w:vAlign w:val="center"/>
          </w:tcPr>
          <w:p w14:paraId="0272DFF0" w14:textId="77777777" w:rsidR="00A43367" w:rsidRDefault="00A43367" w:rsidP="00A43367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0C05A1C1" w14:textId="77777777" w:rsidR="00A43367" w:rsidRDefault="00A43367" w:rsidP="00A43367">
            <w:pPr>
              <w:jc w:val="center"/>
            </w:pPr>
            <w:r>
              <w:t>12.05.2026</w:t>
            </w:r>
          </w:p>
        </w:tc>
      </w:tr>
      <w:tr w:rsidR="00A43367" w14:paraId="3EEA4F6F" w14:textId="77777777" w:rsidTr="00505372">
        <w:tc>
          <w:tcPr>
            <w:tcW w:w="354" w:type="pct"/>
            <w:vAlign w:val="center"/>
          </w:tcPr>
          <w:p w14:paraId="5D9ABBBA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1420BBF8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46D7D410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60EF41C7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5BB5292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0E5B9EBB" w14:textId="25049D87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Б1.В.01.03 Основы технической эксплуатации, обслуживания и ремонта зданий и сооружений</w:t>
            </w:r>
          </w:p>
        </w:tc>
        <w:tc>
          <w:tcPr>
            <w:tcW w:w="526" w:type="pct"/>
            <w:vAlign w:val="center"/>
          </w:tcPr>
          <w:p w14:paraId="6BE530CA" w14:textId="12CF8469" w:rsidR="00A43367" w:rsidRPr="00A43367" w:rsidRDefault="00A43367" w:rsidP="00A433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УК-2</w:t>
            </w:r>
          </w:p>
        </w:tc>
        <w:tc>
          <w:tcPr>
            <w:tcW w:w="479" w:type="pct"/>
            <w:vAlign w:val="center"/>
          </w:tcPr>
          <w:p w14:paraId="528DB2D0" w14:textId="77777777" w:rsidR="00A43367" w:rsidRDefault="00A43367" w:rsidP="00A43367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2111B21A" w14:textId="77777777" w:rsidR="00A43367" w:rsidRDefault="00A43367" w:rsidP="00A43367">
            <w:pPr>
              <w:jc w:val="center"/>
            </w:pPr>
            <w:r>
              <w:t>12.05.2026</w:t>
            </w:r>
          </w:p>
        </w:tc>
      </w:tr>
      <w:tr w:rsidR="00A43367" w14:paraId="1BAA578D" w14:textId="77777777" w:rsidTr="00505372">
        <w:tc>
          <w:tcPr>
            <w:tcW w:w="354" w:type="pct"/>
            <w:vAlign w:val="center"/>
          </w:tcPr>
          <w:p w14:paraId="3DF633CF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292E67EA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74553C12" w14:textId="77777777" w:rsidR="00A43367" w:rsidRDefault="00A43367" w:rsidP="00A43367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04EE63FF" w14:textId="77777777" w:rsidR="00A43367" w:rsidRDefault="00A43367" w:rsidP="00A43367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87EDF04" w14:textId="77777777" w:rsidR="00A43367" w:rsidRDefault="00A43367" w:rsidP="00A43367">
            <w:pPr>
              <w:jc w:val="center"/>
            </w:pPr>
            <w:r>
              <w:t>ПГС-23</w:t>
            </w:r>
          </w:p>
        </w:tc>
        <w:tc>
          <w:tcPr>
            <w:tcW w:w="1334" w:type="pct"/>
            <w:vAlign w:val="center"/>
          </w:tcPr>
          <w:p w14:paraId="463E6AD4" w14:textId="3D1C0395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Б1.О.08.05 Управление качеством в строительстве</w:t>
            </w:r>
          </w:p>
        </w:tc>
        <w:tc>
          <w:tcPr>
            <w:tcW w:w="526" w:type="pct"/>
            <w:vAlign w:val="center"/>
          </w:tcPr>
          <w:p w14:paraId="639520B4" w14:textId="77777777" w:rsidR="00A43367" w:rsidRDefault="00A43367" w:rsidP="00A43367">
            <w:pPr>
              <w:jc w:val="center"/>
            </w:pPr>
            <w:r>
              <w:t>ОПК-4, ОПК-7</w:t>
            </w:r>
          </w:p>
        </w:tc>
        <w:tc>
          <w:tcPr>
            <w:tcW w:w="479" w:type="pct"/>
            <w:vAlign w:val="center"/>
          </w:tcPr>
          <w:p w14:paraId="6B14837D" w14:textId="77777777" w:rsidR="00A43367" w:rsidRDefault="00A43367" w:rsidP="00A43367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0D05340C" w14:textId="77777777" w:rsidR="00A43367" w:rsidRDefault="00A43367" w:rsidP="00A43367">
            <w:pPr>
              <w:jc w:val="center"/>
            </w:pPr>
            <w:r>
              <w:t>14.05.2026</w:t>
            </w:r>
          </w:p>
        </w:tc>
      </w:tr>
      <w:tr w:rsidR="00A43367" w14:paraId="6825DEE5" w14:textId="77777777" w:rsidTr="00505372">
        <w:tc>
          <w:tcPr>
            <w:tcW w:w="354" w:type="pct"/>
            <w:vAlign w:val="center"/>
          </w:tcPr>
          <w:p w14:paraId="70ED6F9F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5FE017D4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32FEFD9A" w14:textId="77777777" w:rsidR="00A43367" w:rsidRDefault="00A43367" w:rsidP="00A43367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7B53D1C3" w14:textId="77777777" w:rsidR="00A43367" w:rsidRDefault="00A43367" w:rsidP="00A43367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59A3175B" w14:textId="77777777" w:rsidR="00A43367" w:rsidRDefault="00A43367" w:rsidP="00A43367">
            <w:pPr>
              <w:jc w:val="center"/>
            </w:pPr>
            <w:r>
              <w:t>ПГС-25</w:t>
            </w:r>
          </w:p>
        </w:tc>
        <w:tc>
          <w:tcPr>
            <w:tcW w:w="1334" w:type="pct"/>
            <w:vAlign w:val="center"/>
          </w:tcPr>
          <w:p w14:paraId="60C3DF17" w14:textId="00EFB256" w:rsidR="00A43367" w:rsidRPr="00B808C6" w:rsidRDefault="00B61B0C" w:rsidP="00A43367">
            <w:pPr>
              <w:jc w:val="center"/>
              <w:rPr>
                <w:lang w:val="ru-RU"/>
              </w:rPr>
            </w:pPr>
            <w:r w:rsidRPr="00B61B0C">
              <w:rPr>
                <w:lang w:val="ru-RU"/>
              </w:rPr>
              <w:t>Б1.О.05.02</w:t>
            </w:r>
            <w:r>
              <w:rPr>
                <w:lang w:val="ru-RU"/>
              </w:rPr>
              <w:t xml:space="preserve"> </w:t>
            </w:r>
            <w:r w:rsidR="00A43367" w:rsidRPr="00B808C6">
              <w:rPr>
                <w:lang w:val="ru-RU"/>
              </w:rPr>
              <w:t>Системы искусственного интеллекта</w:t>
            </w:r>
          </w:p>
        </w:tc>
        <w:tc>
          <w:tcPr>
            <w:tcW w:w="526" w:type="pct"/>
            <w:vAlign w:val="center"/>
          </w:tcPr>
          <w:p w14:paraId="555257CF" w14:textId="06994179" w:rsidR="00A43367" w:rsidRDefault="00A43367" w:rsidP="00A43367">
            <w:pPr>
              <w:jc w:val="center"/>
            </w:pPr>
            <w:r>
              <w:t>ОПК-2</w:t>
            </w:r>
          </w:p>
        </w:tc>
        <w:tc>
          <w:tcPr>
            <w:tcW w:w="479" w:type="pct"/>
            <w:vAlign w:val="center"/>
          </w:tcPr>
          <w:p w14:paraId="52FF93F6" w14:textId="77777777" w:rsidR="00A43367" w:rsidRDefault="00A43367" w:rsidP="00A43367">
            <w:pPr>
              <w:jc w:val="center"/>
            </w:pPr>
            <w:r>
              <w:t>83.0%</w:t>
            </w:r>
          </w:p>
        </w:tc>
        <w:tc>
          <w:tcPr>
            <w:tcW w:w="437" w:type="pct"/>
            <w:vAlign w:val="center"/>
          </w:tcPr>
          <w:p w14:paraId="31DC368F" w14:textId="77777777" w:rsidR="00A43367" w:rsidRDefault="00A43367" w:rsidP="00A43367">
            <w:pPr>
              <w:jc w:val="center"/>
            </w:pPr>
            <w:r>
              <w:t>14.05.2026</w:t>
            </w:r>
          </w:p>
        </w:tc>
      </w:tr>
      <w:tr w:rsidR="00A43367" w14:paraId="4CC94C46" w14:textId="77777777" w:rsidTr="00505372">
        <w:tc>
          <w:tcPr>
            <w:tcW w:w="354" w:type="pct"/>
            <w:vAlign w:val="center"/>
          </w:tcPr>
          <w:p w14:paraId="0FE4D3F5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58A40C88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2881B5E5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32BC8AB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1BDFDA0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40B78AC3" w14:textId="16AC707A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Б1.О.11.03</w:t>
            </w:r>
            <w:r w:rsidR="00163A19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Электроснабжение с основами электротехники</w:t>
            </w:r>
          </w:p>
        </w:tc>
        <w:tc>
          <w:tcPr>
            <w:tcW w:w="526" w:type="pct"/>
            <w:vAlign w:val="center"/>
          </w:tcPr>
          <w:p w14:paraId="5C53380D" w14:textId="77777777" w:rsidR="00A43367" w:rsidRDefault="00A43367" w:rsidP="00A43367">
            <w:pPr>
              <w:jc w:val="center"/>
            </w:pPr>
            <w:r>
              <w:t>ОПК-10</w:t>
            </w:r>
          </w:p>
        </w:tc>
        <w:tc>
          <w:tcPr>
            <w:tcW w:w="479" w:type="pct"/>
            <w:vAlign w:val="center"/>
          </w:tcPr>
          <w:p w14:paraId="7F9A230F" w14:textId="77777777" w:rsidR="00A43367" w:rsidRDefault="00A43367" w:rsidP="00A43367">
            <w:pPr>
              <w:jc w:val="center"/>
            </w:pPr>
            <w:r>
              <w:t>82.5%</w:t>
            </w:r>
          </w:p>
        </w:tc>
        <w:tc>
          <w:tcPr>
            <w:tcW w:w="437" w:type="pct"/>
            <w:vAlign w:val="center"/>
          </w:tcPr>
          <w:p w14:paraId="573FFC92" w14:textId="77777777" w:rsidR="00A43367" w:rsidRDefault="00A43367" w:rsidP="00A43367">
            <w:pPr>
              <w:jc w:val="center"/>
            </w:pPr>
            <w:r>
              <w:t>14.05.2026</w:t>
            </w:r>
          </w:p>
        </w:tc>
      </w:tr>
      <w:tr w:rsidR="00A43367" w14:paraId="19C745C5" w14:textId="77777777" w:rsidTr="00505372">
        <w:tc>
          <w:tcPr>
            <w:tcW w:w="354" w:type="pct"/>
            <w:vAlign w:val="center"/>
          </w:tcPr>
          <w:p w14:paraId="617FEE19" w14:textId="77777777" w:rsidR="00A43367" w:rsidRDefault="00A43367" w:rsidP="00A43367">
            <w:pPr>
              <w:jc w:val="center"/>
            </w:pPr>
            <w:r>
              <w:lastRenderedPageBreak/>
              <w:t>08.03.01</w:t>
            </w:r>
          </w:p>
        </w:tc>
        <w:tc>
          <w:tcPr>
            <w:tcW w:w="899" w:type="pct"/>
            <w:vAlign w:val="center"/>
          </w:tcPr>
          <w:p w14:paraId="03DE18AA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7A64F497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0E0845F6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E70A0A4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71CFAF35" w14:textId="7063C053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Б1.В.01.05 Сопротивление материалов</w:t>
            </w:r>
          </w:p>
        </w:tc>
        <w:tc>
          <w:tcPr>
            <w:tcW w:w="526" w:type="pct"/>
            <w:vAlign w:val="center"/>
          </w:tcPr>
          <w:p w14:paraId="4781795E" w14:textId="77777777" w:rsidR="00A43367" w:rsidRDefault="00A43367" w:rsidP="00A43367">
            <w:pPr>
              <w:jc w:val="center"/>
            </w:pPr>
            <w:r>
              <w:t>ПК-1, ПК-2, ПК-3, ПК-4</w:t>
            </w:r>
          </w:p>
        </w:tc>
        <w:tc>
          <w:tcPr>
            <w:tcW w:w="479" w:type="pct"/>
            <w:vAlign w:val="center"/>
          </w:tcPr>
          <w:p w14:paraId="4D19E164" w14:textId="77777777" w:rsidR="00A43367" w:rsidRDefault="00A43367" w:rsidP="00A43367">
            <w:pPr>
              <w:jc w:val="center"/>
            </w:pPr>
            <w:r>
              <w:t>86.0%</w:t>
            </w:r>
          </w:p>
        </w:tc>
        <w:tc>
          <w:tcPr>
            <w:tcW w:w="437" w:type="pct"/>
            <w:vAlign w:val="center"/>
          </w:tcPr>
          <w:p w14:paraId="74E895C9" w14:textId="77777777" w:rsidR="00A43367" w:rsidRDefault="00A43367" w:rsidP="00A43367">
            <w:pPr>
              <w:jc w:val="center"/>
            </w:pPr>
            <w:r>
              <w:t>14.05.2026</w:t>
            </w:r>
          </w:p>
        </w:tc>
      </w:tr>
      <w:tr w:rsidR="00A43367" w14:paraId="7BAAC9F4" w14:textId="77777777" w:rsidTr="00505372">
        <w:tc>
          <w:tcPr>
            <w:tcW w:w="354" w:type="pct"/>
            <w:vAlign w:val="center"/>
          </w:tcPr>
          <w:p w14:paraId="0CCC52E3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15948A69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7E8E9D9B" w14:textId="77777777" w:rsidR="00A43367" w:rsidRDefault="00A43367" w:rsidP="00A43367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40413DBE" w14:textId="77777777" w:rsidR="00A43367" w:rsidRDefault="00A43367" w:rsidP="00A43367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1EA745F" w14:textId="77777777" w:rsidR="00A43367" w:rsidRDefault="00A43367" w:rsidP="00A43367">
            <w:pPr>
              <w:jc w:val="center"/>
            </w:pPr>
            <w:r>
              <w:t>ПГС-23</w:t>
            </w:r>
          </w:p>
        </w:tc>
        <w:tc>
          <w:tcPr>
            <w:tcW w:w="1334" w:type="pct"/>
            <w:vAlign w:val="center"/>
          </w:tcPr>
          <w:p w14:paraId="3A7F2BE4" w14:textId="1379275A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Б1.В.02.02 Строительная информатика</w:t>
            </w:r>
            <w:r w:rsidR="00163A19">
              <w:rPr>
                <w:lang w:val="ru-RU"/>
              </w:rPr>
              <w:t>,</w:t>
            </w:r>
            <w:r w:rsidRPr="00B808C6">
              <w:rPr>
                <w:lang w:val="ru-RU"/>
              </w:rPr>
              <w:t xml:space="preserve"> </w:t>
            </w:r>
            <w:r w:rsidR="00163A19" w:rsidRPr="00B808C6">
              <w:rPr>
                <w:lang w:val="ru-RU"/>
              </w:rPr>
              <w:t xml:space="preserve">семестр </w:t>
            </w:r>
            <w:r w:rsidRPr="00B808C6">
              <w:rPr>
                <w:lang w:val="ru-RU"/>
              </w:rPr>
              <w:t>6</w:t>
            </w:r>
          </w:p>
        </w:tc>
        <w:tc>
          <w:tcPr>
            <w:tcW w:w="526" w:type="pct"/>
            <w:vAlign w:val="center"/>
          </w:tcPr>
          <w:p w14:paraId="3BC39954" w14:textId="77777777" w:rsidR="00A43367" w:rsidRDefault="00A43367" w:rsidP="00A43367">
            <w:pPr>
              <w:jc w:val="center"/>
            </w:pPr>
            <w:r>
              <w:t>ПК-1, ПК-2, ПК-3, ПК-4</w:t>
            </w:r>
          </w:p>
        </w:tc>
        <w:tc>
          <w:tcPr>
            <w:tcW w:w="479" w:type="pct"/>
            <w:vAlign w:val="center"/>
          </w:tcPr>
          <w:p w14:paraId="59DDFAA3" w14:textId="77777777" w:rsidR="00A43367" w:rsidRDefault="00A43367" w:rsidP="00A43367">
            <w:pPr>
              <w:jc w:val="center"/>
            </w:pPr>
            <w:r>
              <w:t>77.0%</w:t>
            </w:r>
          </w:p>
        </w:tc>
        <w:tc>
          <w:tcPr>
            <w:tcW w:w="437" w:type="pct"/>
            <w:vAlign w:val="center"/>
          </w:tcPr>
          <w:p w14:paraId="33E5383A" w14:textId="77777777" w:rsidR="00A43367" w:rsidRDefault="00A43367" w:rsidP="00A43367">
            <w:pPr>
              <w:jc w:val="center"/>
            </w:pPr>
            <w:r>
              <w:t>15.05.2026</w:t>
            </w:r>
          </w:p>
        </w:tc>
      </w:tr>
      <w:tr w:rsidR="00A43367" w14:paraId="2F07A628" w14:textId="77777777" w:rsidTr="00505372">
        <w:tc>
          <w:tcPr>
            <w:tcW w:w="354" w:type="pct"/>
            <w:vAlign w:val="center"/>
          </w:tcPr>
          <w:p w14:paraId="6212A161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7FC5FD4C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69933E80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0D191EF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2D86B13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139064F0" w14:textId="5BACA931" w:rsidR="00A43367" w:rsidRPr="00B808C6" w:rsidRDefault="00163A19" w:rsidP="00A43367">
            <w:pPr>
              <w:jc w:val="center"/>
              <w:rPr>
                <w:lang w:val="ru-RU"/>
              </w:rPr>
            </w:pPr>
            <w:r w:rsidRPr="00163A19">
              <w:rPr>
                <w:lang w:val="ru-RU"/>
              </w:rPr>
              <w:t>Б1.О.11.02</w:t>
            </w:r>
            <w:r>
              <w:rPr>
                <w:lang w:val="ru-RU"/>
              </w:rPr>
              <w:t xml:space="preserve"> </w:t>
            </w:r>
            <w:r w:rsidR="00A43367" w:rsidRPr="00B808C6">
              <w:rPr>
                <w:lang w:val="ru-RU"/>
              </w:rPr>
              <w:t xml:space="preserve">Водоснабжение и водоотведение с основами гидравлики </w:t>
            </w:r>
          </w:p>
        </w:tc>
        <w:tc>
          <w:tcPr>
            <w:tcW w:w="526" w:type="pct"/>
            <w:vAlign w:val="center"/>
          </w:tcPr>
          <w:p w14:paraId="257D0509" w14:textId="77777777" w:rsidR="00A43367" w:rsidRDefault="00A43367" w:rsidP="00A43367">
            <w:pPr>
              <w:jc w:val="center"/>
            </w:pPr>
            <w:r>
              <w:t>ОПК-10</w:t>
            </w:r>
          </w:p>
        </w:tc>
        <w:tc>
          <w:tcPr>
            <w:tcW w:w="479" w:type="pct"/>
            <w:vAlign w:val="center"/>
          </w:tcPr>
          <w:p w14:paraId="4836E670" w14:textId="77777777" w:rsidR="00A43367" w:rsidRDefault="00A43367" w:rsidP="00A43367">
            <w:pPr>
              <w:jc w:val="center"/>
            </w:pPr>
            <w:r>
              <w:t>76.0%</w:t>
            </w:r>
          </w:p>
        </w:tc>
        <w:tc>
          <w:tcPr>
            <w:tcW w:w="437" w:type="pct"/>
            <w:vAlign w:val="center"/>
          </w:tcPr>
          <w:p w14:paraId="7D332B0E" w14:textId="77777777" w:rsidR="00A43367" w:rsidRDefault="00A43367" w:rsidP="00A43367">
            <w:pPr>
              <w:jc w:val="center"/>
            </w:pPr>
            <w:r>
              <w:t>22.05.2026</w:t>
            </w:r>
          </w:p>
        </w:tc>
      </w:tr>
      <w:tr w:rsidR="00A43367" w14:paraId="796E053A" w14:textId="77777777" w:rsidTr="00505372">
        <w:tc>
          <w:tcPr>
            <w:tcW w:w="354" w:type="pct"/>
            <w:vAlign w:val="center"/>
          </w:tcPr>
          <w:p w14:paraId="537E1FED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289BA74F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766E3DDD" w14:textId="77777777" w:rsidR="00A43367" w:rsidRDefault="00A43367" w:rsidP="00A43367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E484204" w14:textId="77777777" w:rsidR="00A43367" w:rsidRDefault="00A43367" w:rsidP="00A43367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351981AC" w14:textId="77777777" w:rsidR="00A43367" w:rsidRDefault="00A43367" w:rsidP="00A43367">
            <w:pPr>
              <w:jc w:val="center"/>
            </w:pPr>
            <w:r>
              <w:t>ПГС-23</w:t>
            </w:r>
          </w:p>
        </w:tc>
        <w:tc>
          <w:tcPr>
            <w:tcW w:w="1334" w:type="pct"/>
            <w:vAlign w:val="center"/>
          </w:tcPr>
          <w:p w14:paraId="2E9084D1" w14:textId="25893E71" w:rsidR="00A43367" w:rsidRPr="00B808C6" w:rsidRDefault="00163A19" w:rsidP="00A43367">
            <w:pPr>
              <w:jc w:val="center"/>
              <w:rPr>
                <w:lang w:val="ru-RU"/>
              </w:rPr>
            </w:pPr>
            <w:r w:rsidRPr="00163A19">
              <w:rPr>
                <w:lang w:val="ru-RU"/>
              </w:rPr>
              <w:t>Б1.В.01.08</w:t>
            </w:r>
            <w:r>
              <w:rPr>
                <w:lang w:val="ru-RU"/>
              </w:rPr>
              <w:t xml:space="preserve"> </w:t>
            </w:r>
            <w:r w:rsidR="00A43367" w:rsidRPr="00B808C6">
              <w:rPr>
                <w:lang w:val="ru-RU"/>
              </w:rPr>
              <w:t>Основы метрологии, стандартизации, сертификации и контроля качества</w:t>
            </w:r>
          </w:p>
        </w:tc>
        <w:tc>
          <w:tcPr>
            <w:tcW w:w="526" w:type="pct"/>
            <w:vAlign w:val="center"/>
          </w:tcPr>
          <w:p w14:paraId="79441DE3" w14:textId="77777777" w:rsidR="00A43367" w:rsidRDefault="00A43367" w:rsidP="00A43367">
            <w:pPr>
              <w:jc w:val="center"/>
            </w:pPr>
            <w:r>
              <w:t>ПК-7</w:t>
            </w:r>
          </w:p>
        </w:tc>
        <w:tc>
          <w:tcPr>
            <w:tcW w:w="479" w:type="pct"/>
            <w:vAlign w:val="center"/>
          </w:tcPr>
          <w:p w14:paraId="453B971C" w14:textId="77777777" w:rsidR="00A43367" w:rsidRDefault="00A43367" w:rsidP="00A43367">
            <w:pPr>
              <w:jc w:val="center"/>
            </w:pPr>
            <w:r>
              <w:t>51.0%</w:t>
            </w:r>
          </w:p>
        </w:tc>
        <w:tc>
          <w:tcPr>
            <w:tcW w:w="437" w:type="pct"/>
            <w:vAlign w:val="center"/>
          </w:tcPr>
          <w:p w14:paraId="1A20DA93" w14:textId="77777777" w:rsidR="00A43367" w:rsidRDefault="00A43367" w:rsidP="00A43367">
            <w:pPr>
              <w:jc w:val="center"/>
            </w:pPr>
            <w:r>
              <w:t>23.05.2026</w:t>
            </w:r>
          </w:p>
        </w:tc>
      </w:tr>
      <w:tr w:rsidR="00A43367" w14:paraId="5F2319F6" w14:textId="77777777" w:rsidTr="00505372">
        <w:tc>
          <w:tcPr>
            <w:tcW w:w="354" w:type="pct"/>
            <w:vAlign w:val="center"/>
          </w:tcPr>
          <w:p w14:paraId="0CCB7B62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75491512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0FBA55C5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A790E5A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1287DD9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597097B7" w14:textId="63AB8DC6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Б1.В.01.07 Архитектура зданий (4</w:t>
            </w:r>
            <w:r w:rsidR="00163A19">
              <w:rPr>
                <w:lang w:val="ru-RU"/>
              </w:rPr>
              <w:t> </w:t>
            </w:r>
            <w:r w:rsidR="00163A19" w:rsidRPr="00B808C6">
              <w:rPr>
                <w:lang w:val="ru-RU"/>
              </w:rPr>
              <w:t>семестр</w:t>
            </w:r>
            <w:r w:rsidRPr="00B808C6">
              <w:rPr>
                <w:lang w:val="ru-RU"/>
              </w:rPr>
              <w:t>)</w:t>
            </w:r>
          </w:p>
        </w:tc>
        <w:tc>
          <w:tcPr>
            <w:tcW w:w="526" w:type="pct"/>
            <w:vAlign w:val="center"/>
          </w:tcPr>
          <w:p w14:paraId="4F7935ED" w14:textId="77777777" w:rsidR="00A43367" w:rsidRDefault="00A43367" w:rsidP="00A43367">
            <w:pPr>
              <w:jc w:val="center"/>
            </w:pPr>
            <w:r>
              <w:t>УК-2</w:t>
            </w:r>
          </w:p>
        </w:tc>
        <w:tc>
          <w:tcPr>
            <w:tcW w:w="479" w:type="pct"/>
            <w:vAlign w:val="center"/>
          </w:tcPr>
          <w:p w14:paraId="781694E5" w14:textId="77777777" w:rsidR="00A43367" w:rsidRDefault="00A43367" w:rsidP="00A43367">
            <w:pPr>
              <w:jc w:val="center"/>
            </w:pPr>
            <w:r>
              <w:t>75.5%</w:t>
            </w:r>
          </w:p>
        </w:tc>
        <w:tc>
          <w:tcPr>
            <w:tcW w:w="437" w:type="pct"/>
            <w:vAlign w:val="center"/>
          </w:tcPr>
          <w:p w14:paraId="155B0031" w14:textId="77777777" w:rsidR="00A43367" w:rsidRDefault="00A43367" w:rsidP="00A43367">
            <w:pPr>
              <w:jc w:val="center"/>
            </w:pPr>
            <w:r>
              <w:t>25.05.2026</w:t>
            </w:r>
          </w:p>
        </w:tc>
      </w:tr>
      <w:tr w:rsidR="00A43367" w14:paraId="1C325509" w14:textId="77777777" w:rsidTr="00505372">
        <w:tc>
          <w:tcPr>
            <w:tcW w:w="354" w:type="pct"/>
            <w:vAlign w:val="center"/>
          </w:tcPr>
          <w:p w14:paraId="60A7DB1E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228DE531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389E53BB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CFEF8FD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CA2C366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1B2EF075" w14:textId="0169DFCF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Б1.В.01.07 Архитектура зданий (4</w:t>
            </w:r>
            <w:r w:rsidR="00163A19">
              <w:rPr>
                <w:lang w:val="ru-RU"/>
              </w:rPr>
              <w:t> </w:t>
            </w:r>
            <w:r w:rsidR="00163A19" w:rsidRPr="00B808C6">
              <w:rPr>
                <w:lang w:val="ru-RU"/>
              </w:rPr>
              <w:t>семестр</w:t>
            </w:r>
            <w:r w:rsidRPr="00B808C6">
              <w:rPr>
                <w:lang w:val="ru-RU"/>
              </w:rPr>
              <w:t>)</w:t>
            </w:r>
          </w:p>
        </w:tc>
        <w:tc>
          <w:tcPr>
            <w:tcW w:w="526" w:type="pct"/>
            <w:vAlign w:val="center"/>
          </w:tcPr>
          <w:p w14:paraId="72CB6828" w14:textId="77777777" w:rsidR="00A43367" w:rsidRDefault="00A43367" w:rsidP="00A43367">
            <w:pPr>
              <w:jc w:val="center"/>
            </w:pPr>
            <w:r>
              <w:t>ПК-3</w:t>
            </w:r>
          </w:p>
        </w:tc>
        <w:tc>
          <w:tcPr>
            <w:tcW w:w="479" w:type="pct"/>
            <w:vAlign w:val="center"/>
          </w:tcPr>
          <w:p w14:paraId="0067B475" w14:textId="77777777" w:rsidR="00A43367" w:rsidRDefault="00A43367" w:rsidP="00A43367">
            <w:pPr>
              <w:jc w:val="center"/>
            </w:pPr>
            <w:r>
              <w:t>52.0%</w:t>
            </w:r>
          </w:p>
        </w:tc>
        <w:tc>
          <w:tcPr>
            <w:tcW w:w="437" w:type="pct"/>
            <w:vAlign w:val="center"/>
          </w:tcPr>
          <w:p w14:paraId="25828B9A" w14:textId="77777777" w:rsidR="00A43367" w:rsidRDefault="00A43367" w:rsidP="00A43367">
            <w:pPr>
              <w:jc w:val="center"/>
            </w:pPr>
            <w:r>
              <w:t>25.05.2026</w:t>
            </w:r>
          </w:p>
        </w:tc>
      </w:tr>
      <w:tr w:rsidR="00A43367" w14:paraId="6A43C850" w14:textId="77777777" w:rsidTr="00505372">
        <w:tc>
          <w:tcPr>
            <w:tcW w:w="354" w:type="pct"/>
            <w:vAlign w:val="center"/>
          </w:tcPr>
          <w:p w14:paraId="51F50413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3FAA2385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7D217E41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08F574C2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B8CF4BE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7995F4B0" w14:textId="1AE59283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Б1.В.01.07 Архитектура зданий (4</w:t>
            </w:r>
            <w:r w:rsidR="00163A19">
              <w:rPr>
                <w:lang w:val="ru-RU"/>
              </w:rPr>
              <w:t> </w:t>
            </w:r>
            <w:r w:rsidR="00163A19" w:rsidRPr="00B808C6">
              <w:rPr>
                <w:lang w:val="ru-RU"/>
              </w:rPr>
              <w:t>семестр</w:t>
            </w:r>
            <w:r w:rsidRPr="00B808C6">
              <w:rPr>
                <w:lang w:val="ru-RU"/>
              </w:rPr>
              <w:t>)</w:t>
            </w:r>
          </w:p>
        </w:tc>
        <w:tc>
          <w:tcPr>
            <w:tcW w:w="526" w:type="pct"/>
            <w:vAlign w:val="center"/>
          </w:tcPr>
          <w:p w14:paraId="08D8F1B6" w14:textId="77777777" w:rsidR="00A43367" w:rsidRDefault="00A43367" w:rsidP="00A43367">
            <w:pPr>
              <w:jc w:val="center"/>
            </w:pPr>
            <w:r>
              <w:t>ПК-1</w:t>
            </w:r>
          </w:p>
        </w:tc>
        <w:tc>
          <w:tcPr>
            <w:tcW w:w="479" w:type="pct"/>
            <w:vAlign w:val="center"/>
          </w:tcPr>
          <w:p w14:paraId="05BD8AA5" w14:textId="77777777" w:rsidR="00A43367" w:rsidRDefault="00A43367" w:rsidP="00A43367">
            <w:pPr>
              <w:jc w:val="center"/>
            </w:pPr>
            <w:r>
              <w:t>64.0%</w:t>
            </w:r>
          </w:p>
        </w:tc>
        <w:tc>
          <w:tcPr>
            <w:tcW w:w="437" w:type="pct"/>
            <w:vAlign w:val="center"/>
          </w:tcPr>
          <w:p w14:paraId="537C7FE8" w14:textId="77777777" w:rsidR="00A43367" w:rsidRDefault="00A43367" w:rsidP="00A43367">
            <w:pPr>
              <w:jc w:val="center"/>
            </w:pPr>
            <w:r>
              <w:t>25.05.2026</w:t>
            </w:r>
          </w:p>
        </w:tc>
      </w:tr>
      <w:tr w:rsidR="00A43367" w14:paraId="49674E4A" w14:textId="77777777" w:rsidTr="00505372">
        <w:tc>
          <w:tcPr>
            <w:tcW w:w="354" w:type="pct"/>
            <w:vAlign w:val="center"/>
          </w:tcPr>
          <w:p w14:paraId="45688785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5623C6B7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358B4CAC" w14:textId="77777777" w:rsidR="00A43367" w:rsidRDefault="00A43367" w:rsidP="00A43367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C09356E" w14:textId="77777777" w:rsidR="00A43367" w:rsidRDefault="00A43367" w:rsidP="00A43367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85399B9" w14:textId="77777777" w:rsidR="00A43367" w:rsidRDefault="00A43367" w:rsidP="00A43367">
            <w:pPr>
              <w:jc w:val="center"/>
            </w:pPr>
            <w:r>
              <w:t>ПГС-23</w:t>
            </w:r>
          </w:p>
        </w:tc>
        <w:tc>
          <w:tcPr>
            <w:tcW w:w="1334" w:type="pct"/>
            <w:vAlign w:val="center"/>
          </w:tcPr>
          <w:p w14:paraId="4A3D231A" w14:textId="74325F70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Б1.В.01.06 Строительная механика</w:t>
            </w:r>
          </w:p>
        </w:tc>
        <w:tc>
          <w:tcPr>
            <w:tcW w:w="526" w:type="pct"/>
            <w:vAlign w:val="center"/>
          </w:tcPr>
          <w:p w14:paraId="26786E92" w14:textId="77777777" w:rsidR="00A43367" w:rsidRDefault="00A43367" w:rsidP="00A43367">
            <w:pPr>
              <w:jc w:val="center"/>
            </w:pPr>
            <w:r>
              <w:t>ПК-1, ПК-3, ПК-4</w:t>
            </w:r>
          </w:p>
        </w:tc>
        <w:tc>
          <w:tcPr>
            <w:tcW w:w="479" w:type="pct"/>
            <w:vAlign w:val="center"/>
          </w:tcPr>
          <w:p w14:paraId="75368D82" w14:textId="77777777" w:rsidR="00A43367" w:rsidRDefault="00A43367" w:rsidP="00A43367">
            <w:pPr>
              <w:jc w:val="center"/>
            </w:pPr>
            <w:r>
              <w:t>71.0%</w:t>
            </w:r>
          </w:p>
        </w:tc>
        <w:tc>
          <w:tcPr>
            <w:tcW w:w="437" w:type="pct"/>
            <w:vAlign w:val="center"/>
          </w:tcPr>
          <w:p w14:paraId="48DFB674" w14:textId="77777777" w:rsidR="00A43367" w:rsidRDefault="00A43367" w:rsidP="00A43367">
            <w:pPr>
              <w:jc w:val="center"/>
            </w:pPr>
            <w:r>
              <w:t>26.05.2026</w:t>
            </w:r>
          </w:p>
        </w:tc>
      </w:tr>
      <w:tr w:rsidR="00A43367" w14:paraId="582D1A23" w14:textId="77777777" w:rsidTr="00505372">
        <w:tc>
          <w:tcPr>
            <w:tcW w:w="354" w:type="pct"/>
            <w:vAlign w:val="center"/>
          </w:tcPr>
          <w:p w14:paraId="1B335808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1BC4FB02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6EDE35DE" w14:textId="77777777" w:rsidR="00A43367" w:rsidRDefault="00A43367" w:rsidP="00A43367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5DC5840D" w14:textId="77777777" w:rsidR="00A43367" w:rsidRDefault="00A43367" w:rsidP="00A43367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7D67D10B" w14:textId="77777777" w:rsidR="00A43367" w:rsidRDefault="00A43367" w:rsidP="00A43367">
            <w:pPr>
              <w:jc w:val="center"/>
            </w:pPr>
            <w:r>
              <w:t>ПГС-25</w:t>
            </w:r>
          </w:p>
        </w:tc>
        <w:tc>
          <w:tcPr>
            <w:tcW w:w="1334" w:type="pct"/>
            <w:vAlign w:val="center"/>
          </w:tcPr>
          <w:p w14:paraId="12CB8989" w14:textId="4B844033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Б1.О.08.02 Строительные материалы</w:t>
            </w:r>
          </w:p>
        </w:tc>
        <w:tc>
          <w:tcPr>
            <w:tcW w:w="526" w:type="pct"/>
            <w:vAlign w:val="center"/>
          </w:tcPr>
          <w:p w14:paraId="25680E09" w14:textId="77777777" w:rsidR="00A43367" w:rsidRDefault="00A43367" w:rsidP="00A43367">
            <w:pPr>
              <w:jc w:val="center"/>
            </w:pPr>
            <w:r>
              <w:t>УК-1, ОПК-3</w:t>
            </w:r>
          </w:p>
        </w:tc>
        <w:tc>
          <w:tcPr>
            <w:tcW w:w="479" w:type="pct"/>
            <w:vAlign w:val="center"/>
          </w:tcPr>
          <w:p w14:paraId="23EF2AC4" w14:textId="77777777" w:rsidR="00A43367" w:rsidRDefault="00A43367" w:rsidP="00A43367">
            <w:pPr>
              <w:jc w:val="center"/>
            </w:pPr>
            <w:r>
              <w:t>77.0%</w:t>
            </w:r>
          </w:p>
        </w:tc>
        <w:tc>
          <w:tcPr>
            <w:tcW w:w="437" w:type="pct"/>
            <w:vAlign w:val="center"/>
          </w:tcPr>
          <w:p w14:paraId="29485D39" w14:textId="77777777" w:rsidR="00A43367" w:rsidRDefault="00A43367" w:rsidP="00A43367">
            <w:pPr>
              <w:jc w:val="center"/>
            </w:pPr>
            <w:r>
              <w:t>26.05.2026</w:t>
            </w:r>
          </w:p>
        </w:tc>
      </w:tr>
      <w:tr w:rsidR="00A43367" w14:paraId="032A879A" w14:textId="77777777" w:rsidTr="00505372">
        <w:tc>
          <w:tcPr>
            <w:tcW w:w="354" w:type="pct"/>
            <w:vAlign w:val="center"/>
          </w:tcPr>
          <w:p w14:paraId="51FAB626" w14:textId="77777777" w:rsidR="00A43367" w:rsidRDefault="00A43367" w:rsidP="00A43367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1A2ABE40" w14:textId="77777777" w:rsidR="00A43367" w:rsidRDefault="00A43367" w:rsidP="00A43367">
            <w:pPr>
              <w:jc w:val="center"/>
            </w:pPr>
            <w:r>
              <w:t>Промышленное и гражданское строительство</w:t>
            </w:r>
          </w:p>
        </w:tc>
        <w:tc>
          <w:tcPr>
            <w:tcW w:w="308" w:type="pct"/>
            <w:vAlign w:val="center"/>
          </w:tcPr>
          <w:p w14:paraId="74D16D0C" w14:textId="77777777" w:rsidR="00A43367" w:rsidRDefault="00A43367" w:rsidP="00A43367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151505C" w14:textId="77777777" w:rsidR="00A43367" w:rsidRDefault="00A43367" w:rsidP="00A43367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7849B95" w14:textId="77777777" w:rsidR="00A43367" w:rsidRDefault="00A43367" w:rsidP="00A43367">
            <w:pPr>
              <w:jc w:val="center"/>
            </w:pPr>
            <w:r>
              <w:t>ПГС-24</w:t>
            </w:r>
          </w:p>
        </w:tc>
        <w:tc>
          <w:tcPr>
            <w:tcW w:w="1334" w:type="pct"/>
            <w:vAlign w:val="center"/>
          </w:tcPr>
          <w:p w14:paraId="45518BE1" w14:textId="2D94F9EA" w:rsidR="00A43367" w:rsidRPr="00B808C6" w:rsidRDefault="00A43367" w:rsidP="00A43367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Б1.О.09.02 Техническая механика</w:t>
            </w:r>
          </w:p>
        </w:tc>
        <w:tc>
          <w:tcPr>
            <w:tcW w:w="526" w:type="pct"/>
            <w:vAlign w:val="center"/>
          </w:tcPr>
          <w:p w14:paraId="64700E07" w14:textId="77777777" w:rsidR="00A43367" w:rsidRDefault="00A43367" w:rsidP="00A43367">
            <w:pPr>
              <w:jc w:val="center"/>
            </w:pPr>
            <w:r>
              <w:t>ОПК-1</w:t>
            </w:r>
          </w:p>
        </w:tc>
        <w:tc>
          <w:tcPr>
            <w:tcW w:w="479" w:type="pct"/>
            <w:vAlign w:val="center"/>
          </w:tcPr>
          <w:p w14:paraId="39D713D6" w14:textId="77777777" w:rsidR="00A43367" w:rsidRDefault="00A43367" w:rsidP="00A43367">
            <w:pPr>
              <w:jc w:val="center"/>
            </w:pPr>
            <w:r>
              <w:t>78.0%</w:t>
            </w:r>
          </w:p>
        </w:tc>
        <w:tc>
          <w:tcPr>
            <w:tcW w:w="437" w:type="pct"/>
            <w:vAlign w:val="center"/>
          </w:tcPr>
          <w:p w14:paraId="0B20C4CC" w14:textId="77777777" w:rsidR="00A43367" w:rsidRDefault="00A43367" w:rsidP="00A43367">
            <w:pPr>
              <w:jc w:val="center"/>
            </w:pPr>
            <w:r>
              <w:t>29.05.2026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1238B4"/>
    <w:rsid w:val="0015074B"/>
    <w:rsid w:val="00163A19"/>
    <w:rsid w:val="0029639D"/>
    <w:rsid w:val="00326F90"/>
    <w:rsid w:val="00505372"/>
    <w:rsid w:val="005C48D3"/>
    <w:rsid w:val="00702BF4"/>
    <w:rsid w:val="00760458"/>
    <w:rsid w:val="009122B5"/>
    <w:rsid w:val="00A43367"/>
    <w:rsid w:val="00A9432F"/>
    <w:rsid w:val="00AA1D8D"/>
    <w:rsid w:val="00AA446A"/>
    <w:rsid w:val="00B47730"/>
    <w:rsid w:val="00B61B0C"/>
    <w:rsid w:val="00B808C6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5</cp:revision>
  <dcterms:created xsi:type="dcterms:W3CDTF">2026-08-06T11:31:00Z</dcterms:created>
  <dcterms:modified xsi:type="dcterms:W3CDTF">2026-08-06T11:44:00Z</dcterms:modified>
  <cp:category/>
</cp:coreProperties>
</file>