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54"/>
        <w:gridCol w:w="2699"/>
        <w:gridCol w:w="921"/>
        <w:gridCol w:w="700"/>
        <w:gridCol w:w="1066"/>
        <w:gridCol w:w="1541"/>
        <w:gridCol w:w="1302"/>
        <w:gridCol w:w="2097"/>
      </w:tblGrid>
      <w:tr w:rsidR="00DA627F" w14:paraId="0AA87C1E" w14:textId="77777777" w:rsidTr="00DA627F">
        <w:tc>
          <w:tcPr>
            <w:tcW w:w="1054" w:type="dxa"/>
            <w:vAlign w:val="center"/>
          </w:tcPr>
          <w:p w14:paraId="47C98AEE" w14:textId="77777777" w:rsidR="00DA627F" w:rsidRDefault="00DA627F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99" w:type="dxa"/>
            <w:vAlign w:val="center"/>
          </w:tcPr>
          <w:p w14:paraId="19E3B67D" w14:textId="77777777" w:rsidR="00DA627F" w:rsidRDefault="00DA627F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21" w:type="dxa"/>
            <w:vAlign w:val="center"/>
          </w:tcPr>
          <w:p w14:paraId="4FDC8DB6" w14:textId="77777777" w:rsidR="00DA627F" w:rsidRDefault="00DA627F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00" w:type="dxa"/>
            <w:vAlign w:val="center"/>
          </w:tcPr>
          <w:p w14:paraId="5B3550B6" w14:textId="77777777" w:rsidR="00DA627F" w:rsidRDefault="00DA627F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66" w:type="dxa"/>
            <w:vAlign w:val="center"/>
          </w:tcPr>
          <w:p w14:paraId="27664EE7" w14:textId="77777777" w:rsidR="00DA627F" w:rsidRDefault="00DA627F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41" w:type="dxa"/>
            <w:vAlign w:val="center"/>
          </w:tcPr>
          <w:p w14:paraId="1AEDC644" w14:textId="77777777" w:rsidR="00DA627F" w:rsidRDefault="00DA627F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2" w:type="dxa"/>
            <w:vAlign w:val="center"/>
          </w:tcPr>
          <w:p w14:paraId="2EDBEA15" w14:textId="77777777" w:rsidR="00DA627F" w:rsidRDefault="00DA627F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45AFF721" w14:textId="77777777" w:rsidR="00DA627F" w:rsidRDefault="00DA627F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DA627F" w14:paraId="0C360142" w14:textId="77777777" w:rsidTr="00DA627F">
        <w:tc>
          <w:tcPr>
            <w:tcW w:w="1054" w:type="dxa"/>
            <w:vAlign w:val="center"/>
          </w:tcPr>
          <w:p w14:paraId="7CAE372D" w14:textId="77777777" w:rsidR="00DA627F" w:rsidRDefault="00DA627F" w:rsidP="006E7F4C">
            <w:pPr>
              <w:jc w:val="center"/>
            </w:pPr>
            <w:r>
              <w:t>08.03.01</w:t>
            </w:r>
          </w:p>
        </w:tc>
        <w:tc>
          <w:tcPr>
            <w:tcW w:w="2699" w:type="dxa"/>
            <w:vAlign w:val="center"/>
          </w:tcPr>
          <w:p w14:paraId="4287C6F6" w14:textId="77777777" w:rsidR="00DA627F" w:rsidRDefault="00DA627F" w:rsidP="006E7F4C">
            <w:pPr>
              <w:jc w:val="center"/>
            </w:pPr>
            <w:proofErr w:type="spellStart"/>
            <w:r>
              <w:t>Промышленное</w:t>
            </w:r>
            <w:proofErr w:type="spellEnd"/>
            <w:r>
              <w:t xml:space="preserve"> и </w:t>
            </w:r>
            <w:proofErr w:type="spellStart"/>
            <w:r>
              <w:t>гражданское</w:t>
            </w:r>
            <w:proofErr w:type="spellEnd"/>
            <w:r>
              <w:t xml:space="preserve"> </w:t>
            </w:r>
            <w:proofErr w:type="spellStart"/>
            <w:r>
              <w:t>строительство</w:t>
            </w:r>
            <w:proofErr w:type="spellEnd"/>
          </w:p>
        </w:tc>
        <w:tc>
          <w:tcPr>
            <w:tcW w:w="921" w:type="dxa"/>
            <w:vAlign w:val="center"/>
          </w:tcPr>
          <w:p w14:paraId="6DE8B0E4" w14:textId="77777777" w:rsidR="00DA627F" w:rsidRDefault="00DA627F" w:rsidP="006E7F4C">
            <w:pPr>
              <w:jc w:val="center"/>
            </w:pPr>
            <w:r>
              <w:t>2022</w:t>
            </w:r>
          </w:p>
        </w:tc>
        <w:tc>
          <w:tcPr>
            <w:tcW w:w="700" w:type="dxa"/>
            <w:vAlign w:val="center"/>
          </w:tcPr>
          <w:p w14:paraId="12D71FC1" w14:textId="77777777" w:rsidR="00DA627F" w:rsidRDefault="00DA627F" w:rsidP="006E7F4C">
            <w:pPr>
              <w:jc w:val="center"/>
            </w:pPr>
            <w:r>
              <w:t>4</w:t>
            </w:r>
          </w:p>
        </w:tc>
        <w:tc>
          <w:tcPr>
            <w:tcW w:w="1066" w:type="dxa"/>
            <w:vAlign w:val="center"/>
          </w:tcPr>
          <w:p w14:paraId="61E9EB94" w14:textId="65C95743" w:rsidR="00DA627F" w:rsidRDefault="00962457" w:rsidP="006E7F4C">
            <w:pPr>
              <w:jc w:val="center"/>
            </w:pPr>
            <w:r>
              <w:rPr>
                <w:lang w:val="ru-RU"/>
              </w:rPr>
              <w:t>61</w:t>
            </w:r>
            <w:r w:rsidR="00DA627F">
              <w:t>.</w:t>
            </w:r>
            <w:r>
              <w:rPr>
                <w:lang w:val="ru-RU"/>
              </w:rPr>
              <w:t>8</w:t>
            </w:r>
            <w:r w:rsidR="00DA627F">
              <w:t>8%</w:t>
            </w:r>
          </w:p>
        </w:tc>
        <w:tc>
          <w:tcPr>
            <w:tcW w:w="1541" w:type="dxa"/>
            <w:vAlign w:val="center"/>
          </w:tcPr>
          <w:p w14:paraId="65FF7D02" w14:textId="6ACCDCDC" w:rsidR="00DA627F" w:rsidRPr="007B438D" w:rsidRDefault="00150C59" w:rsidP="0096245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УК-1, </w:t>
            </w:r>
            <w:r w:rsidR="00DA627F" w:rsidRPr="007B438D">
              <w:rPr>
                <w:lang w:val="ru-RU"/>
              </w:rPr>
              <w:t>ПК-1</w:t>
            </w:r>
            <w:r w:rsidR="00962457">
              <w:rPr>
                <w:lang w:val="ru-RU"/>
              </w:rPr>
              <w:t>,</w:t>
            </w:r>
            <w:r w:rsidR="00DA627F" w:rsidRPr="007B438D">
              <w:rPr>
                <w:lang w:val="ru-RU"/>
              </w:rPr>
              <w:t xml:space="preserve"> ПК-</w:t>
            </w:r>
            <w:r>
              <w:rPr>
                <w:lang w:val="ru-RU"/>
              </w:rPr>
              <w:t>3</w:t>
            </w:r>
            <w:r w:rsidR="00962457">
              <w:rPr>
                <w:lang w:val="ru-RU"/>
              </w:rPr>
              <w:t>,</w:t>
            </w:r>
            <w:r w:rsidR="00DA627F" w:rsidRPr="007B438D">
              <w:rPr>
                <w:lang w:val="ru-RU"/>
              </w:rPr>
              <w:t xml:space="preserve"> </w:t>
            </w:r>
            <w:r w:rsidRPr="007B438D">
              <w:rPr>
                <w:lang w:val="ru-RU"/>
              </w:rPr>
              <w:t>ПК-</w:t>
            </w:r>
            <w:r>
              <w:rPr>
                <w:lang w:val="ru-RU"/>
              </w:rPr>
              <w:t>6</w:t>
            </w:r>
            <w:r w:rsidR="00962457">
              <w:rPr>
                <w:lang w:val="ru-RU"/>
              </w:rPr>
              <w:t xml:space="preserve">, </w:t>
            </w:r>
            <w:r>
              <w:rPr>
                <w:lang w:val="ru-RU"/>
              </w:rPr>
              <w:t>ПК-7</w:t>
            </w:r>
            <w:r w:rsidR="00962457">
              <w:rPr>
                <w:lang w:val="ru-RU"/>
              </w:rPr>
              <w:t xml:space="preserve">, </w:t>
            </w:r>
            <w:r w:rsidR="00DA627F" w:rsidRPr="007B438D">
              <w:rPr>
                <w:lang w:val="ru-RU"/>
              </w:rPr>
              <w:t>ПК-8</w:t>
            </w:r>
            <w:r w:rsidR="00962457">
              <w:rPr>
                <w:lang w:val="ru-RU"/>
              </w:rPr>
              <w:t>,</w:t>
            </w:r>
            <w:r w:rsidR="00DA627F" w:rsidRPr="007B438D">
              <w:rPr>
                <w:lang w:val="ru-RU"/>
              </w:rPr>
              <w:t xml:space="preserve"> ПК-9</w:t>
            </w:r>
          </w:p>
        </w:tc>
        <w:tc>
          <w:tcPr>
            <w:tcW w:w="1302" w:type="dxa"/>
            <w:vAlign w:val="center"/>
          </w:tcPr>
          <w:p w14:paraId="156B9351" w14:textId="21E50AC1" w:rsidR="00DA627F" w:rsidRPr="00150C59" w:rsidRDefault="00150C59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97" w:type="dxa"/>
            <w:vAlign w:val="center"/>
          </w:tcPr>
          <w:p w14:paraId="5AFF38E1" w14:textId="77777777" w:rsidR="00DA627F" w:rsidRDefault="00DA627F" w:rsidP="006E7F4C">
            <w:pPr>
              <w:jc w:val="center"/>
            </w:pPr>
            <w:proofErr w:type="spellStart"/>
            <w:r>
              <w:t>Средний</w:t>
            </w:r>
            <w:proofErr w:type="spellEnd"/>
          </w:p>
        </w:tc>
      </w:tr>
      <w:tr w:rsidR="00906D22" w14:paraId="09AFEE75" w14:textId="77777777" w:rsidTr="00DA627F">
        <w:tc>
          <w:tcPr>
            <w:tcW w:w="1054" w:type="dxa"/>
            <w:vAlign w:val="center"/>
          </w:tcPr>
          <w:p w14:paraId="0EDAFB93" w14:textId="77777777" w:rsidR="00906D22" w:rsidRDefault="00906D22" w:rsidP="00906D22">
            <w:pPr>
              <w:jc w:val="center"/>
            </w:pPr>
            <w:r>
              <w:t>08.03.01</w:t>
            </w:r>
          </w:p>
        </w:tc>
        <w:tc>
          <w:tcPr>
            <w:tcW w:w="2699" w:type="dxa"/>
            <w:vAlign w:val="center"/>
          </w:tcPr>
          <w:p w14:paraId="01F1EB88" w14:textId="77777777" w:rsidR="00906D22" w:rsidRDefault="00906D22" w:rsidP="00906D22">
            <w:pPr>
              <w:jc w:val="center"/>
            </w:pPr>
            <w:proofErr w:type="spellStart"/>
            <w:r>
              <w:t>Промышленное</w:t>
            </w:r>
            <w:proofErr w:type="spellEnd"/>
            <w:r>
              <w:t xml:space="preserve"> и </w:t>
            </w:r>
            <w:proofErr w:type="spellStart"/>
            <w:r>
              <w:t>гражданское</w:t>
            </w:r>
            <w:proofErr w:type="spellEnd"/>
            <w:r>
              <w:t xml:space="preserve"> </w:t>
            </w:r>
            <w:proofErr w:type="spellStart"/>
            <w:r>
              <w:t>строительство</w:t>
            </w:r>
            <w:proofErr w:type="spellEnd"/>
          </w:p>
        </w:tc>
        <w:tc>
          <w:tcPr>
            <w:tcW w:w="921" w:type="dxa"/>
            <w:vAlign w:val="center"/>
          </w:tcPr>
          <w:p w14:paraId="38E56B91" w14:textId="77777777" w:rsidR="00906D22" w:rsidRDefault="00906D22" w:rsidP="00906D22">
            <w:pPr>
              <w:jc w:val="center"/>
            </w:pPr>
            <w:r>
              <w:t>2023</w:t>
            </w:r>
          </w:p>
        </w:tc>
        <w:tc>
          <w:tcPr>
            <w:tcW w:w="700" w:type="dxa"/>
            <w:vAlign w:val="center"/>
          </w:tcPr>
          <w:p w14:paraId="545C6521" w14:textId="77777777" w:rsidR="00906D22" w:rsidRDefault="00906D22" w:rsidP="00906D22">
            <w:pPr>
              <w:jc w:val="center"/>
            </w:pPr>
            <w:r>
              <w:t>3</w:t>
            </w:r>
          </w:p>
        </w:tc>
        <w:tc>
          <w:tcPr>
            <w:tcW w:w="1066" w:type="dxa"/>
            <w:vAlign w:val="center"/>
          </w:tcPr>
          <w:p w14:paraId="77A09075" w14:textId="77FE61CD" w:rsidR="00906D22" w:rsidRDefault="00906D22" w:rsidP="00906D22">
            <w:pPr>
              <w:jc w:val="center"/>
            </w:pPr>
            <w:r>
              <w:rPr>
                <w:lang w:val="ru-RU"/>
              </w:rPr>
              <w:t>69</w:t>
            </w:r>
            <w:r>
              <w:t>.0%</w:t>
            </w:r>
          </w:p>
        </w:tc>
        <w:tc>
          <w:tcPr>
            <w:tcW w:w="1541" w:type="dxa"/>
            <w:vAlign w:val="center"/>
          </w:tcPr>
          <w:p w14:paraId="65D2C0CD" w14:textId="0B499BD1" w:rsidR="00906D22" w:rsidRPr="007B438D" w:rsidRDefault="00906D22" w:rsidP="00906D2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УК-9, </w:t>
            </w:r>
            <w:r w:rsidRPr="007B438D">
              <w:rPr>
                <w:lang w:val="ru-RU"/>
              </w:rPr>
              <w:t>ОПК-4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ОПК-7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</w:t>
            </w:r>
            <w:r w:rsidRPr="007B438D">
              <w:rPr>
                <w:lang w:val="ru-RU"/>
              </w:rPr>
              <w:t>ПК-1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ПК-2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ПК-3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ПК-4</w:t>
            </w:r>
            <w:r>
              <w:rPr>
                <w:lang w:val="ru-RU"/>
              </w:rPr>
              <w:t xml:space="preserve">, </w:t>
            </w:r>
            <w:r w:rsidRPr="007B438D">
              <w:rPr>
                <w:lang w:val="ru-RU"/>
              </w:rPr>
              <w:t>ПК-7</w:t>
            </w:r>
          </w:p>
        </w:tc>
        <w:tc>
          <w:tcPr>
            <w:tcW w:w="1302" w:type="dxa"/>
            <w:vAlign w:val="center"/>
          </w:tcPr>
          <w:p w14:paraId="613B72AE" w14:textId="2ED33EF7" w:rsidR="00906D22" w:rsidRPr="00906D22" w:rsidRDefault="00906D22" w:rsidP="00906D2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097" w:type="dxa"/>
            <w:vAlign w:val="center"/>
          </w:tcPr>
          <w:p w14:paraId="40AB60DE" w14:textId="33432C65" w:rsidR="00906D22" w:rsidRDefault="00906D22" w:rsidP="00906D22">
            <w:pPr>
              <w:jc w:val="center"/>
            </w:pPr>
            <w:proofErr w:type="spellStart"/>
            <w:r>
              <w:t>Средний</w:t>
            </w:r>
            <w:proofErr w:type="spellEnd"/>
          </w:p>
        </w:tc>
      </w:tr>
      <w:tr w:rsidR="00906D22" w14:paraId="06AA996F" w14:textId="77777777" w:rsidTr="00DA627F">
        <w:tc>
          <w:tcPr>
            <w:tcW w:w="1054" w:type="dxa"/>
            <w:vAlign w:val="center"/>
          </w:tcPr>
          <w:p w14:paraId="3D5BAEC2" w14:textId="77777777" w:rsidR="00906D22" w:rsidRDefault="00906D22" w:rsidP="00906D22">
            <w:pPr>
              <w:jc w:val="center"/>
            </w:pPr>
            <w:r>
              <w:t>08.03.01</w:t>
            </w:r>
          </w:p>
        </w:tc>
        <w:tc>
          <w:tcPr>
            <w:tcW w:w="2699" w:type="dxa"/>
            <w:vAlign w:val="center"/>
          </w:tcPr>
          <w:p w14:paraId="014C216C" w14:textId="77777777" w:rsidR="00906D22" w:rsidRDefault="00906D22" w:rsidP="00906D22">
            <w:pPr>
              <w:jc w:val="center"/>
            </w:pPr>
            <w:proofErr w:type="spellStart"/>
            <w:r>
              <w:t>Промышленное</w:t>
            </w:r>
            <w:proofErr w:type="spellEnd"/>
            <w:r>
              <w:t xml:space="preserve"> и </w:t>
            </w:r>
            <w:proofErr w:type="spellStart"/>
            <w:r>
              <w:t>гражданское</w:t>
            </w:r>
            <w:proofErr w:type="spellEnd"/>
            <w:r>
              <w:t xml:space="preserve"> </w:t>
            </w:r>
            <w:proofErr w:type="spellStart"/>
            <w:r>
              <w:t>строительство</w:t>
            </w:r>
            <w:proofErr w:type="spellEnd"/>
          </w:p>
        </w:tc>
        <w:tc>
          <w:tcPr>
            <w:tcW w:w="921" w:type="dxa"/>
            <w:vAlign w:val="center"/>
          </w:tcPr>
          <w:p w14:paraId="60AAD0A6" w14:textId="77777777" w:rsidR="00906D22" w:rsidRDefault="00906D22" w:rsidP="00906D22">
            <w:pPr>
              <w:jc w:val="center"/>
            </w:pPr>
            <w:r>
              <w:t>2024</w:t>
            </w:r>
          </w:p>
        </w:tc>
        <w:tc>
          <w:tcPr>
            <w:tcW w:w="700" w:type="dxa"/>
            <w:vAlign w:val="center"/>
          </w:tcPr>
          <w:p w14:paraId="141354CA" w14:textId="77777777" w:rsidR="00906D22" w:rsidRDefault="00906D22" w:rsidP="00906D22">
            <w:pPr>
              <w:jc w:val="center"/>
            </w:pPr>
            <w:r>
              <w:t>2</w:t>
            </w:r>
          </w:p>
        </w:tc>
        <w:tc>
          <w:tcPr>
            <w:tcW w:w="1066" w:type="dxa"/>
            <w:vAlign w:val="center"/>
          </w:tcPr>
          <w:p w14:paraId="44A87837" w14:textId="77777777" w:rsidR="00906D22" w:rsidRDefault="00906D22" w:rsidP="00906D22">
            <w:pPr>
              <w:jc w:val="center"/>
            </w:pPr>
            <w:r>
              <w:t>74.27%</w:t>
            </w:r>
          </w:p>
        </w:tc>
        <w:tc>
          <w:tcPr>
            <w:tcW w:w="1541" w:type="dxa"/>
            <w:vAlign w:val="center"/>
          </w:tcPr>
          <w:p w14:paraId="0E189D9E" w14:textId="2DC98B3C" w:rsidR="00906D22" w:rsidRPr="007B438D" w:rsidRDefault="00906D22" w:rsidP="00906D22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УК-2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УК-3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УК-5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УК-6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</w:t>
            </w:r>
            <w:r w:rsidRPr="007B438D">
              <w:rPr>
                <w:lang w:val="ru-RU"/>
              </w:rPr>
              <w:t>УК-10</w:t>
            </w:r>
            <w:r>
              <w:rPr>
                <w:lang w:val="ru-RU"/>
              </w:rPr>
              <w:t xml:space="preserve">, </w:t>
            </w:r>
            <w:r w:rsidRPr="007B438D">
              <w:rPr>
                <w:lang w:val="ru-RU"/>
              </w:rPr>
              <w:t>ОПК-1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</w:t>
            </w:r>
            <w:r w:rsidRPr="007B438D">
              <w:rPr>
                <w:lang w:val="ru-RU"/>
              </w:rPr>
              <w:t>ОПК-10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ПК-1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</w:t>
            </w:r>
            <w:r w:rsidRPr="007B438D">
              <w:rPr>
                <w:lang w:val="ru-RU"/>
              </w:rPr>
              <w:t>ПК-2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ПК-3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</w:t>
            </w:r>
            <w:r w:rsidRPr="007B438D">
              <w:rPr>
                <w:lang w:val="ru-RU"/>
              </w:rPr>
              <w:t>ПК-4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ПК-5</w:t>
            </w:r>
            <w:r w:rsidRPr="007B438D">
              <w:rPr>
                <w:lang w:val="ru-RU"/>
              </w:rPr>
              <w:t xml:space="preserve"> </w:t>
            </w:r>
          </w:p>
        </w:tc>
        <w:tc>
          <w:tcPr>
            <w:tcW w:w="1302" w:type="dxa"/>
            <w:vAlign w:val="center"/>
          </w:tcPr>
          <w:p w14:paraId="61635C63" w14:textId="77777777" w:rsidR="00906D22" w:rsidRDefault="00906D22" w:rsidP="00906D22">
            <w:pPr>
              <w:jc w:val="center"/>
            </w:pPr>
            <w:r>
              <w:t>11</w:t>
            </w:r>
          </w:p>
        </w:tc>
        <w:tc>
          <w:tcPr>
            <w:tcW w:w="2097" w:type="dxa"/>
            <w:vAlign w:val="center"/>
          </w:tcPr>
          <w:p w14:paraId="3BDC1F53" w14:textId="77777777" w:rsidR="00906D22" w:rsidRDefault="00906D22" w:rsidP="00906D22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906D22" w14:paraId="58F9BB30" w14:textId="77777777" w:rsidTr="00DA627F">
        <w:tc>
          <w:tcPr>
            <w:tcW w:w="1054" w:type="dxa"/>
            <w:vAlign w:val="center"/>
          </w:tcPr>
          <w:p w14:paraId="59CCE87A" w14:textId="77777777" w:rsidR="00906D22" w:rsidRDefault="00906D22" w:rsidP="00906D22">
            <w:pPr>
              <w:jc w:val="center"/>
            </w:pPr>
            <w:r>
              <w:t>08.03.01</w:t>
            </w:r>
          </w:p>
        </w:tc>
        <w:tc>
          <w:tcPr>
            <w:tcW w:w="2699" w:type="dxa"/>
            <w:vAlign w:val="center"/>
          </w:tcPr>
          <w:p w14:paraId="24FF7028" w14:textId="77777777" w:rsidR="00906D22" w:rsidRDefault="00906D22" w:rsidP="00906D22">
            <w:pPr>
              <w:jc w:val="center"/>
            </w:pPr>
            <w:proofErr w:type="spellStart"/>
            <w:r>
              <w:t>Промышленное</w:t>
            </w:r>
            <w:proofErr w:type="spellEnd"/>
            <w:r>
              <w:t xml:space="preserve"> и </w:t>
            </w:r>
            <w:proofErr w:type="spellStart"/>
            <w:r>
              <w:t>гражданское</w:t>
            </w:r>
            <w:proofErr w:type="spellEnd"/>
            <w:r>
              <w:t xml:space="preserve"> </w:t>
            </w:r>
            <w:proofErr w:type="spellStart"/>
            <w:r>
              <w:t>строительство</w:t>
            </w:r>
            <w:proofErr w:type="spellEnd"/>
          </w:p>
        </w:tc>
        <w:tc>
          <w:tcPr>
            <w:tcW w:w="921" w:type="dxa"/>
            <w:vAlign w:val="center"/>
          </w:tcPr>
          <w:p w14:paraId="767E6E38" w14:textId="77777777" w:rsidR="00906D22" w:rsidRDefault="00906D22" w:rsidP="00906D22">
            <w:pPr>
              <w:jc w:val="center"/>
            </w:pPr>
            <w:r>
              <w:t>2025</w:t>
            </w:r>
          </w:p>
        </w:tc>
        <w:tc>
          <w:tcPr>
            <w:tcW w:w="700" w:type="dxa"/>
            <w:vAlign w:val="center"/>
          </w:tcPr>
          <w:p w14:paraId="6B574351" w14:textId="77777777" w:rsidR="00906D22" w:rsidRDefault="00906D22" w:rsidP="00906D22">
            <w:pPr>
              <w:jc w:val="center"/>
            </w:pPr>
            <w:r>
              <w:t>1</w:t>
            </w:r>
          </w:p>
        </w:tc>
        <w:tc>
          <w:tcPr>
            <w:tcW w:w="1066" w:type="dxa"/>
            <w:vAlign w:val="center"/>
          </w:tcPr>
          <w:p w14:paraId="0DBE66B3" w14:textId="77777777" w:rsidR="00906D22" w:rsidRDefault="00906D22" w:rsidP="00906D22">
            <w:pPr>
              <w:jc w:val="center"/>
            </w:pPr>
            <w:r>
              <w:t>80.0%</w:t>
            </w:r>
          </w:p>
        </w:tc>
        <w:tc>
          <w:tcPr>
            <w:tcW w:w="1541" w:type="dxa"/>
            <w:vAlign w:val="center"/>
          </w:tcPr>
          <w:p w14:paraId="5C76A6A2" w14:textId="34741997" w:rsidR="00906D22" w:rsidRDefault="00E23936" w:rsidP="00906D22">
            <w:pPr>
              <w:jc w:val="center"/>
            </w:pPr>
            <w:r>
              <w:t>УК-1</w:t>
            </w:r>
            <w:r>
              <w:rPr>
                <w:lang w:val="ru-RU"/>
              </w:rPr>
              <w:t xml:space="preserve">, </w:t>
            </w:r>
            <w:r w:rsidR="00906D22">
              <w:t xml:space="preserve">ОПК-2 ОПК-3 </w:t>
            </w:r>
          </w:p>
        </w:tc>
        <w:tc>
          <w:tcPr>
            <w:tcW w:w="1302" w:type="dxa"/>
            <w:vAlign w:val="center"/>
          </w:tcPr>
          <w:p w14:paraId="4EE38B3D" w14:textId="77777777" w:rsidR="00906D22" w:rsidRDefault="00906D22" w:rsidP="00906D22">
            <w:pPr>
              <w:jc w:val="center"/>
            </w:pPr>
            <w:r>
              <w:t>2</w:t>
            </w:r>
          </w:p>
        </w:tc>
        <w:tc>
          <w:tcPr>
            <w:tcW w:w="2097" w:type="dxa"/>
            <w:vAlign w:val="center"/>
          </w:tcPr>
          <w:p w14:paraId="0A617CB4" w14:textId="77777777" w:rsidR="00906D22" w:rsidRDefault="00906D22" w:rsidP="00906D22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6D4"/>
    <w:rsid w:val="0015074B"/>
    <w:rsid w:val="00150C59"/>
    <w:rsid w:val="0029639D"/>
    <w:rsid w:val="00326F90"/>
    <w:rsid w:val="003704DD"/>
    <w:rsid w:val="006210DE"/>
    <w:rsid w:val="006E7F4C"/>
    <w:rsid w:val="007B438D"/>
    <w:rsid w:val="008657F1"/>
    <w:rsid w:val="008A61DE"/>
    <w:rsid w:val="00906D22"/>
    <w:rsid w:val="00952B49"/>
    <w:rsid w:val="00962457"/>
    <w:rsid w:val="009656FE"/>
    <w:rsid w:val="00995D0C"/>
    <w:rsid w:val="00AA1D8D"/>
    <w:rsid w:val="00B47730"/>
    <w:rsid w:val="00CB0664"/>
    <w:rsid w:val="00D00904"/>
    <w:rsid w:val="00D42075"/>
    <w:rsid w:val="00DA627F"/>
    <w:rsid w:val="00E239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2026-08-06T11:32:00Z</dcterms:created>
  <dcterms:modified xsi:type="dcterms:W3CDTF">2026-08-06T12:10:00Z</dcterms:modified>
  <cp:category/>
</cp:coreProperties>
</file>