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FEC8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Отчёт по результатам тестирования 'ООП'</w:t>
      </w:r>
    </w:p>
    <w:p w14:paraId="489E02B1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41"/>
        <w:gridCol w:w="2643"/>
        <w:gridCol w:w="906"/>
        <w:gridCol w:w="674"/>
        <w:gridCol w:w="1273"/>
        <w:gridCol w:w="3921"/>
        <w:gridCol w:w="1546"/>
        <w:gridCol w:w="1408"/>
        <w:gridCol w:w="1284"/>
      </w:tblGrid>
      <w:tr w:rsidR="00F73E55" w14:paraId="612A44C8" w14:textId="77777777" w:rsidTr="00505372">
        <w:tc>
          <w:tcPr>
            <w:tcW w:w="354" w:type="pct"/>
            <w:vAlign w:val="center"/>
          </w:tcPr>
          <w:p w14:paraId="73BEE674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899" w:type="pct"/>
            <w:vAlign w:val="center"/>
          </w:tcPr>
          <w:p w14:paraId="7D9BF536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308" w:type="pct"/>
            <w:vAlign w:val="center"/>
          </w:tcPr>
          <w:p w14:paraId="631B093C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229" w:type="pct"/>
            <w:vAlign w:val="center"/>
          </w:tcPr>
          <w:p w14:paraId="1F3E1CF0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433" w:type="pct"/>
            <w:vAlign w:val="center"/>
          </w:tcPr>
          <w:p w14:paraId="2CE8EA5F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Группа</w:t>
            </w:r>
            <w:proofErr w:type="spellEnd"/>
          </w:p>
        </w:tc>
        <w:tc>
          <w:tcPr>
            <w:tcW w:w="1334" w:type="pct"/>
            <w:vAlign w:val="center"/>
          </w:tcPr>
          <w:p w14:paraId="7E74076A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Дисциплина</w:t>
            </w:r>
            <w:proofErr w:type="spellEnd"/>
          </w:p>
        </w:tc>
        <w:tc>
          <w:tcPr>
            <w:tcW w:w="526" w:type="pct"/>
            <w:vAlign w:val="center"/>
          </w:tcPr>
          <w:p w14:paraId="444D6398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Компетенции</w:t>
            </w:r>
            <w:proofErr w:type="spellEnd"/>
          </w:p>
        </w:tc>
        <w:tc>
          <w:tcPr>
            <w:tcW w:w="479" w:type="pct"/>
            <w:vAlign w:val="center"/>
          </w:tcPr>
          <w:p w14:paraId="67F2A23F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</w:t>
            </w:r>
            <w:proofErr w:type="spellStart"/>
            <w:r>
              <w:rPr>
                <w:b/>
                <w:sz w:val="20"/>
              </w:rPr>
              <w:t>по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дисциплине</w:t>
            </w:r>
            <w:proofErr w:type="spellEnd"/>
          </w:p>
        </w:tc>
        <w:tc>
          <w:tcPr>
            <w:tcW w:w="437" w:type="pct"/>
            <w:vAlign w:val="center"/>
          </w:tcPr>
          <w:p w14:paraId="62473788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Дата</w:t>
            </w:r>
            <w:proofErr w:type="spellEnd"/>
          </w:p>
        </w:tc>
      </w:tr>
      <w:tr w:rsidR="00F73E55" w14:paraId="290D333F" w14:textId="77777777" w:rsidTr="00505372">
        <w:tc>
          <w:tcPr>
            <w:tcW w:w="354" w:type="pct"/>
            <w:vAlign w:val="center"/>
          </w:tcPr>
          <w:p w14:paraId="2E5465D3" w14:textId="77777777" w:rsidR="00F73E55" w:rsidRDefault="00F73E55" w:rsidP="00505372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76D31269" w14:textId="77777777" w:rsidR="00F73E55" w:rsidRPr="00644EEB" w:rsidRDefault="00F73E55" w:rsidP="00644EEB">
            <w:pPr>
              <w:jc w:val="center"/>
              <w:rPr>
                <w:lang w:val="ru-RU"/>
              </w:rPr>
            </w:pPr>
            <w:r w:rsidRPr="00644EEB">
              <w:rPr>
                <w:lang w:val="ru-RU"/>
              </w:rPr>
              <w:t>Экономика и организация производства строительных материалов</w:t>
            </w:r>
          </w:p>
        </w:tc>
        <w:tc>
          <w:tcPr>
            <w:tcW w:w="308" w:type="pct"/>
            <w:vAlign w:val="center"/>
          </w:tcPr>
          <w:p w14:paraId="1A764048" w14:textId="77777777" w:rsidR="00F73E55" w:rsidRDefault="00F73E55" w:rsidP="00505372">
            <w:pPr>
              <w:jc w:val="center"/>
            </w:pPr>
            <w:r>
              <w:t>2022</w:t>
            </w:r>
          </w:p>
        </w:tc>
        <w:tc>
          <w:tcPr>
            <w:tcW w:w="229" w:type="pct"/>
            <w:vAlign w:val="center"/>
          </w:tcPr>
          <w:p w14:paraId="458CC0A1" w14:textId="77777777" w:rsidR="00F73E55" w:rsidRDefault="00F73E55" w:rsidP="00505372">
            <w:pPr>
              <w:jc w:val="center"/>
            </w:pPr>
            <w:r>
              <w:t>4</w:t>
            </w:r>
          </w:p>
        </w:tc>
        <w:tc>
          <w:tcPr>
            <w:tcW w:w="433" w:type="pct"/>
            <w:vAlign w:val="center"/>
          </w:tcPr>
          <w:p w14:paraId="43C6BC5A" w14:textId="61CEAF6F" w:rsidR="00F73E55" w:rsidRDefault="00F73E55" w:rsidP="00505372">
            <w:pPr>
              <w:jc w:val="center"/>
            </w:pPr>
            <w:r>
              <w:t>ЭСМ-22</w:t>
            </w:r>
          </w:p>
        </w:tc>
        <w:tc>
          <w:tcPr>
            <w:tcW w:w="1334" w:type="pct"/>
            <w:vAlign w:val="center"/>
          </w:tcPr>
          <w:p w14:paraId="3A3496B2" w14:textId="6B0EBE68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</w:t>
            </w:r>
            <w:r w:rsidR="00061BC2">
              <w:rPr>
                <w:lang w:val="ru-RU"/>
              </w:rPr>
              <w:t>.</w:t>
            </w:r>
            <w:r w:rsidRPr="00B808C6">
              <w:rPr>
                <w:lang w:val="ru-RU"/>
              </w:rPr>
              <w:t>02.03 Проектирование бетонов с использованием нанотехнологических приемов</w:t>
            </w:r>
          </w:p>
        </w:tc>
        <w:tc>
          <w:tcPr>
            <w:tcW w:w="526" w:type="pct"/>
            <w:vAlign w:val="center"/>
          </w:tcPr>
          <w:p w14:paraId="0E8607E1" w14:textId="3FDD598B" w:rsidR="00F73E55" w:rsidRPr="00B808C6" w:rsidRDefault="00061BC2" w:rsidP="0050537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ПК-5</w:t>
            </w:r>
          </w:p>
        </w:tc>
        <w:tc>
          <w:tcPr>
            <w:tcW w:w="479" w:type="pct"/>
            <w:vAlign w:val="center"/>
          </w:tcPr>
          <w:p w14:paraId="46E8F4B7" w14:textId="77777777" w:rsidR="00F73E55" w:rsidRDefault="00F73E55" w:rsidP="00505372">
            <w:pPr>
              <w:jc w:val="center"/>
            </w:pPr>
            <w:r>
              <w:t>58.0%</w:t>
            </w:r>
          </w:p>
        </w:tc>
        <w:tc>
          <w:tcPr>
            <w:tcW w:w="437" w:type="pct"/>
            <w:vAlign w:val="center"/>
          </w:tcPr>
          <w:p w14:paraId="7200F03C" w14:textId="77777777" w:rsidR="00F73E55" w:rsidRDefault="00F73E55" w:rsidP="00505372">
            <w:pPr>
              <w:jc w:val="center"/>
            </w:pPr>
            <w:r>
              <w:t>25.04.2026</w:t>
            </w:r>
          </w:p>
        </w:tc>
      </w:tr>
      <w:tr w:rsidR="00F73E55" w14:paraId="619B4BBD" w14:textId="77777777" w:rsidTr="00505372">
        <w:tc>
          <w:tcPr>
            <w:tcW w:w="354" w:type="pct"/>
            <w:vAlign w:val="center"/>
          </w:tcPr>
          <w:p w14:paraId="7A73BEB1" w14:textId="77777777" w:rsidR="00F73E55" w:rsidRDefault="00F73E55" w:rsidP="00505372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45677F17" w14:textId="77777777" w:rsidR="00F73E55" w:rsidRPr="00644EEB" w:rsidRDefault="00F73E55" w:rsidP="00644EEB">
            <w:pPr>
              <w:jc w:val="center"/>
              <w:rPr>
                <w:lang w:val="ru-RU"/>
              </w:rPr>
            </w:pPr>
            <w:r w:rsidRPr="00644EEB">
              <w:rPr>
                <w:lang w:val="ru-RU"/>
              </w:rPr>
              <w:t>Экономика и организация производства строительных материалов</w:t>
            </w:r>
          </w:p>
        </w:tc>
        <w:tc>
          <w:tcPr>
            <w:tcW w:w="308" w:type="pct"/>
            <w:vAlign w:val="center"/>
          </w:tcPr>
          <w:p w14:paraId="2E8379B0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04E010BC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22EEADD4" w14:textId="77777777" w:rsidR="00F73E55" w:rsidRDefault="00F73E55" w:rsidP="00505372">
            <w:pPr>
              <w:jc w:val="center"/>
            </w:pPr>
            <w:r>
              <w:t>ЭСМ-24</w:t>
            </w:r>
          </w:p>
        </w:tc>
        <w:tc>
          <w:tcPr>
            <w:tcW w:w="1334" w:type="pct"/>
            <w:vAlign w:val="center"/>
          </w:tcPr>
          <w:p w14:paraId="398F53F7" w14:textId="512D13E2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Б1.О.11.03_Электроснабжение с основами электротехники</w:t>
            </w:r>
          </w:p>
        </w:tc>
        <w:tc>
          <w:tcPr>
            <w:tcW w:w="526" w:type="pct"/>
            <w:vAlign w:val="center"/>
          </w:tcPr>
          <w:p w14:paraId="4A94FC2D" w14:textId="77777777" w:rsidR="00F73E55" w:rsidRDefault="00F73E55" w:rsidP="00505372">
            <w:pPr>
              <w:jc w:val="center"/>
            </w:pPr>
            <w:r>
              <w:t>ОПК-10</w:t>
            </w:r>
          </w:p>
        </w:tc>
        <w:tc>
          <w:tcPr>
            <w:tcW w:w="479" w:type="pct"/>
            <w:vAlign w:val="center"/>
          </w:tcPr>
          <w:p w14:paraId="509B3532" w14:textId="77777777" w:rsidR="00F73E55" w:rsidRDefault="00F73E55" w:rsidP="00505372">
            <w:pPr>
              <w:jc w:val="center"/>
            </w:pPr>
            <w:r>
              <w:t>74.0%</w:t>
            </w:r>
          </w:p>
        </w:tc>
        <w:tc>
          <w:tcPr>
            <w:tcW w:w="437" w:type="pct"/>
            <w:vAlign w:val="center"/>
          </w:tcPr>
          <w:p w14:paraId="6D5499C0" w14:textId="77777777" w:rsidR="00F73E55" w:rsidRDefault="00F73E55" w:rsidP="00505372">
            <w:pPr>
              <w:jc w:val="center"/>
            </w:pPr>
            <w:r>
              <w:t>07.05.2026</w:t>
            </w:r>
          </w:p>
        </w:tc>
      </w:tr>
      <w:tr w:rsidR="00F73E55" w14:paraId="33D9A0AB" w14:textId="77777777" w:rsidTr="00505372">
        <w:tc>
          <w:tcPr>
            <w:tcW w:w="354" w:type="pct"/>
            <w:vAlign w:val="center"/>
          </w:tcPr>
          <w:p w14:paraId="1DB58E91" w14:textId="77777777" w:rsidR="00F73E55" w:rsidRDefault="00F73E55" w:rsidP="00505372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592B22A5" w14:textId="77777777" w:rsidR="00F73E55" w:rsidRPr="00644EEB" w:rsidRDefault="00F73E55" w:rsidP="00644EEB">
            <w:pPr>
              <w:jc w:val="center"/>
              <w:rPr>
                <w:lang w:val="ru-RU"/>
              </w:rPr>
            </w:pPr>
            <w:r w:rsidRPr="00644EEB">
              <w:rPr>
                <w:lang w:val="ru-RU"/>
              </w:rPr>
              <w:t>Экономика и организация производства строительных материалов</w:t>
            </w:r>
          </w:p>
        </w:tc>
        <w:tc>
          <w:tcPr>
            <w:tcW w:w="308" w:type="pct"/>
            <w:vAlign w:val="center"/>
          </w:tcPr>
          <w:p w14:paraId="66DD0934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48B6F3FF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2DBB4AE4" w14:textId="77777777" w:rsidR="00F73E55" w:rsidRDefault="00F73E55" w:rsidP="00505372">
            <w:pPr>
              <w:jc w:val="center"/>
            </w:pPr>
            <w:r>
              <w:t>ЭСМ-24</w:t>
            </w:r>
          </w:p>
        </w:tc>
        <w:tc>
          <w:tcPr>
            <w:tcW w:w="1334" w:type="pct"/>
            <w:vAlign w:val="center"/>
          </w:tcPr>
          <w:p w14:paraId="0534CAB9" w14:textId="4960A7C8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Б1.О.09.03 Механика грунтов</w:t>
            </w:r>
          </w:p>
        </w:tc>
        <w:tc>
          <w:tcPr>
            <w:tcW w:w="526" w:type="pct"/>
            <w:vAlign w:val="center"/>
          </w:tcPr>
          <w:p w14:paraId="5551D008" w14:textId="77777777" w:rsidR="00F73E55" w:rsidRDefault="00F73E55" w:rsidP="00505372">
            <w:pPr>
              <w:jc w:val="center"/>
            </w:pPr>
            <w:r>
              <w:t>ОПК-1</w:t>
            </w:r>
          </w:p>
        </w:tc>
        <w:tc>
          <w:tcPr>
            <w:tcW w:w="479" w:type="pct"/>
            <w:vAlign w:val="center"/>
          </w:tcPr>
          <w:p w14:paraId="3EA69EEB" w14:textId="77777777" w:rsidR="00F73E55" w:rsidRDefault="00F73E55" w:rsidP="00505372">
            <w:pPr>
              <w:jc w:val="center"/>
            </w:pPr>
            <w:r>
              <w:t>48.0%</w:t>
            </w:r>
          </w:p>
        </w:tc>
        <w:tc>
          <w:tcPr>
            <w:tcW w:w="437" w:type="pct"/>
            <w:vAlign w:val="center"/>
          </w:tcPr>
          <w:p w14:paraId="192B7950" w14:textId="77777777" w:rsidR="00F73E55" w:rsidRDefault="00F73E55" w:rsidP="00505372">
            <w:pPr>
              <w:jc w:val="center"/>
            </w:pPr>
            <w:r>
              <w:t>11.05.2026</w:t>
            </w:r>
          </w:p>
        </w:tc>
      </w:tr>
      <w:tr w:rsidR="00F73E55" w14:paraId="786B9819" w14:textId="77777777" w:rsidTr="00505372">
        <w:tc>
          <w:tcPr>
            <w:tcW w:w="354" w:type="pct"/>
            <w:vAlign w:val="center"/>
          </w:tcPr>
          <w:p w14:paraId="3EF59936" w14:textId="77777777" w:rsidR="00F73E55" w:rsidRDefault="00F73E55" w:rsidP="00505372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6F038554" w14:textId="77777777" w:rsidR="00F73E55" w:rsidRPr="00644EEB" w:rsidRDefault="00F73E55" w:rsidP="00644EEB">
            <w:pPr>
              <w:jc w:val="center"/>
              <w:rPr>
                <w:lang w:val="ru-RU"/>
              </w:rPr>
            </w:pPr>
            <w:r w:rsidRPr="00644EEB">
              <w:rPr>
                <w:lang w:val="ru-RU"/>
              </w:rPr>
              <w:t>Экономика и организация производства строительных материалов</w:t>
            </w:r>
          </w:p>
        </w:tc>
        <w:tc>
          <w:tcPr>
            <w:tcW w:w="308" w:type="pct"/>
            <w:vAlign w:val="center"/>
          </w:tcPr>
          <w:p w14:paraId="751EEA1D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3E084B74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5F4370CA" w14:textId="77777777" w:rsidR="00F73E55" w:rsidRDefault="00F73E55" w:rsidP="00505372">
            <w:pPr>
              <w:jc w:val="center"/>
            </w:pPr>
            <w:r>
              <w:t>ЭСМ-23</w:t>
            </w:r>
          </w:p>
        </w:tc>
        <w:tc>
          <w:tcPr>
            <w:tcW w:w="1334" w:type="pct"/>
            <w:vAlign w:val="center"/>
          </w:tcPr>
          <w:p w14:paraId="394AD272" w14:textId="77777777" w:rsidR="00F73E55" w:rsidRDefault="00F73E55" w:rsidP="00505372">
            <w:pPr>
              <w:jc w:val="center"/>
            </w:pPr>
            <w:r>
              <w:t xml:space="preserve">Б1.О.03.02 </w:t>
            </w:r>
            <w:proofErr w:type="spellStart"/>
            <w:r>
              <w:t>Финансовая</w:t>
            </w:r>
            <w:proofErr w:type="spellEnd"/>
            <w:r>
              <w:t xml:space="preserve"> </w:t>
            </w:r>
            <w:proofErr w:type="spellStart"/>
            <w:r>
              <w:t>грамотность</w:t>
            </w:r>
            <w:proofErr w:type="spellEnd"/>
          </w:p>
        </w:tc>
        <w:tc>
          <w:tcPr>
            <w:tcW w:w="526" w:type="pct"/>
            <w:vAlign w:val="center"/>
          </w:tcPr>
          <w:p w14:paraId="067829D2" w14:textId="64EC4DFE" w:rsidR="00F73E55" w:rsidRPr="00061BC2" w:rsidRDefault="00061BC2" w:rsidP="0050537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УК-9</w:t>
            </w:r>
          </w:p>
        </w:tc>
        <w:tc>
          <w:tcPr>
            <w:tcW w:w="479" w:type="pct"/>
            <w:vAlign w:val="center"/>
          </w:tcPr>
          <w:p w14:paraId="4AE91EED" w14:textId="77777777" w:rsidR="00F73E55" w:rsidRDefault="00F73E55" w:rsidP="00505372">
            <w:pPr>
              <w:jc w:val="center"/>
            </w:pPr>
            <w:r>
              <w:t>78.0%</w:t>
            </w:r>
          </w:p>
        </w:tc>
        <w:tc>
          <w:tcPr>
            <w:tcW w:w="437" w:type="pct"/>
            <w:vAlign w:val="center"/>
          </w:tcPr>
          <w:p w14:paraId="6C54486E" w14:textId="77777777" w:rsidR="00F73E55" w:rsidRDefault="00F73E55" w:rsidP="00505372">
            <w:pPr>
              <w:jc w:val="center"/>
            </w:pPr>
            <w:r>
              <w:t>11.05.2026</w:t>
            </w:r>
          </w:p>
        </w:tc>
      </w:tr>
      <w:tr w:rsidR="00F73E55" w14:paraId="255702D3" w14:textId="77777777" w:rsidTr="00505372">
        <w:tc>
          <w:tcPr>
            <w:tcW w:w="354" w:type="pct"/>
            <w:vAlign w:val="center"/>
          </w:tcPr>
          <w:p w14:paraId="52B6E5E6" w14:textId="77777777" w:rsidR="00F73E55" w:rsidRDefault="00F73E55" w:rsidP="00505372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4D9E9B45" w14:textId="77777777" w:rsidR="00F73E55" w:rsidRPr="00644EEB" w:rsidRDefault="00F73E55" w:rsidP="00644EEB">
            <w:pPr>
              <w:jc w:val="center"/>
              <w:rPr>
                <w:lang w:val="ru-RU"/>
              </w:rPr>
            </w:pPr>
            <w:r w:rsidRPr="00644EEB">
              <w:rPr>
                <w:lang w:val="ru-RU"/>
              </w:rPr>
              <w:t>Экономика и организация производства строительных материалов</w:t>
            </w:r>
          </w:p>
        </w:tc>
        <w:tc>
          <w:tcPr>
            <w:tcW w:w="308" w:type="pct"/>
            <w:vAlign w:val="center"/>
          </w:tcPr>
          <w:p w14:paraId="58B7836D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1339D2E1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2C5BB2E5" w14:textId="77777777" w:rsidR="00F73E55" w:rsidRDefault="00F73E55" w:rsidP="00505372">
            <w:pPr>
              <w:jc w:val="center"/>
            </w:pPr>
            <w:r>
              <w:t>ЭСМ-23</w:t>
            </w:r>
          </w:p>
        </w:tc>
        <w:tc>
          <w:tcPr>
            <w:tcW w:w="1334" w:type="pct"/>
            <w:vAlign w:val="center"/>
          </w:tcPr>
          <w:p w14:paraId="54EAB4A9" w14:textId="5AA34B1A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Б1.В.04.02</w:t>
            </w:r>
            <w:r w:rsidR="00061BC2">
              <w:rPr>
                <w:lang w:val="ru-RU"/>
              </w:rPr>
              <w:t xml:space="preserve"> </w:t>
            </w:r>
            <w:r w:rsidRPr="00B808C6">
              <w:rPr>
                <w:lang w:val="ru-RU"/>
              </w:rPr>
              <w:t>Экономика отрасли (строительной)</w:t>
            </w:r>
          </w:p>
        </w:tc>
        <w:tc>
          <w:tcPr>
            <w:tcW w:w="526" w:type="pct"/>
            <w:vAlign w:val="center"/>
          </w:tcPr>
          <w:p w14:paraId="4B219D72" w14:textId="77777777" w:rsidR="00F73E55" w:rsidRDefault="00F73E55" w:rsidP="00505372">
            <w:pPr>
              <w:jc w:val="center"/>
            </w:pPr>
            <w:r>
              <w:t>ПК-4</w:t>
            </w:r>
          </w:p>
        </w:tc>
        <w:tc>
          <w:tcPr>
            <w:tcW w:w="479" w:type="pct"/>
            <w:vAlign w:val="center"/>
          </w:tcPr>
          <w:p w14:paraId="63A20763" w14:textId="77777777" w:rsidR="00F73E55" w:rsidRDefault="00F73E55" w:rsidP="00505372">
            <w:pPr>
              <w:jc w:val="center"/>
            </w:pPr>
            <w:r>
              <w:t>75.0%</w:t>
            </w:r>
          </w:p>
        </w:tc>
        <w:tc>
          <w:tcPr>
            <w:tcW w:w="437" w:type="pct"/>
            <w:vAlign w:val="center"/>
          </w:tcPr>
          <w:p w14:paraId="5A024D29" w14:textId="77777777" w:rsidR="00F73E55" w:rsidRDefault="00F73E55" w:rsidP="00505372">
            <w:pPr>
              <w:jc w:val="center"/>
            </w:pPr>
            <w:r>
              <w:t>12.05.2026</w:t>
            </w:r>
          </w:p>
        </w:tc>
      </w:tr>
      <w:tr w:rsidR="00F73E55" w14:paraId="5FC5CFDA" w14:textId="77777777" w:rsidTr="00505372">
        <w:tc>
          <w:tcPr>
            <w:tcW w:w="354" w:type="pct"/>
            <w:vAlign w:val="center"/>
          </w:tcPr>
          <w:p w14:paraId="161425D5" w14:textId="77777777" w:rsidR="00F73E55" w:rsidRDefault="00F73E55" w:rsidP="00505372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1DFC134E" w14:textId="77777777" w:rsidR="00F73E55" w:rsidRPr="00644EEB" w:rsidRDefault="00F73E55" w:rsidP="00644EEB">
            <w:pPr>
              <w:jc w:val="center"/>
              <w:rPr>
                <w:lang w:val="ru-RU"/>
              </w:rPr>
            </w:pPr>
            <w:r w:rsidRPr="00644EEB">
              <w:rPr>
                <w:lang w:val="ru-RU"/>
              </w:rPr>
              <w:t>Экономика и организация производства строительных материалов</w:t>
            </w:r>
          </w:p>
        </w:tc>
        <w:tc>
          <w:tcPr>
            <w:tcW w:w="308" w:type="pct"/>
            <w:vAlign w:val="center"/>
          </w:tcPr>
          <w:p w14:paraId="6A7D5047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647DB5CB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45B40C34" w14:textId="77777777" w:rsidR="00F73E55" w:rsidRDefault="00F73E55" w:rsidP="00505372">
            <w:pPr>
              <w:jc w:val="center"/>
            </w:pPr>
            <w:r>
              <w:t>ЭСМ-23</w:t>
            </w:r>
          </w:p>
        </w:tc>
        <w:tc>
          <w:tcPr>
            <w:tcW w:w="1334" w:type="pct"/>
            <w:vAlign w:val="center"/>
          </w:tcPr>
          <w:p w14:paraId="27451077" w14:textId="6AF9E6A5" w:rsidR="00F73E55" w:rsidRPr="00B808C6" w:rsidRDefault="00061BC2" w:rsidP="00505372">
            <w:pPr>
              <w:jc w:val="center"/>
              <w:rPr>
                <w:lang w:val="ru-RU"/>
              </w:rPr>
            </w:pPr>
            <w:r w:rsidRPr="00061BC2">
              <w:rPr>
                <w:lang w:val="ru-RU"/>
              </w:rPr>
              <w:t>Б1.В.02.02</w:t>
            </w:r>
            <w:r w:rsidRPr="00061BC2">
              <w:rPr>
                <w:lang w:val="ru-RU"/>
              </w:rPr>
              <w:t xml:space="preserve"> </w:t>
            </w:r>
            <w:r w:rsidRPr="00B808C6">
              <w:rPr>
                <w:lang w:val="ru-RU"/>
              </w:rPr>
              <w:t xml:space="preserve">Проектирование предприятий строительных материалов, изделий и конструкций </w:t>
            </w:r>
            <w:r w:rsidR="00F73E55" w:rsidRPr="00B808C6">
              <w:rPr>
                <w:lang w:val="ru-RU"/>
              </w:rPr>
              <w:t xml:space="preserve">(6 семестр) </w:t>
            </w:r>
          </w:p>
        </w:tc>
        <w:tc>
          <w:tcPr>
            <w:tcW w:w="526" w:type="pct"/>
            <w:vAlign w:val="center"/>
          </w:tcPr>
          <w:p w14:paraId="1F957C73" w14:textId="77777777" w:rsidR="00F73E55" w:rsidRDefault="00F73E55" w:rsidP="00505372">
            <w:pPr>
              <w:jc w:val="center"/>
            </w:pPr>
            <w:r>
              <w:t>ПК-1, ПК-3</w:t>
            </w:r>
          </w:p>
        </w:tc>
        <w:tc>
          <w:tcPr>
            <w:tcW w:w="479" w:type="pct"/>
            <w:vAlign w:val="center"/>
          </w:tcPr>
          <w:p w14:paraId="44D40BBD" w14:textId="77777777" w:rsidR="00F73E55" w:rsidRDefault="00F73E55" w:rsidP="00505372">
            <w:pPr>
              <w:jc w:val="center"/>
            </w:pPr>
            <w:r>
              <w:t>73.0%</w:t>
            </w:r>
          </w:p>
        </w:tc>
        <w:tc>
          <w:tcPr>
            <w:tcW w:w="437" w:type="pct"/>
            <w:vAlign w:val="center"/>
          </w:tcPr>
          <w:p w14:paraId="15D321D6" w14:textId="77777777" w:rsidR="00F73E55" w:rsidRDefault="00F73E55" w:rsidP="00505372">
            <w:pPr>
              <w:jc w:val="center"/>
            </w:pPr>
            <w:r>
              <w:t>12.05.2026</w:t>
            </w:r>
          </w:p>
        </w:tc>
      </w:tr>
      <w:tr w:rsidR="00F73E55" w14:paraId="0D523370" w14:textId="77777777" w:rsidTr="00505372">
        <w:tc>
          <w:tcPr>
            <w:tcW w:w="354" w:type="pct"/>
            <w:vAlign w:val="center"/>
          </w:tcPr>
          <w:p w14:paraId="42C3D87A" w14:textId="77777777" w:rsidR="00F73E55" w:rsidRDefault="00F73E55" w:rsidP="00505372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6E54AAF1" w14:textId="77777777" w:rsidR="00F73E55" w:rsidRPr="00644EEB" w:rsidRDefault="00F73E55" w:rsidP="00644EEB">
            <w:pPr>
              <w:jc w:val="center"/>
              <w:rPr>
                <w:lang w:val="ru-RU"/>
              </w:rPr>
            </w:pPr>
            <w:r w:rsidRPr="00644EEB">
              <w:rPr>
                <w:lang w:val="ru-RU"/>
              </w:rPr>
              <w:t>Экономика и организация производства строительных материалов</w:t>
            </w:r>
          </w:p>
        </w:tc>
        <w:tc>
          <w:tcPr>
            <w:tcW w:w="308" w:type="pct"/>
            <w:vAlign w:val="center"/>
          </w:tcPr>
          <w:p w14:paraId="412ECB99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3B4583B9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74DB338F" w14:textId="77777777" w:rsidR="00F73E55" w:rsidRDefault="00F73E55" w:rsidP="00505372">
            <w:pPr>
              <w:jc w:val="center"/>
            </w:pPr>
            <w:r>
              <w:t>ЭСМ-23</w:t>
            </w:r>
          </w:p>
        </w:tc>
        <w:tc>
          <w:tcPr>
            <w:tcW w:w="1334" w:type="pct"/>
            <w:vAlign w:val="center"/>
          </w:tcPr>
          <w:p w14:paraId="1855EF9C" w14:textId="10122B99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Б1.О.08.05 Управление качеством в строительстве</w:t>
            </w:r>
          </w:p>
        </w:tc>
        <w:tc>
          <w:tcPr>
            <w:tcW w:w="526" w:type="pct"/>
            <w:vAlign w:val="center"/>
          </w:tcPr>
          <w:p w14:paraId="33D5F47C" w14:textId="77777777" w:rsidR="00F73E55" w:rsidRDefault="00F73E55" w:rsidP="00505372">
            <w:pPr>
              <w:jc w:val="center"/>
            </w:pPr>
            <w:r>
              <w:t>ОПК-4, ОПК-7</w:t>
            </w:r>
          </w:p>
        </w:tc>
        <w:tc>
          <w:tcPr>
            <w:tcW w:w="479" w:type="pct"/>
            <w:vAlign w:val="center"/>
          </w:tcPr>
          <w:p w14:paraId="32111775" w14:textId="77777777" w:rsidR="00F73E55" w:rsidRDefault="00F73E55" w:rsidP="00505372">
            <w:pPr>
              <w:jc w:val="center"/>
            </w:pPr>
            <w:r>
              <w:t>57.0%</w:t>
            </w:r>
          </w:p>
        </w:tc>
        <w:tc>
          <w:tcPr>
            <w:tcW w:w="437" w:type="pct"/>
            <w:vAlign w:val="center"/>
          </w:tcPr>
          <w:p w14:paraId="54BDB83F" w14:textId="77777777" w:rsidR="00F73E55" w:rsidRDefault="00F73E55" w:rsidP="00505372">
            <w:pPr>
              <w:jc w:val="center"/>
            </w:pPr>
            <w:r>
              <w:t>13.05.2026</w:t>
            </w:r>
          </w:p>
        </w:tc>
      </w:tr>
      <w:tr w:rsidR="00F73E55" w14:paraId="1BE1FCAE" w14:textId="77777777" w:rsidTr="00505372">
        <w:tc>
          <w:tcPr>
            <w:tcW w:w="354" w:type="pct"/>
            <w:vAlign w:val="center"/>
          </w:tcPr>
          <w:p w14:paraId="258C0E68" w14:textId="77777777" w:rsidR="00F73E55" w:rsidRDefault="00F73E55" w:rsidP="00505372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09116089" w14:textId="77777777" w:rsidR="00F73E55" w:rsidRPr="00644EEB" w:rsidRDefault="00F73E55" w:rsidP="00644EEB">
            <w:pPr>
              <w:jc w:val="center"/>
              <w:rPr>
                <w:lang w:val="ru-RU"/>
              </w:rPr>
            </w:pPr>
            <w:r w:rsidRPr="00644EEB">
              <w:rPr>
                <w:lang w:val="ru-RU"/>
              </w:rPr>
              <w:t xml:space="preserve">Экономика и организация </w:t>
            </w:r>
            <w:r w:rsidRPr="00644EEB">
              <w:rPr>
                <w:lang w:val="ru-RU"/>
              </w:rPr>
              <w:lastRenderedPageBreak/>
              <w:t>производства строительных материалов</w:t>
            </w:r>
          </w:p>
        </w:tc>
        <w:tc>
          <w:tcPr>
            <w:tcW w:w="308" w:type="pct"/>
            <w:vAlign w:val="center"/>
          </w:tcPr>
          <w:p w14:paraId="7AB11672" w14:textId="77777777" w:rsidR="00F73E55" w:rsidRDefault="00F73E55" w:rsidP="00505372">
            <w:pPr>
              <w:jc w:val="center"/>
            </w:pPr>
            <w:r>
              <w:lastRenderedPageBreak/>
              <w:t>2024</w:t>
            </w:r>
          </w:p>
        </w:tc>
        <w:tc>
          <w:tcPr>
            <w:tcW w:w="229" w:type="pct"/>
            <w:vAlign w:val="center"/>
          </w:tcPr>
          <w:p w14:paraId="76B719D5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6966FB7C" w14:textId="77777777" w:rsidR="00F73E55" w:rsidRDefault="00F73E55" w:rsidP="00505372">
            <w:pPr>
              <w:jc w:val="center"/>
            </w:pPr>
            <w:r>
              <w:t>ЭСМ-24</w:t>
            </w:r>
          </w:p>
        </w:tc>
        <w:tc>
          <w:tcPr>
            <w:tcW w:w="1334" w:type="pct"/>
            <w:vAlign w:val="center"/>
          </w:tcPr>
          <w:p w14:paraId="2ECAAEAC" w14:textId="241F568A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Б1.О.02.03 Социология</w:t>
            </w:r>
          </w:p>
        </w:tc>
        <w:tc>
          <w:tcPr>
            <w:tcW w:w="526" w:type="pct"/>
            <w:vAlign w:val="center"/>
          </w:tcPr>
          <w:p w14:paraId="309BC22B" w14:textId="77777777" w:rsidR="00F73E55" w:rsidRDefault="00F73E55" w:rsidP="00505372">
            <w:pPr>
              <w:jc w:val="center"/>
            </w:pPr>
            <w:r>
              <w:t>УК-3, УК-5, УК-6, УК-10</w:t>
            </w:r>
          </w:p>
        </w:tc>
        <w:tc>
          <w:tcPr>
            <w:tcW w:w="479" w:type="pct"/>
            <w:vAlign w:val="center"/>
          </w:tcPr>
          <w:p w14:paraId="6274C29C" w14:textId="77777777" w:rsidR="00F73E55" w:rsidRDefault="00F73E55" w:rsidP="00505372">
            <w:pPr>
              <w:jc w:val="center"/>
            </w:pPr>
            <w:r>
              <w:t>89.0%</w:t>
            </w:r>
          </w:p>
        </w:tc>
        <w:tc>
          <w:tcPr>
            <w:tcW w:w="437" w:type="pct"/>
            <w:vAlign w:val="center"/>
          </w:tcPr>
          <w:p w14:paraId="345AD674" w14:textId="77777777" w:rsidR="00F73E55" w:rsidRDefault="00F73E55" w:rsidP="00505372">
            <w:pPr>
              <w:jc w:val="center"/>
            </w:pPr>
            <w:r>
              <w:t>14.05.2026</w:t>
            </w:r>
          </w:p>
        </w:tc>
      </w:tr>
      <w:tr w:rsidR="00F73E55" w14:paraId="1E60C642" w14:textId="77777777" w:rsidTr="00505372">
        <w:tc>
          <w:tcPr>
            <w:tcW w:w="354" w:type="pct"/>
            <w:vAlign w:val="center"/>
          </w:tcPr>
          <w:p w14:paraId="47A75F33" w14:textId="77777777" w:rsidR="00F73E55" w:rsidRDefault="00F73E55" w:rsidP="00505372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7AFC0602" w14:textId="77777777" w:rsidR="00F73E55" w:rsidRPr="00644EEB" w:rsidRDefault="00F73E55" w:rsidP="00644EEB">
            <w:pPr>
              <w:jc w:val="center"/>
              <w:rPr>
                <w:lang w:val="ru-RU"/>
              </w:rPr>
            </w:pPr>
            <w:r w:rsidRPr="00644EEB">
              <w:rPr>
                <w:lang w:val="ru-RU"/>
              </w:rPr>
              <w:t>Экономика и организация производства строительных материалов</w:t>
            </w:r>
          </w:p>
        </w:tc>
        <w:tc>
          <w:tcPr>
            <w:tcW w:w="308" w:type="pct"/>
            <w:vAlign w:val="center"/>
          </w:tcPr>
          <w:p w14:paraId="317F7CCE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02E3AAE7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73201F01" w14:textId="77777777" w:rsidR="00F73E55" w:rsidRDefault="00F73E55" w:rsidP="00505372">
            <w:pPr>
              <w:jc w:val="center"/>
            </w:pPr>
            <w:r>
              <w:t>ЭСМ-24</w:t>
            </w:r>
          </w:p>
        </w:tc>
        <w:tc>
          <w:tcPr>
            <w:tcW w:w="1334" w:type="pct"/>
            <w:vAlign w:val="center"/>
          </w:tcPr>
          <w:p w14:paraId="32526752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Б1.0.06.04 Физическая культура и спорт</w:t>
            </w:r>
          </w:p>
        </w:tc>
        <w:tc>
          <w:tcPr>
            <w:tcW w:w="526" w:type="pct"/>
            <w:vAlign w:val="center"/>
          </w:tcPr>
          <w:p w14:paraId="1E528C3C" w14:textId="667A06A4" w:rsidR="00F73E55" w:rsidRPr="00B808C6" w:rsidRDefault="00061BC2" w:rsidP="0050537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УК-7</w:t>
            </w:r>
          </w:p>
        </w:tc>
        <w:tc>
          <w:tcPr>
            <w:tcW w:w="479" w:type="pct"/>
            <w:vAlign w:val="center"/>
          </w:tcPr>
          <w:p w14:paraId="5FDA8C4C" w14:textId="77777777" w:rsidR="00F73E55" w:rsidRDefault="00F73E55" w:rsidP="00505372">
            <w:pPr>
              <w:jc w:val="center"/>
            </w:pPr>
            <w:r>
              <w:t>80.0%</w:t>
            </w:r>
          </w:p>
        </w:tc>
        <w:tc>
          <w:tcPr>
            <w:tcW w:w="437" w:type="pct"/>
            <w:vAlign w:val="center"/>
          </w:tcPr>
          <w:p w14:paraId="5E4529C8" w14:textId="77777777" w:rsidR="00F73E55" w:rsidRDefault="00F73E55" w:rsidP="00505372">
            <w:pPr>
              <w:jc w:val="center"/>
            </w:pPr>
            <w:r>
              <w:t>14.05.2026</w:t>
            </w:r>
          </w:p>
        </w:tc>
      </w:tr>
      <w:tr w:rsidR="00F73E55" w14:paraId="16CE87C4" w14:textId="77777777" w:rsidTr="00505372">
        <w:tc>
          <w:tcPr>
            <w:tcW w:w="354" w:type="pct"/>
            <w:vAlign w:val="center"/>
          </w:tcPr>
          <w:p w14:paraId="01A29B56" w14:textId="77777777" w:rsidR="00F73E55" w:rsidRDefault="00F73E55" w:rsidP="00505372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562DDF0C" w14:textId="77777777" w:rsidR="00F73E55" w:rsidRPr="00644EEB" w:rsidRDefault="00F73E55" w:rsidP="00644EEB">
            <w:pPr>
              <w:jc w:val="center"/>
              <w:rPr>
                <w:lang w:val="ru-RU"/>
              </w:rPr>
            </w:pPr>
            <w:r w:rsidRPr="00644EEB">
              <w:rPr>
                <w:lang w:val="ru-RU"/>
              </w:rPr>
              <w:t>Экономика и организация производства строительных материалов</w:t>
            </w:r>
          </w:p>
        </w:tc>
        <w:tc>
          <w:tcPr>
            <w:tcW w:w="308" w:type="pct"/>
            <w:vAlign w:val="center"/>
          </w:tcPr>
          <w:p w14:paraId="38D2C107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0843FD8B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3362625D" w14:textId="77777777" w:rsidR="00F73E55" w:rsidRDefault="00F73E55" w:rsidP="00505372">
            <w:pPr>
              <w:jc w:val="center"/>
            </w:pPr>
            <w:r>
              <w:t>ЭСМ-23</w:t>
            </w:r>
          </w:p>
        </w:tc>
        <w:tc>
          <w:tcPr>
            <w:tcW w:w="1334" w:type="pct"/>
            <w:vAlign w:val="center"/>
          </w:tcPr>
          <w:p w14:paraId="60644B59" w14:textId="74746537" w:rsidR="00F73E55" w:rsidRPr="00B808C6" w:rsidRDefault="00061BC2" w:rsidP="00505372">
            <w:pPr>
              <w:jc w:val="center"/>
              <w:rPr>
                <w:lang w:val="ru-RU"/>
              </w:rPr>
            </w:pPr>
            <w:r w:rsidRPr="00061BC2">
              <w:rPr>
                <w:lang w:val="ru-RU"/>
              </w:rPr>
              <w:t>Б1.В.01.12</w:t>
            </w:r>
            <w:r w:rsidRPr="00061BC2">
              <w:rPr>
                <w:lang w:val="ru-RU"/>
              </w:rPr>
              <w:t xml:space="preserve"> </w:t>
            </w:r>
            <w:r w:rsidR="00F73E55" w:rsidRPr="00B808C6">
              <w:rPr>
                <w:lang w:val="ru-RU"/>
              </w:rPr>
              <w:t xml:space="preserve">ЖБИ </w:t>
            </w:r>
            <w:r w:rsidRPr="00B808C6">
              <w:rPr>
                <w:lang w:val="ru-RU"/>
              </w:rPr>
              <w:t>и ограждающие конструкции зданий</w:t>
            </w:r>
          </w:p>
        </w:tc>
        <w:tc>
          <w:tcPr>
            <w:tcW w:w="526" w:type="pct"/>
            <w:vAlign w:val="center"/>
          </w:tcPr>
          <w:p w14:paraId="02AB6CB4" w14:textId="0F350FA2" w:rsidR="00F73E55" w:rsidRPr="00B808C6" w:rsidRDefault="00061BC2" w:rsidP="0050537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ПК-1</w:t>
            </w:r>
          </w:p>
        </w:tc>
        <w:tc>
          <w:tcPr>
            <w:tcW w:w="479" w:type="pct"/>
            <w:vAlign w:val="center"/>
          </w:tcPr>
          <w:p w14:paraId="0575E0EE" w14:textId="77777777" w:rsidR="00F73E55" w:rsidRDefault="00F73E55" w:rsidP="00505372">
            <w:pPr>
              <w:jc w:val="center"/>
            </w:pPr>
            <w:r>
              <w:t>51.0%</w:t>
            </w:r>
          </w:p>
        </w:tc>
        <w:tc>
          <w:tcPr>
            <w:tcW w:w="437" w:type="pct"/>
            <w:vAlign w:val="center"/>
          </w:tcPr>
          <w:p w14:paraId="1642AC09" w14:textId="77777777" w:rsidR="00F73E55" w:rsidRDefault="00F73E55" w:rsidP="00505372">
            <w:pPr>
              <w:jc w:val="center"/>
            </w:pPr>
            <w:r>
              <w:t>24.05.2026</w:t>
            </w:r>
          </w:p>
        </w:tc>
      </w:tr>
      <w:tr w:rsidR="00F73E55" w14:paraId="11FDD775" w14:textId="77777777" w:rsidTr="00505372">
        <w:tc>
          <w:tcPr>
            <w:tcW w:w="354" w:type="pct"/>
            <w:vAlign w:val="center"/>
          </w:tcPr>
          <w:p w14:paraId="0C3B1EC5" w14:textId="77777777" w:rsidR="00F73E55" w:rsidRDefault="00F73E55" w:rsidP="00505372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53181C02" w14:textId="77777777" w:rsidR="00F73E55" w:rsidRPr="00644EEB" w:rsidRDefault="00F73E55" w:rsidP="00644EEB">
            <w:pPr>
              <w:jc w:val="center"/>
              <w:rPr>
                <w:lang w:val="ru-RU"/>
              </w:rPr>
            </w:pPr>
            <w:r w:rsidRPr="00644EEB">
              <w:rPr>
                <w:lang w:val="ru-RU"/>
              </w:rPr>
              <w:t>Экономика и организация производства строительных материалов</w:t>
            </w:r>
          </w:p>
        </w:tc>
        <w:tc>
          <w:tcPr>
            <w:tcW w:w="308" w:type="pct"/>
            <w:vAlign w:val="center"/>
          </w:tcPr>
          <w:p w14:paraId="5EF74FE7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50C14AE7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22634EAB" w14:textId="77777777" w:rsidR="00F73E55" w:rsidRDefault="00F73E55" w:rsidP="00505372">
            <w:pPr>
              <w:jc w:val="center"/>
            </w:pPr>
            <w:r>
              <w:t>ЭСМ-24</w:t>
            </w:r>
          </w:p>
        </w:tc>
        <w:tc>
          <w:tcPr>
            <w:tcW w:w="1334" w:type="pct"/>
            <w:vAlign w:val="center"/>
          </w:tcPr>
          <w:p w14:paraId="56CDCC4A" w14:textId="1F10FE02" w:rsidR="00F73E55" w:rsidRPr="00B808C6" w:rsidRDefault="003821DC" w:rsidP="00505372">
            <w:pPr>
              <w:jc w:val="center"/>
              <w:rPr>
                <w:lang w:val="ru-RU"/>
              </w:rPr>
            </w:pPr>
            <w:r w:rsidRPr="003821DC">
              <w:rPr>
                <w:lang w:val="ru-RU"/>
              </w:rPr>
              <w:t>Б1.О.11.02</w:t>
            </w:r>
            <w:r w:rsidRPr="003821DC">
              <w:rPr>
                <w:lang w:val="ru-RU"/>
              </w:rPr>
              <w:t xml:space="preserve"> </w:t>
            </w:r>
            <w:r w:rsidR="00F73E55" w:rsidRPr="00B808C6">
              <w:rPr>
                <w:lang w:val="ru-RU"/>
              </w:rPr>
              <w:t xml:space="preserve">Водоснабжение и водоотведение с основами гидравлики </w:t>
            </w:r>
          </w:p>
        </w:tc>
        <w:tc>
          <w:tcPr>
            <w:tcW w:w="526" w:type="pct"/>
            <w:vAlign w:val="center"/>
          </w:tcPr>
          <w:p w14:paraId="30230861" w14:textId="77777777" w:rsidR="00F73E55" w:rsidRDefault="00F73E55" w:rsidP="00505372">
            <w:pPr>
              <w:jc w:val="center"/>
            </w:pPr>
            <w:r>
              <w:t>ОПК-10</w:t>
            </w:r>
          </w:p>
        </w:tc>
        <w:tc>
          <w:tcPr>
            <w:tcW w:w="479" w:type="pct"/>
            <w:vAlign w:val="center"/>
          </w:tcPr>
          <w:p w14:paraId="4B052E61" w14:textId="77777777" w:rsidR="00F73E55" w:rsidRDefault="00F73E55" w:rsidP="00505372">
            <w:pPr>
              <w:jc w:val="center"/>
            </w:pPr>
            <w:r>
              <w:t>71.0%</w:t>
            </w:r>
          </w:p>
        </w:tc>
        <w:tc>
          <w:tcPr>
            <w:tcW w:w="437" w:type="pct"/>
            <w:vAlign w:val="center"/>
          </w:tcPr>
          <w:p w14:paraId="20D12179" w14:textId="77777777" w:rsidR="00F73E55" w:rsidRDefault="00F73E55" w:rsidP="00505372">
            <w:pPr>
              <w:jc w:val="center"/>
            </w:pPr>
            <w:r>
              <w:t>25.05.2026</w:t>
            </w:r>
          </w:p>
        </w:tc>
      </w:tr>
      <w:tr w:rsidR="00F73E55" w14:paraId="4AA2C897" w14:textId="77777777" w:rsidTr="00505372">
        <w:tc>
          <w:tcPr>
            <w:tcW w:w="354" w:type="pct"/>
            <w:vAlign w:val="center"/>
          </w:tcPr>
          <w:p w14:paraId="523F5555" w14:textId="77777777" w:rsidR="00F73E55" w:rsidRDefault="00F73E55" w:rsidP="00505372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62B96FB3" w14:textId="77777777" w:rsidR="00F73E55" w:rsidRPr="00644EEB" w:rsidRDefault="00F73E55" w:rsidP="00644EEB">
            <w:pPr>
              <w:jc w:val="center"/>
              <w:rPr>
                <w:lang w:val="ru-RU"/>
              </w:rPr>
            </w:pPr>
            <w:r w:rsidRPr="00644EEB">
              <w:rPr>
                <w:lang w:val="ru-RU"/>
              </w:rPr>
              <w:t>Экономика и организация производства строительных материалов</w:t>
            </w:r>
          </w:p>
        </w:tc>
        <w:tc>
          <w:tcPr>
            <w:tcW w:w="308" w:type="pct"/>
            <w:vAlign w:val="center"/>
          </w:tcPr>
          <w:p w14:paraId="7EFF0D5A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19B0220B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1516CCA7" w14:textId="77777777" w:rsidR="00F73E55" w:rsidRDefault="00F73E55" w:rsidP="00505372">
            <w:pPr>
              <w:jc w:val="center"/>
            </w:pPr>
            <w:r>
              <w:t>ЭСМ-24</w:t>
            </w:r>
          </w:p>
        </w:tc>
        <w:tc>
          <w:tcPr>
            <w:tcW w:w="1334" w:type="pct"/>
            <w:vAlign w:val="center"/>
          </w:tcPr>
          <w:p w14:paraId="26B5CF2D" w14:textId="69ED5C74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Б1.О.09.02 Техническая механика</w:t>
            </w:r>
          </w:p>
        </w:tc>
        <w:tc>
          <w:tcPr>
            <w:tcW w:w="526" w:type="pct"/>
            <w:vAlign w:val="center"/>
          </w:tcPr>
          <w:p w14:paraId="27D9C724" w14:textId="77777777" w:rsidR="00F73E55" w:rsidRDefault="00F73E55" w:rsidP="00505372">
            <w:pPr>
              <w:jc w:val="center"/>
            </w:pPr>
            <w:r>
              <w:t>ОПК-1</w:t>
            </w:r>
          </w:p>
        </w:tc>
        <w:tc>
          <w:tcPr>
            <w:tcW w:w="479" w:type="pct"/>
            <w:vAlign w:val="center"/>
          </w:tcPr>
          <w:p w14:paraId="68B98917" w14:textId="77777777" w:rsidR="00F73E55" w:rsidRDefault="00F73E55" w:rsidP="00505372">
            <w:pPr>
              <w:jc w:val="center"/>
            </w:pPr>
            <w:r>
              <w:t>80.0%</w:t>
            </w:r>
          </w:p>
        </w:tc>
        <w:tc>
          <w:tcPr>
            <w:tcW w:w="437" w:type="pct"/>
            <w:vAlign w:val="center"/>
          </w:tcPr>
          <w:p w14:paraId="30CD2F77" w14:textId="77777777" w:rsidR="00F73E55" w:rsidRDefault="00F73E55" w:rsidP="00505372">
            <w:pPr>
              <w:jc w:val="center"/>
            </w:pPr>
            <w:r>
              <w:t>27.05.2026</w:t>
            </w:r>
          </w:p>
        </w:tc>
      </w:tr>
      <w:tr w:rsidR="00F73E55" w14:paraId="62BF39C0" w14:textId="77777777" w:rsidTr="00505372">
        <w:tc>
          <w:tcPr>
            <w:tcW w:w="354" w:type="pct"/>
            <w:vAlign w:val="center"/>
          </w:tcPr>
          <w:p w14:paraId="61F612F5" w14:textId="77777777" w:rsidR="00F73E55" w:rsidRDefault="00F73E55" w:rsidP="00505372">
            <w:pPr>
              <w:jc w:val="center"/>
            </w:pPr>
            <w:r>
              <w:t>08.03.01</w:t>
            </w:r>
          </w:p>
        </w:tc>
        <w:tc>
          <w:tcPr>
            <w:tcW w:w="899" w:type="pct"/>
            <w:vAlign w:val="center"/>
          </w:tcPr>
          <w:p w14:paraId="3842337F" w14:textId="77777777" w:rsidR="00F73E55" w:rsidRPr="00644EEB" w:rsidRDefault="00F73E55" w:rsidP="00644EEB">
            <w:pPr>
              <w:jc w:val="center"/>
              <w:rPr>
                <w:lang w:val="ru-RU"/>
              </w:rPr>
            </w:pPr>
            <w:r w:rsidRPr="00644EEB">
              <w:rPr>
                <w:lang w:val="ru-RU"/>
              </w:rPr>
              <w:t>Экономика и организация производства строительных материалов</w:t>
            </w:r>
          </w:p>
        </w:tc>
        <w:tc>
          <w:tcPr>
            <w:tcW w:w="308" w:type="pct"/>
            <w:vAlign w:val="center"/>
          </w:tcPr>
          <w:p w14:paraId="5EBE5797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47332E7F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118B9488" w14:textId="77777777" w:rsidR="00F73E55" w:rsidRDefault="00F73E55" w:rsidP="00505372">
            <w:pPr>
              <w:jc w:val="center"/>
            </w:pPr>
            <w:r>
              <w:t>ЭСМ-23</w:t>
            </w:r>
          </w:p>
        </w:tc>
        <w:tc>
          <w:tcPr>
            <w:tcW w:w="1334" w:type="pct"/>
            <w:vAlign w:val="center"/>
          </w:tcPr>
          <w:p w14:paraId="32CDE971" w14:textId="04B19645" w:rsidR="00F73E55" w:rsidRPr="00B808C6" w:rsidRDefault="003821DC" w:rsidP="00505372">
            <w:pPr>
              <w:jc w:val="center"/>
              <w:rPr>
                <w:lang w:val="ru-RU"/>
              </w:rPr>
            </w:pPr>
            <w:r w:rsidRPr="003821DC">
              <w:rPr>
                <w:lang w:val="ru-RU"/>
              </w:rPr>
              <w:t>Б1.В.02.01</w:t>
            </w:r>
            <w:r w:rsidRPr="003821DC">
              <w:rPr>
                <w:lang w:val="ru-RU"/>
              </w:rPr>
              <w:t xml:space="preserve"> </w:t>
            </w:r>
            <w:r w:rsidR="00F73E55" w:rsidRPr="00B808C6">
              <w:rPr>
                <w:lang w:val="ru-RU"/>
              </w:rPr>
              <w:t>Технология бетона, материалов и изделий на основе вяжущих, 6 семестр</w:t>
            </w:r>
          </w:p>
        </w:tc>
        <w:tc>
          <w:tcPr>
            <w:tcW w:w="526" w:type="pct"/>
            <w:vAlign w:val="center"/>
          </w:tcPr>
          <w:p w14:paraId="20816B32" w14:textId="75B09B83" w:rsidR="00F73E55" w:rsidRPr="00B808C6" w:rsidRDefault="003821DC" w:rsidP="0050537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ПК-3</w:t>
            </w:r>
          </w:p>
        </w:tc>
        <w:tc>
          <w:tcPr>
            <w:tcW w:w="479" w:type="pct"/>
            <w:vAlign w:val="center"/>
          </w:tcPr>
          <w:p w14:paraId="1FFA1A28" w14:textId="77777777" w:rsidR="00F73E55" w:rsidRDefault="00F73E55" w:rsidP="00505372">
            <w:pPr>
              <w:jc w:val="center"/>
            </w:pPr>
            <w:r>
              <w:t>87.5%</w:t>
            </w:r>
          </w:p>
        </w:tc>
        <w:tc>
          <w:tcPr>
            <w:tcW w:w="437" w:type="pct"/>
            <w:vAlign w:val="center"/>
          </w:tcPr>
          <w:p w14:paraId="58CA44D3" w14:textId="77777777" w:rsidR="00F73E55" w:rsidRDefault="00F73E55" w:rsidP="00505372">
            <w:pPr>
              <w:jc w:val="center"/>
            </w:pPr>
            <w:r>
              <w:t>29.05.2026</w:t>
            </w:r>
          </w:p>
        </w:tc>
      </w:tr>
    </w:tbl>
    <w:p w14:paraId="7A04E189" w14:textId="77777777" w:rsidR="005C48D3" w:rsidRDefault="005C48D3"/>
    <w:sectPr w:rsidR="005C48D3" w:rsidSect="00505372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01F5333"/>
    <w:multiLevelType w:val="hybridMultilevel"/>
    <w:tmpl w:val="3326AA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CEF"/>
    <w:rsid w:val="00034616"/>
    <w:rsid w:val="0006063C"/>
    <w:rsid w:val="00061BC2"/>
    <w:rsid w:val="00073588"/>
    <w:rsid w:val="000E7510"/>
    <w:rsid w:val="001238B4"/>
    <w:rsid w:val="00134D91"/>
    <w:rsid w:val="0015074B"/>
    <w:rsid w:val="001C3013"/>
    <w:rsid w:val="00251283"/>
    <w:rsid w:val="0029639D"/>
    <w:rsid w:val="00326F90"/>
    <w:rsid w:val="003821DC"/>
    <w:rsid w:val="003B5616"/>
    <w:rsid w:val="00464C7F"/>
    <w:rsid w:val="00505372"/>
    <w:rsid w:val="00592540"/>
    <w:rsid w:val="005C48D3"/>
    <w:rsid w:val="00620119"/>
    <w:rsid w:val="00644EEB"/>
    <w:rsid w:val="00702BF4"/>
    <w:rsid w:val="00770A8D"/>
    <w:rsid w:val="008B2096"/>
    <w:rsid w:val="009122B5"/>
    <w:rsid w:val="00A12853"/>
    <w:rsid w:val="00A747C5"/>
    <w:rsid w:val="00A91224"/>
    <w:rsid w:val="00AA1D8D"/>
    <w:rsid w:val="00AA446A"/>
    <w:rsid w:val="00B47730"/>
    <w:rsid w:val="00B808C6"/>
    <w:rsid w:val="00C4015F"/>
    <w:rsid w:val="00CB0664"/>
    <w:rsid w:val="00DC6C23"/>
    <w:rsid w:val="00F73E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68884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4</cp:revision>
  <dcterms:created xsi:type="dcterms:W3CDTF">2026-08-07T03:20:00Z</dcterms:created>
  <dcterms:modified xsi:type="dcterms:W3CDTF">2026-08-07T03:29:00Z</dcterms:modified>
  <cp:category/>
</cp:coreProperties>
</file>