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96"/>
        <w:gridCol w:w="2470"/>
        <w:gridCol w:w="982"/>
        <w:gridCol w:w="791"/>
        <w:gridCol w:w="1108"/>
        <w:gridCol w:w="1525"/>
        <w:gridCol w:w="1311"/>
        <w:gridCol w:w="2097"/>
      </w:tblGrid>
      <w:tr w:rsidR="00A61351" w14:paraId="2CEDDC0A" w14:textId="77777777" w:rsidTr="001A1A84">
        <w:tc>
          <w:tcPr>
            <w:tcW w:w="1107" w:type="dxa"/>
            <w:vAlign w:val="center"/>
          </w:tcPr>
          <w:p w14:paraId="168BF4B1" w14:textId="77777777" w:rsidR="00A61351" w:rsidRDefault="00A61351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1236DE74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98" w:type="dxa"/>
            <w:vAlign w:val="center"/>
          </w:tcPr>
          <w:p w14:paraId="5E00CBCD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815" w:type="dxa"/>
            <w:vAlign w:val="center"/>
          </w:tcPr>
          <w:p w14:paraId="5F975222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119" w:type="dxa"/>
            <w:vAlign w:val="center"/>
          </w:tcPr>
          <w:p w14:paraId="4B36DA50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1262017D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14" w:type="dxa"/>
            <w:vAlign w:val="center"/>
          </w:tcPr>
          <w:p w14:paraId="54DFC464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277E2212" w14:textId="77777777" w:rsidR="00A61351" w:rsidRDefault="00A61351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A61351" w14:paraId="5285F02C" w14:textId="77777777" w:rsidTr="001A1A84">
        <w:tc>
          <w:tcPr>
            <w:tcW w:w="1107" w:type="dxa"/>
            <w:vAlign w:val="center"/>
          </w:tcPr>
          <w:p w14:paraId="3C1F3AC2" w14:textId="77777777" w:rsidR="00A61351" w:rsidRDefault="00A61351" w:rsidP="006E7F4C">
            <w:pPr>
              <w:jc w:val="center"/>
            </w:pPr>
            <w:r>
              <w:t>08.03.01</w:t>
            </w:r>
          </w:p>
        </w:tc>
        <w:tc>
          <w:tcPr>
            <w:tcW w:w="2631" w:type="dxa"/>
            <w:vAlign w:val="center"/>
          </w:tcPr>
          <w:p w14:paraId="151DF720" w14:textId="77777777" w:rsidR="00A61351" w:rsidRPr="007B438D" w:rsidRDefault="00A6135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998" w:type="dxa"/>
            <w:vAlign w:val="center"/>
          </w:tcPr>
          <w:p w14:paraId="399E4783" w14:textId="77777777" w:rsidR="00A61351" w:rsidRDefault="00A61351" w:rsidP="006E7F4C">
            <w:pPr>
              <w:jc w:val="center"/>
            </w:pPr>
            <w:r>
              <w:t>2022</w:t>
            </w:r>
          </w:p>
        </w:tc>
        <w:tc>
          <w:tcPr>
            <w:tcW w:w="815" w:type="dxa"/>
            <w:vAlign w:val="center"/>
          </w:tcPr>
          <w:p w14:paraId="082A51F9" w14:textId="77777777" w:rsidR="00A61351" w:rsidRDefault="00A61351" w:rsidP="006E7F4C">
            <w:pPr>
              <w:jc w:val="center"/>
            </w:pPr>
            <w:r>
              <w:t>4</w:t>
            </w:r>
          </w:p>
        </w:tc>
        <w:tc>
          <w:tcPr>
            <w:tcW w:w="1119" w:type="dxa"/>
            <w:vAlign w:val="center"/>
          </w:tcPr>
          <w:p w14:paraId="5A9767B7" w14:textId="77777777" w:rsidR="00A61351" w:rsidRDefault="00A61351" w:rsidP="006E7F4C">
            <w:pPr>
              <w:jc w:val="center"/>
            </w:pPr>
            <w:r>
              <w:t>58.0%</w:t>
            </w:r>
          </w:p>
        </w:tc>
        <w:tc>
          <w:tcPr>
            <w:tcW w:w="1525" w:type="dxa"/>
            <w:vAlign w:val="center"/>
          </w:tcPr>
          <w:p w14:paraId="7D72C266" w14:textId="7C9AAE47" w:rsidR="00A61351" w:rsidRPr="00272DD2" w:rsidRDefault="00272DD2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ПК-5</w:t>
            </w:r>
          </w:p>
        </w:tc>
        <w:tc>
          <w:tcPr>
            <w:tcW w:w="1314" w:type="dxa"/>
            <w:vAlign w:val="center"/>
          </w:tcPr>
          <w:p w14:paraId="3698CAFA" w14:textId="77777777" w:rsidR="00A61351" w:rsidRDefault="00A61351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1EAF9F7B" w14:textId="77777777" w:rsidR="00A61351" w:rsidRDefault="00A61351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A61351" w14:paraId="694BDB73" w14:textId="77777777" w:rsidTr="001A1A84">
        <w:tc>
          <w:tcPr>
            <w:tcW w:w="1107" w:type="dxa"/>
            <w:vAlign w:val="center"/>
          </w:tcPr>
          <w:p w14:paraId="775BB48D" w14:textId="77777777" w:rsidR="00A61351" w:rsidRDefault="00A61351" w:rsidP="006E7F4C">
            <w:pPr>
              <w:jc w:val="center"/>
            </w:pPr>
            <w:r>
              <w:t>08.03.01</w:t>
            </w:r>
          </w:p>
        </w:tc>
        <w:tc>
          <w:tcPr>
            <w:tcW w:w="2631" w:type="dxa"/>
            <w:vAlign w:val="center"/>
          </w:tcPr>
          <w:p w14:paraId="142A8CFF" w14:textId="77777777" w:rsidR="00A61351" w:rsidRPr="007B438D" w:rsidRDefault="00A6135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998" w:type="dxa"/>
            <w:vAlign w:val="center"/>
          </w:tcPr>
          <w:p w14:paraId="3F6FCB35" w14:textId="77777777" w:rsidR="00A61351" w:rsidRDefault="00A61351" w:rsidP="006E7F4C">
            <w:pPr>
              <w:jc w:val="center"/>
            </w:pPr>
            <w:r>
              <w:t>2023</w:t>
            </w:r>
          </w:p>
        </w:tc>
        <w:tc>
          <w:tcPr>
            <w:tcW w:w="815" w:type="dxa"/>
            <w:vAlign w:val="center"/>
          </w:tcPr>
          <w:p w14:paraId="3ED38F6A" w14:textId="77777777" w:rsidR="00A61351" w:rsidRDefault="00A61351" w:rsidP="006E7F4C">
            <w:pPr>
              <w:jc w:val="center"/>
            </w:pPr>
            <w:r>
              <w:t>3</w:t>
            </w:r>
          </w:p>
        </w:tc>
        <w:tc>
          <w:tcPr>
            <w:tcW w:w="1119" w:type="dxa"/>
            <w:vAlign w:val="center"/>
          </w:tcPr>
          <w:p w14:paraId="5531A335" w14:textId="77777777" w:rsidR="00A61351" w:rsidRDefault="00A61351" w:rsidP="006E7F4C">
            <w:pPr>
              <w:jc w:val="center"/>
            </w:pPr>
            <w:r>
              <w:t>70.25%</w:t>
            </w:r>
          </w:p>
        </w:tc>
        <w:tc>
          <w:tcPr>
            <w:tcW w:w="1525" w:type="dxa"/>
            <w:vAlign w:val="center"/>
          </w:tcPr>
          <w:p w14:paraId="6C4F0FF4" w14:textId="5FEE316D" w:rsidR="00A61351" w:rsidRPr="007B438D" w:rsidRDefault="00272DD2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УК-9, </w:t>
            </w:r>
            <w:r w:rsidR="00A61351" w:rsidRPr="007B438D">
              <w:rPr>
                <w:lang w:val="ru-RU"/>
              </w:rPr>
              <w:t>ОПК-4</w:t>
            </w:r>
            <w:r>
              <w:rPr>
                <w:lang w:val="ru-RU"/>
              </w:rPr>
              <w:t>,</w:t>
            </w:r>
            <w:r w:rsidR="00A61351" w:rsidRPr="007B438D">
              <w:rPr>
                <w:lang w:val="ru-RU"/>
              </w:rPr>
              <w:t xml:space="preserve"> ОПК-7</w:t>
            </w:r>
            <w:r>
              <w:rPr>
                <w:lang w:val="ru-RU"/>
              </w:rPr>
              <w:t>,</w:t>
            </w:r>
            <w:r w:rsidR="00A61351" w:rsidRPr="007B438D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="00A61351"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="00A61351" w:rsidRPr="007B438D">
              <w:rPr>
                <w:lang w:val="ru-RU"/>
              </w:rPr>
              <w:t xml:space="preserve"> ПК-4</w:t>
            </w:r>
          </w:p>
        </w:tc>
        <w:tc>
          <w:tcPr>
            <w:tcW w:w="1314" w:type="dxa"/>
            <w:vAlign w:val="center"/>
          </w:tcPr>
          <w:p w14:paraId="3023EC77" w14:textId="77777777" w:rsidR="00A61351" w:rsidRDefault="00A61351" w:rsidP="006E7F4C">
            <w:pPr>
              <w:jc w:val="center"/>
            </w:pPr>
            <w:r>
              <w:t>6</w:t>
            </w:r>
          </w:p>
        </w:tc>
        <w:tc>
          <w:tcPr>
            <w:tcW w:w="2097" w:type="dxa"/>
            <w:vAlign w:val="center"/>
          </w:tcPr>
          <w:p w14:paraId="6D336F90" w14:textId="77777777" w:rsidR="00A61351" w:rsidRDefault="00A61351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A61351" w14:paraId="43908202" w14:textId="77777777" w:rsidTr="001A1A84">
        <w:tc>
          <w:tcPr>
            <w:tcW w:w="1107" w:type="dxa"/>
            <w:vAlign w:val="center"/>
          </w:tcPr>
          <w:p w14:paraId="1E2EB999" w14:textId="77777777" w:rsidR="00A61351" w:rsidRDefault="00A61351" w:rsidP="006E7F4C">
            <w:pPr>
              <w:jc w:val="center"/>
            </w:pPr>
            <w:r>
              <w:t>08.03.01</w:t>
            </w:r>
          </w:p>
        </w:tc>
        <w:tc>
          <w:tcPr>
            <w:tcW w:w="2631" w:type="dxa"/>
            <w:vAlign w:val="center"/>
          </w:tcPr>
          <w:p w14:paraId="0192EEDD" w14:textId="77777777" w:rsidR="00A61351" w:rsidRPr="007B438D" w:rsidRDefault="00A6135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998" w:type="dxa"/>
            <w:vAlign w:val="center"/>
          </w:tcPr>
          <w:p w14:paraId="7CE24450" w14:textId="77777777" w:rsidR="00A61351" w:rsidRDefault="00A61351" w:rsidP="006E7F4C">
            <w:pPr>
              <w:jc w:val="center"/>
            </w:pPr>
            <w:r>
              <w:t>2024</w:t>
            </w:r>
          </w:p>
        </w:tc>
        <w:tc>
          <w:tcPr>
            <w:tcW w:w="815" w:type="dxa"/>
            <w:vAlign w:val="center"/>
          </w:tcPr>
          <w:p w14:paraId="0F639B77" w14:textId="77777777" w:rsidR="00A61351" w:rsidRDefault="00A61351" w:rsidP="006E7F4C">
            <w:pPr>
              <w:jc w:val="center"/>
            </w:pPr>
            <w:r>
              <w:t>2</w:t>
            </w:r>
          </w:p>
        </w:tc>
        <w:tc>
          <w:tcPr>
            <w:tcW w:w="1119" w:type="dxa"/>
            <w:vAlign w:val="center"/>
          </w:tcPr>
          <w:p w14:paraId="7B4FE08B" w14:textId="77777777" w:rsidR="00A61351" w:rsidRDefault="00A61351" w:rsidP="006E7F4C">
            <w:pPr>
              <w:jc w:val="center"/>
            </w:pPr>
            <w:r>
              <w:t>73.67%</w:t>
            </w:r>
          </w:p>
        </w:tc>
        <w:tc>
          <w:tcPr>
            <w:tcW w:w="1525" w:type="dxa"/>
            <w:vAlign w:val="center"/>
          </w:tcPr>
          <w:p w14:paraId="42663D2A" w14:textId="1CED8BFE" w:rsidR="00A61351" w:rsidRPr="007B438D" w:rsidRDefault="00272DD2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УК-6</w:t>
            </w:r>
            <w:r>
              <w:rPr>
                <w:lang w:val="ru-RU"/>
              </w:rPr>
              <w:t xml:space="preserve">, УК-7, </w:t>
            </w:r>
            <w:r w:rsidRPr="007B438D">
              <w:rPr>
                <w:lang w:val="ru-RU"/>
              </w:rPr>
              <w:t>УК-10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="00A61351" w:rsidRPr="007B438D">
              <w:rPr>
                <w:lang w:val="ru-RU"/>
              </w:rPr>
              <w:t>ОПК-1</w:t>
            </w:r>
            <w:r>
              <w:rPr>
                <w:lang w:val="ru-RU"/>
              </w:rPr>
              <w:t>,</w:t>
            </w:r>
            <w:r w:rsidR="00A61351" w:rsidRPr="007B438D">
              <w:rPr>
                <w:lang w:val="ru-RU"/>
              </w:rPr>
              <w:t xml:space="preserve"> ОПК-10 </w:t>
            </w:r>
          </w:p>
        </w:tc>
        <w:tc>
          <w:tcPr>
            <w:tcW w:w="1314" w:type="dxa"/>
            <w:vAlign w:val="center"/>
          </w:tcPr>
          <w:p w14:paraId="67455A15" w14:textId="77777777" w:rsidR="00A61351" w:rsidRDefault="00A61351" w:rsidP="006E7F4C">
            <w:pPr>
              <w:jc w:val="center"/>
            </w:pPr>
            <w:r>
              <w:t>6</w:t>
            </w:r>
          </w:p>
        </w:tc>
        <w:tc>
          <w:tcPr>
            <w:tcW w:w="2097" w:type="dxa"/>
            <w:vAlign w:val="center"/>
          </w:tcPr>
          <w:p w14:paraId="6A9DD20F" w14:textId="77777777" w:rsidR="00A61351" w:rsidRDefault="00A61351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272DD2"/>
    <w:rsid w:val="0029639D"/>
    <w:rsid w:val="00326F90"/>
    <w:rsid w:val="003704DD"/>
    <w:rsid w:val="004533B1"/>
    <w:rsid w:val="00505EA1"/>
    <w:rsid w:val="005068FE"/>
    <w:rsid w:val="00586473"/>
    <w:rsid w:val="006210DE"/>
    <w:rsid w:val="006E7F4C"/>
    <w:rsid w:val="007B438D"/>
    <w:rsid w:val="007F08E5"/>
    <w:rsid w:val="008657F1"/>
    <w:rsid w:val="008A61DE"/>
    <w:rsid w:val="00952B49"/>
    <w:rsid w:val="00995D0C"/>
    <w:rsid w:val="009961A2"/>
    <w:rsid w:val="00A61351"/>
    <w:rsid w:val="00AA1D8D"/>
    <w:rsid w:val="00B47730"/>
    <w:rsid w:val="00BA42F4"/>
    <w:rsid w:val="00CB0664"/>
    <w:rsid w:val="00CC52DB"/>
    <w:rsid w:val="00D00904"/>
    <w:rsid w:val="00D22F38"/>
    <w:rsid w:val="00D42075"/>
    <w:rsid w:val="00DC54C9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2026-08-07T03:21:00Z</dcterms:created>
  <dcterms:modified xsi:type="dcterms:W3CDTF">2026-08-07T03:29:00Z</dcterms:modified>
  <cp:category/>
</cp:coreProperties>
</file>