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506E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Отчёт по результатам тестирования 'ООП'</w:t>
      </w:r>
    </w:p>
    <w:p w14:paraId="68608618" w14:textId="77777777" w:rsidR="00A20636" w:rsidRPr="00FD08A6" w:rsidRDefault="00FD08A6">
      <w:pPr>
        <w:rPr>
          <w:lang w:val="ru-RU"/>
        </w:rPr>
      </w:pPr>
      <w:r w:rsidRPr="00FD08A6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39"/>
        <w:gridCol w:w="2672"/>
        <w:gridCol w:w="902"/>
        <w:gridCol w:w="685"/>
        <w:gridCol w:w="1267"/>
        <w:gridCol w:w="3906"/>
        <w:gridCol w:w="1541"/>
        <w:gridCol w:w="1403"/>
        <w:gridCol w:w="1281"/>
      </w:tblGrid>
      <w:tr w:rsidR="00FD08A6" w14:paraId="2E380B34" w14:textId="77777777" w:rsidTr="000E36AD">
        <w:tc>
          <w:tcPr>
            <w:tcW w:w="353" w:type="pct"/>
            <w:vAlign w:val="center"/>
          </w:tcPr>
          <w:p w14:paraId="15C2D64D" w14:textId="77777777" w:rsidR="00FD08A6" w:rsidRDefault="00FD08A6" w:rsidP="00A5446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909" w:type="pct"/>
            <w:vAlign w:val="center"/>
          </w:tcPr>
          <w:p w14:paraId="6EA40CC1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7" w:type="pct"/>
            <w:vAlign w:val="center"/>
          </w:tcPr>
          <w:p w14:paraId="268A3E94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33" w:type="pct"/>
            <w:vAlign w:val="center"/>
          </w:tcPr>
          <w:p w14:paraId="208F6DFD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1" w:type="pct"/>
            <w:vAlign w:val="center"/>
          </w:tcPr>
          <w:p w14:paraId="397B3B8F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29" w:type="pct"/>
            <w:vAlign w:val="center"/>
          </w:tcPr>
          <w:p w14:paraId="47A89CB7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4" w:type="pct"/>
            <w:vAlign w:val="center"/>
          </w:tcPr>
          <w:p w14:paraId="2A90E210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7" w:type="pct"/>
            <w:vAlign w:val="center"/>
          </w:tcPr>
          <w:p w14:paraId="133D4187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6" w:type="pct"/>
            <w:vAlign w:val="center"/>
          </w:tcPr>
          <w:p w14:paraId="300796FC" w14:textId="77777777" w:rsidR="00FD08A6" w:rsidRDefault="00FD08A6" w:rsidP="00A5446C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D08A6" w14:paraId="6ED0BDC1" w14:textId="77777777" w:rsidTr="000E36AD">
        <w:tc>
          <w:tcPr>
            <w:tcW w:w="353" w:type="pct"/>
            <w:vAlign w:val="center"/>
          </w:tcPr>
          <w:p w14:paraId="0B75637F" w14:textId="77777777" w:rsidR="00FD08A6" w:rsidRDefault="00FD08A6" w:rsidP="007C5C3C">
            <w:pPr>
              <w:jc w:val="center"/>
            </w:pPr>
            <w:r>
              <w:t>09.03.02</w:t>
            </w:r>
          </w:p>
        </w:tc>
        <w:tc>
          <w:tcPr>
            <w:tcW w:w="909" w:type="pct"/>
            <w:vAlign w:val="center"/>
          </w:tcPr>
          <w:p w14:paraId="3176B9CF" w14:textId="77777777" w:rsidR="00FD08A6" w:rsidRDefault="00FD08A6" w:rsidP="00A5446C">
            <w:pPr>
              <w:jc w:val="center"/>
            </w:pPr>
            <w:proofErr w:type="spellStart"/>
            <w: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  <w:r>
              <w:t xml:space="preserve"> и </w:t>
            </w:r>
            <w:proofErr w:type="spellStart"/>
            <w:r>
              <w:t>технологии</w:t>
            </w:r>
            <w:proofErr w:type="spellEnd"/>
          </w:p>
        </w:tc>
        <w:tc>
          <w:tcPr>
            <w:tcW w:w="307" w:type="pct"/>
            <w:vAlign w:val="center"/>
          </w:tcPr>
          <w:p w14:paraId="32C2F64B" w14:textId="77777777" w:rsidR="00FD08A6" w:rsidRDefault="00FD08A6" w:rsidP="00A5446C">
            <w:pPr>
              <w:jc w:val="center"/>
            </w:pPr>
            <w:r>
              <w:t>2025</w:t>
            </w:r>
          </w:p>
        </w:tc>
        <w:tc>
          <w:tcPr>
            <w:tcW w:w="233" w:type="pct"/>
            <w:vAlign w:val="center"/>
          </w:tcPr>
          <w:p w14:paraId="7C6F68A5" w14:textId="77777777" w:rsidR="00FD08A6" w:rsidRDefault="00FD08A6" w:rsidP="00A5446C">
            <w:pPr>
              <w:jc w:val="center"/>
            </w:pPr>
            <w:r>
              <w:t>1</w:t>
            </w:r>
          </w:p>
        </w:tc>
        <w:tc>
          <w:tcPr>
            <w:tcW w:w="431" w:type="pct"/>
            <w:vAlign w:val="center"/>
          </w:tcPr>
          <w:p w14:paraId="590E7422" w14:textId="77777777" w:rsidR="00FD08A6" w:rsidRDefault="00FD08A6" w:rsidP="00A5446C">
            <w:pPr>
              <w:jc w:val="center"/>
            </w:pPr>
            <w:r>
              <w:t>ИСиТ-25</w:t>
            </w:r>
          </w:p>
        </w:tc>
        <w:tc>
          <w:tcPr>
            <w:tcW w:w="1329" w:type="pct"/>
            <w:vAlign w:val="center"/>
          </w:tcPr>
          <w:p w14:paraId="1A8A0F4D" w14:textId="6B39C3B9" w:rsidR="00FD08A6" w:rsidRPr="000E36AD" w:rsidRDefault="000E36AD" w:rsidP="00A5446C">
            <w:pPr>
              <w:jc w:val="center"/>
              <w:rPr>
                <w:lang w:val="ru-RU"/>
              </w:rPr>
            </w:pPr>
            <w:r w:rsidRPr="000E36AD">
              <w:t>Б1.О.03.01</w:t>
            </w:r>
            <w:r>
              <w:rPr>
                <w:lang w:val="ru-RU"/>
              </w:rPr>
              <w:t xml:space="preserve"> </w:t>
            </w:r>
            <w:r w:rsidRPr="000E36AD">
              <w:rPr>
                <w:lang w:val="ru-RU"/>
              </w:rPr>
              <w:t>Экономика</w:t>
            </w:r>
          </w:p>
        </w:tc>
        <w:tc>
          <w:tcPr>
            <w:tcW w:w="524" w:type="pct"/>
            <w:vAlign w:val="center"/>
          </w:tcPr>
          <w:p w14:paraId="3D79B35F" w14:textId="53BAF6E8" w:rsidR="00FD08A6" w:rsidRPr="000E36AD" w:rsidRDefault="00FD08A6" w:rsidP="00A5446C">
            <w:pPr>
              <w:jc w:val="center"/>
              <w:rPr>
                <w:lang w:val="ru-RU"/>
              </w:rPr>
            </w:pPr>
            <w:r>
              <w:t>УК-</w:t>
            </w:r>
            <w:r w:rsidR="000E36AD">
              <w:rPr>
                <w:lang w:val="ru-RU"/>
              </w:rPr>
              <w:t>9</w:t>
            </w:r>
          </w:p>
        </w:tc>
        <w:tc>
          <w:tcPr>
            <w:tcW w:w="477" w:type="pct"/>
            <w:vAlign w:val="center"/>
          </w:tcPr>
          <w:p w14:paraId="00E31869" w14:textId="77777777" w:rsidR="00FD08A6" w:rsidRDefault="00FD08A6" w:rsidP="00A5446C">
            <w:pPr>
              <w:jc w:val="center"/>
            </w:pPr>
            <w:r>
              <w:t>72.0%</w:t>
            </w:r>
          </w:p>
        </w:tc>
        <w:tc>
          <w:tcPr>
            <w:tcW w:w="436" w:type="pct"/>
            <w:vAlign w:val="center"/>
          </w:tcPr>
          <w:p w14:paraId="232C1FE8" w14:textId="77777777" w:rsidR="00FD08A6" w:rsidRDefault="00FD08A6" w:rsidP="00A5446C">
            <w:pPr>
              <w:jc w:val="center"/>
            </w:pPr>
            <w:r>
              <w:t>17.03.2026</w:t>
            </w:r>
          </w:p>
        </w:tc>
      </w:tr>
      <w:tr w:rsidR="00FD08A6" w14:paraId="1EA1EF30" w14:textId="77777777" w:rsidTr="000E36AD">
        <w:tc>
          <w:tcPr>
            <w:tcW w:w="353" w:type="pct"/>
            <w:vAlign w:val="center"/>
          </w:tcPr>
          <w:p w14:paraId="5FC4CDA8" w14:textId="77777777" w:rsidR="00FD08A6" w:rsidRDefault="00FD08A6" w:rsidP="007C5C3C">
            <w:pPr>
              <w:jc w:val="center"/>
            </w:pPr>
            <w:r>
              <w:t>09.03.02</w:t>
            </w:r>
          </w:p>
        </w:tc>
        <w:tc>
          <w:tcPr>
            <w:tcW w:w="909" w:type="pct"/>
            <w:vAlign w:val="center"/>
          </w:tcPr>
          <w:p w14:paraId="1C1289B0" w14:textId="77777777" w:rsidR="00FD08A6" w:rsidRDefault="00FD08A6" w:rsidP="00A5446C">
            <w:pPr>
              <w:jc w:val="center"/>
            </w:pPr>
            <w:proofErr w:type="spellStart"/>
            <w: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  <w:r>
              <w:t xml:space="preserve"> и </w:t>
            </w:r>
            <w:proofErr w:type="spellStart"/>
            <w:r>
              <w:t>технологии</w:t>
            </w:r>
            <w:proofErr w:type="spellEnd"/>
          </w:p>
        </w:tc>
        <w:tc>
          <w:tcPr>
            <w:tcW w:w="307" w:type="pct"/>
            <w:vAlign w:val="center"/>
          </w:tcPr>
          <w:p w14:paraId="0E38EEBF" w14:textId="77777777" w:rsidR="00FD08A6" w:rsidRDefault="00FD08A6" w:rsidP="00A5446C">
            <w:pPr>
              <w:jc w:val="center"/>
            </w:pPr>
            <w:r>
              <w:t>2022</w:t>
            </w:r>
          </w:p>
        </w:tc>
        <w:tc>
          <w:tcPr>
            <w:tcW w:w="233" w:type="pct"/>
            <w:vAlign w:val="center"/>
          </w:tcPr>
          <w:p w14:paraId="392BC5A4" w14:textId="77777777" w:rsidR="00FD08A6" w:rsidRDefault="00FD08A6" w:rsidP="00A5446C">
            <w:pPr>
              <w:jc w:val="center"/>
            </w:pPr>
            <w:r>
              <w:t>4</w:t>
            </w:r>
          </w:p>
        </w:tc>
        <w:tc>
          <w:tcPr>
            <w:tcW w:w="431" w:type="pct"/>
            <w:vAlign w:val="center"/>
          </w:tcPr>
          <w:p w14:paraId="5F49FD84" w14:textId="36F3B44B" w:rsidR="00FD08A6" w:rsidRDefault="00FD08A6" w:rsidP="00A5446C">
            <w:pPr>
              <w:jc w:val="center"/>
            </w:pPr>
            <w:r>
              <w:t>ИСиТ-22</w:t>
            </w:r>
          </w:p>
        </w:tc>
        <w:tc>
          <w:tcPr>
            <w:tcW w:w="1329" w:type="pct"/>
            <w:vAlign w:val="center"/>
          </w:tcPr>
          <w:p w14:paraId="348FA219" w14:textId="646E018A" w:rsidR="00FD08A6" w:rsidRPr="00FD08A6" w:rsidRDefault="00FD08A6" w:rsidP="00A5446C">
            <w:pPr>
              <w:jc w:val="center"/>
              <w:rPr>
                <w:lang w:val="ru-RU"/>
              </w:rPr>
            </w:pPr>
            <w:r w:rsidRPr="00FD08A6">
              <w:rPr>
                <w:lang w:val="ru-RU"/>
              </w:rPr>
              <w:t>Б1.В.09 Введение в анализ больших данных</w:t>
            </w:r>
          </w:p>
        </w:tc>
        <w:tc>
          <w:tcPr>
            <w:tcW w:w="524" w:type="pct"/>
            <w:vAlign w:val="center"/>
          </w:tcPr>
          <w:p w14:paraId="054A5734" w14:textId="77777777" w:rsidR="00FD08A6" w:rsidRDefault="00FD08A6" w:rsidP="00A5446C">
            <w:pPr>
              <w:jc w:val="center"/>
            </w:pPr>
            <w:r>
              <w:t>ПК-1</w:t>
            </w:r>
          </w:p>
        </w:tc>
        <w:tc>
          <w:tcPr>
            <w:tcW w:w="477" w:type="pct"/>
            <w:vAlign w:val="center"/>
          </w:tcPr>
          <w:p w14:paraId="10000943" w14:textId="77777777" w:rsidR="00FD08A6" w:rsidRDefault="00FD08A6" w:rsidP="00A5446C">
            <w:pPr>
              <w:jc w:val="center"/>
            </w:pPr>
            <w:r>
              <w:t>62.5%</w:t>
            </w:r>
          </w:p>
        </w:tc>
        <w:tc>
          <w:tcPr>
            <w:tcW w:w="436" w:type="pct"/>
            <w:vAlign w:val="center"/>
          </w:tcPr>
          <w:p w14:paraId="6C6FF89F" w14:textId="77777777" w:rsidR="00FD08A6" w:rsidRDefault="00FD08A6" w:rsidP="00A5446C">
            <w:pPr>
              <w:jc w:val="center"/>
            </w:pPr>
            <w:r>
              <w:t>02.04.2026</w:t>
            </w:r>
          </w:p>
        </w:tc>
      </w:tr>
      <w:tr w:rsidR="00FD08A6" w14:paraId="20933ABA" w14:textId="77777777" w:rsidTr="000E36AD">
        <w:tc>
          <w:tcPr>
            <w:tcW w:w="353" w:type="pct"/>
            <w:vAlign w:val="center"/>
          </w:tcPr>
          <w:p w14:paraId="169513B0" w14:textId="77777777" w:rsidR="00FD08A6" w:rsidRDefault="00FD08A6" w:rsidP="007C5C3C">
            <w:pPr>
              <w:jc w:val="center"/>
            </w:pPr>
            <w:r>
              <w:t>09.03.02</w:t>
            </w:r>
          </w:p>
        </w:tc>
        <w:tc>
          <w:tcPr>
            <w:tcW w:w="909" w:type="pct"/>
            <w:vAlign w:val="center"/>
          </w:tcPr>
          <w:p w14:paraId="7020F7A3" w14:textId="77777777" w:rsidR="00FD08A6" w:rsidRDefault="00FD08A6" w:rsidP="00A5446C">
            <w:pPr>
              <w:jc w:val="center"/>
            </w:pPr>
            <w:proofErr w:type="spellStart"/>
            <w: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  <w:r>
              <w:t xml:space="preserve"> и </w:t>
            </w:r>
            <w:proofErr w:type="spellStart"/>
            <w:r>
              <w:t>технологии</w:t>
            </w:r>
            <w:proofErr w:type="spellEnd"/>
          </w:p>
        </w:tc>
        <w:tc>
          <w:tcPr>
            <w:tcW w:w="307" w:type="pct"/>
            <w:vAlign w:val="center"/>
          </w:tcPr>
          <w:p w14:paraId="3BC92AF7" w14:textId="77777777" w:rsidR="00FD08A6" w:rsidRDefault="00FD08A6" w:rsidP="00A5446C">
            <w:pPr>
              <w:jc w:val="center"/>
            </w:pPr>
            <w:r>
              <w:t>2024</w:t>
            </w:r>
          </w:p>
        </w:tc>
        <w:tc>
          <w:tcPr>
            <w:tcW w:w="233" w:type="pct"/>
            <w:vAlign w:val="center"/>
          </w:tcPr>
          <w:p w14:paraId="2F821E39" w14:textId="77777777" w:rsidR="00FD08A6" w:rsidRDefault="00FD08A6" w:rsidP="00A5446C">
            <w:pPr>
              <w:jc w:val="center"/>
            </w:pPr>
            <w:r>
              <w:t>2</w:t>
            </w:r>
          </w:p>
        </w:tc>
        <w:tc>
          <w:tcPr>
            <w:tcW w:w="431" w:type="pct"/>
            <w:vAlign w:val="center"/>
          </w:tcPr>
          <w:p w14:paraId="2DCE380A" w14:textId="77777777" w:rsidR="00FD08A6" w:rsidRDefault="00FD08A6" w:rsidP="00A5446C">
            <w:pPr>
              <w:jc w:val="center"/>
            </w:pPr>
            <w:r>
              <w:t>ИСиТ-24</w:t>
            </w:r>
          </w:p>
        </w:tc>
        <w:tc>
          <w:tcPr>
            <w:tcW w:w="1329" w:type="pct"/>
            <w:vAlign w:val="center"/>
          </w:tcPr>
          <w:p w14:paraId="5B48AE79" w14:textId="11748B8F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Б1.О.05.04 Элективные дисциплины по физической культуре и спорту</w:t>
            </w:r>
          </w:p>
        </w:tc>
        <w:tc>
          <w:tcPr>
            <w:tcW w:w="524" w:type="pct"/>
            <w:vAlign w:val="center"/>
          </w:tcPr>
          <w:p w14:paraId="0E5A45CE" w14:textId="77777777" w:rsidR="00FD08A6" w:rsidRDefault="00FD08A6" w:rsidP="00A5446C">
            <w:pPr>
              <w:jc w:val="center"/>
            </w:pPr>
            <w:r>
              <w:t>УК-7</w:t>
            </w:r>
          </w:p>
        </w:tc>
        <w:tc>
          <w:tcPr>
            <w:tcW w:w="477" w:type="pct"/>
            <w:vAlign w:val="center"/>
          </w:tcPr>
          <w:p w14:paraId="3834AE41" w14:textId="77777777" w:rsidR="00FD08A6" w:rsidRDefault="00FD08A6" w:rsidP="00A5446C">
            <w:pPr>
              <w:jc w:val="center"/>
            </w:pPr>
            <w:r>
              <w:t>85.0%</w:t>
            </w:r>
          </w:p>
        </w:tc>
        <w:tc>
          <w:tcPr>
            <w:tcW w:w="436" w:type="pct"/>
            <w:vAlign w:val="center"/>
          </w:tcPr>
          <w:p w14:paraId="580DB2DA" w14:textId="77777777" w:rsidR="00FD08A6" w:rsidRDefault="00FD08A6" w:rsidP="00A5446C">
            <w:pPr>
              <w:jc w:val="center"/>
            </w:pPr>
            <w:r>
              <w:t>12.05.2026</w:t>
            </w:r>
          </w:p>
        </w:tc>
      </w:tr>
      <w:tr w:rsidR="00FD08A6" w14:paraId="3195ADB1" w14:textId="77777777" w:rsidTr="000E36AD">
        <w:tc>
          <w:tcPr>
            <w:tcW w:w="353" w:type="pct"/>
            <w:vAlign w:val="center"/>
          </w:tcPr>
          <w:p w14:paraId="4B40A9C4" w14:textId="77777777" w:rsidR="00FD08A6" w:rsidRDefault="00FD08A6" w:rsidP="007C5C3C">
            <w:pPr>
              <w:jc w:val="center"/>
            </w:pPr>
            <w:r>
              <w:t>09.03.02</w:t>
            </w:r>
          </w:p>
        </w:tc>
        <w:tc>
          <w:tcPr>
            <w:tcW w:w="909" w:type="pct"/>
            <w:vAlign w:val="center"/>
          </w:tcPr>
          <w:p w14:paraId="0ABDA6E3" w14:textId="77777777" w:rsidR="00FD08A6" w:rsidRDefault="00FD08A6" w:rsidP="00A5446C">
            <w:pPr>
              <w:jc w:val="center"/>
            </w:pPr>
            <w:proofErr w:type="spellStart"/>
            <w: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  <w:r>
              <w:t xml:space="preserve"> и </w:t>
            </w:r>
            <w:proofErr w:type="spellStart"/>
            <w:r>
              <w:t>технологии</w:t>
            </w:r>
            <w:proofErr w:type="spellEnd"/>
          </w:p>
        </w:tc>
        <w:tc>
          <w:tcPr>
            <w:tcW w:w="307" w:type="pct"/>
            <w:vAlign w:val="center"/>
          </w:tcPr>
          <w:p w14:paraId="28B80E69" w14:textId="77777777" w:rsidR="00FD08A6" w:rsidRDefault="00FD08A6" w:rsidP="00A5446C">
            <w:pPr>
              <w:jc w:val="center"/>
            </w:pPr>
            <w:r>
              <w:t>2023</w:t>
            </w:r>
          </w:p>
        </w:tc>
        <w:tc>
          <w:tcPr>
            <w:tcW w:w="233" w:type="pct"/>
            <w:vAlign w:val="center"/>
          </w:tcPr>
          <w:p w14:paraId="380D919C" w14:textId="77777777" w:rsidR="00FD08A6" w:rsidRDefault="00FD08A6" w:rsidP="00A5446C">
            <w:pPr>
              <w:jc w:val="center"/>
            </w:pPr>
            <w:r>
              <w:t>3</w:t>
            </w:r>
          </w:p>
        </w:tc>
        <w:tc>
          <w:tcPr>
            <w:tcW w:w="431" w:type="pct"/>
            <w:vAlign w:val="center"/>
          </w:tcPr>
          <w:p w14:paraId="7B97E1BD" w14:textId="77777777" w:rsidR="00FD08A6" w:rsidRDefault="00FD08A6" w:rsidP="00A5446C">
            <w:pPr>
              <w:jc w:val="center"/>
            </w:pPr>
            <w:r>
              <w:t>ИСиТ-23</w:t>
            </w:r>
          </w:p>
        </w:tc>
        <w:tc>
          <w:tcPr>
            <w:tcW w:w="1329" w:type="pct"/>
            <w:vAlign w:val="center"/>
          </w:tcPr>
          <w:p w14:paraId="0CBC0839" w14:textId="7CA79E9C" w:rsidR="00FD08A6" w:rsidRPr="00A5446C" w:rsidRDefault="00FD08A6" w:rsidP="00A5446C">
            <w:pPr>
              <w:jc w:val="center"/>
              <w:rPr>
                <w:lang w:val="ru-RU"/>
              </w:rPr>
            </w:pPr>
            <w:r w:rsidRPr="00A5446C">
              <w:rPr>
                <w:lang w:val="ru-RU"/>
              </w:rPr>
              <w:t>Б1.06.05 Методы оптимизации</w:t>
            </w:r>
          </w:p>
        </w:tc>
        <w:tc>
          <w:tcPr>
            <w:tcW w:w="524" w:type="pct"/>
            <w:vAlign w:val="center"/>
          </w:tcPr>
          <w:p w14:paraId="2494303A" w14:textId="439E85A5" w:rsidR="00FD08A6" w:rsidRDefault="00FD08A6" w:rsidP="00A5446C">
            <w:pPr>
              <w:jc w:val="center"/>
            </w:pPr>
            <w:r>
              <w:t>ОПК-1, ОПК-3</w:t>
            </w:r>
            <w:r w:rsidR="007C5C3C">
              <w:rPr>
                <w:lang w:val="ru-RU"/>
              </w:rPr>
              <w:t>,</w:t>
            </w:r>
            <w:r w:rsidR="007C5C3C">
              <w:t xml:space="preserve"> </w:t>
            </w:r>
            <w:r w:rsidR="007C5C3C">
              <w:t>ОПК-6</w:t>
            </w:r>
          </w:p>
        </w:tc>
        <w:tc>
          <w:tcPr>
            <w:tcW w:w="477" w:type="pct"/>
            <w:vAlign w:val="center"/>
          </w:tcPr>
          <w:p w14:paraId="640AD96A" w14:textId="77777777" w:rsidR="00FD08A6" w:rsidRDefault="00FD08A6" w:rsidP="00A5446C">
            <w:pPr>
              <w:jc w:val="center"/>
            </w:pPr>
            <w:r>
              <w:t>57.0%</w:t>
            </w:r>
          </w:p>
        </w:tc>
        <w:tc>
          <w:tcPr>
            <w:tcW w:w="436" w:type="pct"/>
            <w:vAlign w:val="center"/>
          </w:tcPr>
          <w:p w14:paraId="0F43A821" w14:textId="77777777" w:rsidR="00FD08A6" w:rsidRDefault="00FD08A6" w:rsidP="00A5446C">
            <w:pPr>
              <w:jc w:val="center"/>
            </w:pPr>
            <w:r>
              <w:t>13.05.2026</w:t>
            </w:r>
          </w:p>
        </w:tc>
      </w:tr>
      <w:tr w:rsidR="007C5C3C" w14:paraId="52924808" w14:textId="77777777" w:rsidTr="000E36AD">
        <w:tc>
          <w:tcPr>
            <w:tcW w:w="353" w:type="pct"/>
            <w:vAlign w:val="center"/>
          </w:tcPr>
          <w:p w14:paraId="56351F83" w14:textId="77777777" w:rsidR="007C5C3C" w:rsidRDefault="007C5C3C" w:rsidP="007C5C3C">
            <w:pPr>
              <w:jc w:val="center"/>
            </w:pPr>
            <w:r>
              <w:t>09.03.02</w:t>
            </w:r>
          </w:p>
        </w:tc>
        <w:tc>
          <w:tcPr>
            <w:tcW w:w="909" w:type="pct"/>
            <w:vAlign w:val="center"/>
          </w:tcPr>
          <w:p w14:paraId="4F06D7FB" w14:textId="77777777" w:rsidR="007C5C3C" w:rsidRDefault="007C5C3C" w:rsidP="007C5C3C">
            <w:pPr>
              <w:jc w:val="center"/>
            </w:pPr>
            <w:proofErr w:type="spellStart"/>
            <w: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  <w:r>
              <w:t xml:space="preserve"> и </w:t>
            </w:r>
            <w:proofErr w:type="spellStart"/>
            <w:r>
              <w:t>технологии</w:t>
            </w:r>
            <w:proofErr w:type="spellEnd"/>
          </w:p>
        </w:tc>
        <w:tc>
          <w:tcPr>
            <w:tcW w:w="307" w:type="pct"/>
            <w:vAlign w:val="center"/>
          </w:tcPr>
          <w:p w14:paraId="54988788" w14:textId="77777777" w:rsidR="007C5C3C" w:rsidRDefault="007C5C3C" w:rsidP="007C5C3C">
            <w:pPr>
              <w:jc w:val="center"/>
            </w:pPr>
            <w:r>
              <w:t>2024</w:t>
            </w:r>
          </w:p>
        </w:tc>
        <w:tc>
          <w:tcPr>
            <w:tcW w:w="233" w:type="pct"/>
            <w:vAlign w:val="center"/>
          </w:tcPr>
          <w:p w14:paraId="7A9453F4" w14:textId="77777777" w:rsidR="007C5C3C" w:rsidRDefault="007C5C3C" w:rsidP="007C5C3C">
            <w:pPr>
              <w:jc w:val="center"/>
            </w:pPr>
            <w:r>
              <w:t>2</w:t>
            </w:r>
          </w:p>
        </w:tc>
        <w:tc>
          <w:tcPr>
            <w:tcW w:w="431" w:type="pct"/>
            <w:vAlign w:val="center"/>
          </w:tcPr>
          <w:p w14:paraId="2765B8E5" w14:textId="77777777" w:rsidR="007C5C3C" w:rsidRDefault="007C5C3C" w:rsidP="007C5C3C">
            <w:pPr>
              <w:jc w:val="center"/>
            </w:pPr>
            <w:r>
              <w:t>ИСиТ-24</w:t>
            </w:r>
          </w:p>
        </w:tc>
        <w:tc>
          <w:tcPr>
            <w:tcW w:w="1329" w:type="pct"/>
            <w:vAlign w:val="center"/>
          </w:tcPr>
          <w:p w14:paraId="0472E969" w14:textId="04060AAD" w:rsidR="007C5C3C" w:rsidRPr="007C5C3C" w:rsidRDefault="007C5C3C" w:rsidP="007C5C3C">
            <w:pPr>
              <w:jc w:val="center"/>
              <w:rPr>
                <w:lang w:val="ru-RU"/>
              </w:rPr>
            </w:pPr>
            <w:r w:rsidRPr="007C5C3C">
              <w:rPr>
                <w:lang w:val="ru-RU"/>
              </w:rPr>
              <w:t>Б1.О.16</w:t>
            </w:r>
            <w:r>
              <w:rPr>
                <w:lang w:val="ru-RU"/>
              </w:rPr>
              <w:t xml:space="preserve"> </w:t>
            </w:r>
            <w:r w:rsidRPr="007C5C3C">
              <w:rPr>
                <w:lang w:val="ru-RU"/>
              </w:rPr>
              <w:t>Объектно-ориентированное программирование</w:t>
            </w:r>
          </w:p>
        </w:tc>
        <w:tc>
          <w:tcPr>
            <w:tcW w:w="524" w:type="pct"/>
            <w:vAlign w:val="center"/>
          </w:tcPr>
          <w:p w14:paraId="477107CF" w14:textId="1F633DD3" w:rsidR="007C5C3C" w:rsidRPr="007C5C3C" w:rsidRDefault="007C5C3C" w:rsidP="007C5C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ОПК-2, ОПК-3, ОПК-6</w:t>
            </w:r>
          </w:p>
        </w:tc>
        <w:tc>
          <w:tcPr>
            <w:tcW w:w="477" w:type="pct"/>
            <w:vAlign w:val="center"/>
          </w:tcPr>
          <w:p w14:paraId="56455F8C" w14:textId="77777777" w:rsidR="007C5C3C" w:rsidRDefault="007C5C3C" w:rsidP="007C5C3C">
            <w:pPr>
              <w:jc w:val="center"/>
            </w:pPr>
            <w:r>
              <w:t>91.0%</w:t>
            </w:r>
          </w:p>
        </w:tc>
        <w:tc>
          <w:tcPr>
            <w:tcW w:w="436" w:type="pct"/>
            <w:vAlign w:val="center"/>
          </w:tcPr>
          <w:p w14:paraId="3E6F6569" w14:textId="77777777" w:rsidR="007C5C3C" w:rsidRDefault="007C5C3C" w:rsidP="007C5C3C">
            <w:pPr>
              <w:jc w:val="center"/>
            </w:pPr>
            <w:r>
              <w:t>26.05.2026</w:t>
            </w:r>
          </w:p>
        </w:tc>
      </w:tr>
      <w:tr w:rsidR="007C5C3C" w14:paraId="093142C9" w14:textId="77777777" w:rsidTr="000E36AD">
        <w:tc>
          <w:tcPr>
            <w:tcW w:w="353" w:type="pct"/>
            <w:vAlign w:val="center"/>
          </w:tcPr>
          <w:p w14:paraId="50E24168" w14:textId="77777777" w:rsidR="007C5C3C" w:rsidRDefault="007C5C3C" w:rsidP="007C5C3C">
            <w:pPr>
              <w:jc w:val="center"/>
            </w:pPr>
            <w:r>
              <w:t>09.03.02</w:t>
            </w:r>
          </w:p>
        </w:tc>
        <w:tc>
          <w:tcPr>
            <w:tcW w:w="909" w:type="pct"/>
            <w:vAlign w:val="center"/>
          </w:tcPr>
          <w:p w14:paraId="12F41F35" w14:textId="77777777" w:rsidR="007C5C3C" w:rsidRDefault="007C5C3C" w:rsidP="007C5C3C">
            <w:pPr>
              <w:jc w:val="center"/>
            </w:pPr>
            <w:proofErr w:type="spellStart"/>
            <w: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  <w:r>
              <w:t xml:space="preserve"> и </w:t>
            </w:r>
            <w:proofErr w:type="spellStart"/>
            <w:r>
              <w:t>технологии</w:t>
            </w:r>
            <w:proofErr w:type="spellEnd"/>
          </w:p>
        </w:tc>
        <w:tc>
          <w:tcPr>
            <w:tcW w:w="307" w:type="pct"/>
            <w:vAlign w:val="center"/>
          </w:tcPr>
          <w:p w14:paraId="3A5DE15D" w14:textId="77777777" w:rsidR="007C5C3C" w:rsidRDefault="007C5C3C" w:rsidP="007C5C3C">
            <w:pPr>
              <w:jc w:val="center"/>
            </w:pPr>
            <w:r>
              <w:t>2025</w:t>
            </w:r>
          </w:p>
        </w:tc>
        <w:tc>
          <w:tcPr>
            <w:tcW w:w="233" w:type="pct"/>
            <w:vAlign w:val="center"/>
          </w:tcPr>
          <w:p w14:paraId="3E9B6D99" w14:textId="77777777" w:rsidR="007C5C3C" w:rsidRDefault="007C5C3C" w:rsidP="007C5C3C">
            <w:pPr>
              <w:jc w:val="center"/>
            </w:pPr>
            <w:r>
              <w:t>1</w:t>
            </w:r>
          </w:p>
        </w:tc>
        <w:tc>
          <w:tcPr>
            <w:tcW w:w="431" w:type="pct"/>
            <w:vAlign w:val="center"/>
          </w:tcPr>
          <w:p w14:paraId="6BC864FD" w14:textId="77777777" w:rsidR="007C5C3C" w:rsidRDefault="007C5C3C" w:rsidP="007C5C3C">
            <w:pPr>
              <w:jc w:val="center"/>
            </w:pPr>
            <w:r>
              <w:t>ИСиТ-25</w:t>
            </w:r>
          </w:p>
        </w:tc>
        <w:tc>
          <w:tcPr>
            <w:tcW w:w="1329" w:type="pct"/>
            <w:vAlign w:val="center"/>
          </w:tcPr>
          <w:p w14:paraId="01D73905" w14:textId="76D43369" w:rsidR="007C5C3C" w:rsidRDefault="007C5C3C" w:rsidP="007C5C3C">
            <w:pPr>
              <w:jc w:val="center"/>
            </w:pPr>
            <w:r w:rsidRPr="00BD4ED2">
              <w:t>Б1.О.11</w:t>
            </w:r>
            <w:r>
              <w:rPr>
                <w:lang w:val="ru-RU"/>
              </w:rPr>
              <w:t xml:space="preserve"> </w:t>
            </w:r>
            <w:proofErr w:type="spellStart"/>
            <w: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t>технологии</w:t>
            </w:r>
            <w:proofErr w:type="spellEnd"/>
          </w:p>
        </w:tc>
        <w:tc>
          <w:tcPr>
            <w:tcW w:w="524" w:type="pct"/>
            <w:vAlign w:val="center"/>
          </w:tcPr>
          <w:p w14:paraId="38B33914" w14:textId="5B21E1D7" w:rsidR="007C5C3C" w:rsidRPr="00BD4ED2" w:rsidRDefault="007C5C3C" w:rsidP="007C5C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ОПК-2, ОПК-3, ОПК-5, ОПК-7</w:t>
            </w:r>
          </w:p>
        </w:tc>
        <w:tc>
          <w:tcPr>
            <w:tcW w:w="477" w:type="pct"/>
            <w:vAlign w:val="center"/>
          </w:tcPr>
          <w:p w14:paraId="4EA179F3" w14:textId="77777777" w:rsidR="007C5C3C" w:rsidRDefault="007C5C3C" w:rsidP="007C5C3C">
            <w:pPr>
              <w:jc w:val="center"/>
            </w:pPr>
            <w:r>
              <w:t>76.0%</w:t>
            </w:r>
          </w:p>
        </w:tc>
        <w:tc>
          <w:tcPr>
            <w:tcW w:w="436" w:type="pct"/>
            <w:vAlign w:val="center"/>
          </w:tcPr>
          <w:p w14:paraId="23D04D46" w14:textId="77777777" w:rsidR="007C5C3C" w:rsidRDefault="007C5C3C" w:rsidP="007C5C3C">
            <w:pPr>
              <w:jc w:val="center"/>
            </w:pPr>
            <w:r>
              <w:t>06.06.2026</w:t>
            </w:r>
          </w:p>
        </w:tc>
      </w:tr>
      <w:tr w:rsidR="007C5C3C" w14:paraId="6A2DCFC4" w14:textId="77777777" w:rsidTr="000E36AD">
        <w:tc>
          <w:tcPr>
            <w:tcW w:w="353" w:type="pct"/>
            <w:vAlign w:val="center"/>
          </w:tcPr>
          <w:p w14:paraId="41DBD004" w14:textId="77777777" w:rsidR="007C5C3C" w:rsidRDefault="007C5C3C" w:rsidP="007C5C3C">
            <w:pPr>
              <w:jc w:val="center"/>
            </w:pPr>
            <w:r>
              <w:t>09.03.02</w:t>
            </w:r>
          </w:p>
        </w:tc>
        <w:tc>
          <w:tcPr>
            <w:tcW w:w="909" w:type="pct"/>
            <w:vAlign w:val="center"/>
          </w:tcPr>
          <w:p w14:paraId="28C80FBB" w14:textId="77777777" w:rsidR="007C5C3C" w:rsidRDefault="007C5C3C" w:rsidP="007C5C3C">
            <w:pPr>
              <w:jc w:val="center"/>
            </w:pPr>
            <w:proofErr w:type="spellStart"/>
            <w: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t>системы</w:t>
            </w:r>
            <w:proofErr w:type="spellEnd"/>
            <w:r>
              <w:t xml:space="preserve"> и </w:t>
            </w:r>
            <w:proofErr w:type="spellStart"/>
            <w:r>
              <w:t>технологии</w:t>
            </w:r>
            <w:proofErr w:type="spellEnd"/>
          </w:p>
        </w:tc>
        <w:tc>
          <w:tcPr>
            <w:tcW w:w="307" w:type="pct"/>
            <w:vAlign w:val="center"/>
          </w:tcPr>
          <w:p w14:paraId="1E105074" w14:textId="77777777" w:rsidR="007C5C3C" w:rsidRDefault="007C5C3C" w:rsidP="007C5C3C">
            <w:pPr>
              <w:jc w:val="center"/>
            </w:pPr>
            <w:r>
              <w:t>2025</w:t>
            </w:r>
          </w:p>
        </w:tc>
        <w:tc>
          <w:tcPr>
            <w:tcW w:w="233" w:type="pct"/>
            <w:vAlign w:val="center"/>
          </w:tcPr>
          <w:p w14:paraId="72EB2B9C" w14:textId="77777777" w:rsidR="007C5C3C" w:rsidRDefault="007C5C3C" w:rsidP="007C5C3C">
            <w:pPr>
              <w:jc w:val="center"/>
            </w:pPr>
            <w:r>
              <w:t>1</w:t>
            </w:r>
          </w:p>
        </w:tc>
        <w:tc>
          <w:tcPr>
            <w:tcW w:w="431" w:type="pct"/>
            <w:vAlign w:val="center"/>
          </w:tcPr>
          <w:p w14:paraId="42F4E5B9" w14:textId="77777777" w:rsidR="007C5C3C" w:rsidRDefault="007C5C3C" w:rsidP="007C5C3C">
            <w:pPr>
              <w:jc w:val="center"/>
            </w:pPr>
            <w:r>
              <w:t>ИСиТ-25</w:t>
            </w:r>
          </w:p>
        </w:tc>
        <w:tc>
          <w:tcPr>
            <w:tcW w:w="1329" w:type="pct"/>
            <w:vAlign w:val="center"/>
          </w:tcPr>
          <w:p w14:paraId="481DD355" w14:textId="7142B156" w:rsidR="007C5C3C" w:rsidRPr="00BD4ED2" w:rsidRDefault="007C5C3C" w:rsidP="007C5C3C">
            <w:pPr>
              <w:jc w:val="center"/>
              <w:rPr>
                <w:lang w:val="ru-RU"/>
              </w:rPr>
            </w:pPr>
            <w:r w:rsidRPr="00BD4ED2">
              <w:rPr>
                <w:lang w:val="ru-RU"/>
              </w:rPr>
              <w:t>Б1.О.12</w:t>
            </w:r>
            <w:r w:rsidRPr="00BD4ED2">
              <w:rPr>
                <w:lang w:val="ru-RU"/>
              </w:rPr>
              <w:t xml:space="preserve"> Программирование </w:t>
            </w:r>
          </w:p>
        </w:tc>
        <w:tc>
          <w:tcPr>
            <w:tcW w:w="524" w:type="pct"/>
            <w:vAlign w:val="center"/>
          </w:tcPr>
          <w:p w14:paraId="3B4137A6" w14:textId="52774031" w:rsidR="007C5C3C" w:rsidRPr="00BD4ED2" w:rsidRDefault="007C5C3C" w:rsidP="007C5C3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ОПК-2, ОПК-3, ОПК-</w:t>
            </w:r>
            <w:r>
              <w:rPr>
                <w:lang w:val="ru-RU"/>
              </w:rPr>
              <w:t>6</w:t>
            </w:r>
          </w:p>
        </w:tc>
        <w:tc>
          <w:tcPr>
            <w:tcW w:w="477" w:type="pct"/>
            <w:vAlign w:val="center"/>
          </w:tcPr>
          <w:p w14:paraId="5000B7FE" w14:textId="77777777" w:rsidR="007C5C3C" w:rsidRDefault="007C5C3C" w:rsidP="007C5C3C">
            <w:pPr>
              <w:jc w:val="center"/>
            </w:pPr>
            <w:r>
              <w:t>70.0%</w:t>
            </w:r>
          </w:p>
        </w:tc>
        <w:tc>
          <w:tcPr>
            <w:tcW w:w="436" w:type="pct"/>
            <w:vAlign w:val="center"/>
          </w:tcPr>
          <w:p w14:paraId="469F5933" w14:textId="77777777" w:rsidR="007C5C3C" w:rsidRDefault="007C5C3C" w:rsidP="007C5C3C">
            <w:pPr>
              <w:jc w:val="center"/>
            </w:pPr>
            <w:r>
              <w:t>11.06.2026</w:t>
            </w:r>
          </w:p>
        </w:tc>
      </w:tr>
    </w:tbl>
    <w:p w14:paraId="39EE3157" w14:textId="77777777" w:rsidR="00A20636" w:rsidRDefault="00A20636"/>
    <w:sectPr w:rsidR="00A20636" w:rsidSect="00A5446C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2C6C4C"/>
    <w:multiLevelType w:val="hybridMultilevel"/>
    <w:tmpl w:val="FC364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36AD"/>
    <w:rsid w:val="0015074B"/>
    <w:rsid w:val="0029639D"/>
    <w:rsid w:val="00326F90"/>
    <w:rsid w:val="005E62E9"/>
    <w:rsid w:val="006566B2"/>
    <w:rsid w:val="00687B60"/>
    <w:rsid w:val="007C5C3C"/>
    <w:rsid w:val="0091790A"/>
    <w:rsid w:val="00A20636"/>
    <w:rsid w:val="00A5446C"/>
    <w:rsid w:val="00AA1D8D"/>
    <w:rsid w:val="00B47730"/>
    <w:rsid w:val="00BD4ED2"/>
    <w:rsid w:val="00CB0664"/>
    <w:rsid w:val="00F124C8"/>
    <w:rsid w:val="00FC693F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D42CD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2026-08-06T05:19:00Z</dcterms:created>
  <dcterms:modified xsi:type="dcterms:W3CDTF">2026-08-06T05:32:00Z</dcterms:modified>
  <cp:category/>
</cp:coreProperties>
</file>