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43AD7A52" w14:textId="77777777" w:rsidTr="00505372">
        <w:tc>
          <w:tcPr>
            <w:tcW w:w="354" w:type="pct"/>
            <w:vAlign w:val="center"/>
          </w:tcPr>
          <w:p w14:paraId="3D9C1884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28655200" w14:textId="77777777" w:rsidR="00F73E55" w:rsidRDefault="00F73E55" w:rsidP="00505372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308" w:type="pct"/>
            <w:vAlign w:val="center"/>
          </w:tcPr>
          <w:p w14:paraId="52079FDE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098CE7A3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7D9EFF79" w14:textId="77777777" w:rsidR="00F73E55" w:rsidRDefault="00F73E55" w:rsidP="00505372">
            <w:pPr>
              <w:jc w:val="center"/>
            </w:pPr>
            <w:r>
              <w:t>ПИЭ-23</w:t>
            </w:r>
          </w:p>
        </w:tc>
        <w:tc>
          <w:tcPr>
            <w:tcW w:w="1334" w:type="pct"/>
            <w:vAlign w:val="center"/>
          </w:tcPr>
          <w:p w14:paraId="57BBCC0D" w14:textId="34DACA8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Б1.О.10.06</w:t>
            </w:r>
            <w:r w:rsidR="00647E0A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Статистика и анализ данных</w:t>
            </w:r>
          </w:p>
        </w:tc>
        <w:tc>
          <w:tcPr>
            <w:tcW w:w="526" w:type="pct"/>
            <w:vAlign w:val="center"/>
          </w:tcPr>
          <w:p w14:paraId="5A8FFBBE" w14:textId="77777777" w:rsidR="00F73E55" w:rsidRDefault="00F73E55" w:rsidP="00505372">
            <w:pPr>
              <w:jc w:val="center"/>
            </w:pPr>
            <w:r>
              <w:t>УК-9, ОПК-6</w:t>
            </w:r>
          </w:p>
        </w:tc>
        <w:tc>
          <w:tcPr>
            <w:tcW w:w="479" w:type="pct"/>
            <w:vAlign w:val="center"/>
          </w:tcPr>
          <w:p w14:paraId="60B98CE0" w14:textId="77777777" w:rsidR="00F73E55" w:rsidRDefault="00F73E55" w:rsidP="00505372">
            <w:pPr>
              <w:jc w:val="center"/>
            </w:pPr>
            <w:r>
              <w:t>51.0%</w:t>
            </w:r>
          </w:p>
        </w:tc>
        <w:tc>
          <w:tcPr>
            <w:tcW w:w="437" w:type="pct"/>
            <w:vAlign w:val="center"/>
          </w:tcPr>
          <w:p w14:paraId="495E59F2" w14:textId="77777777" w:rsidR="00F73E55" w:rsidRDefault="00F73E55" w:rsidP="00505372">
            <w:pPr>
              <w:jc w:val="center"/>
            </w:pPr>
            <w:r>
              <w:t>01.04.2026</w:t>
            </w:r>
          </w:p>
        </w:tc>
      </w:tr>
      <w:tr w:rsidR="00F73E55" w14:paraId="64C2C69E" w14:textId="77777777" w:rsidTr="00505372">
        <w:tc>
          <w:tcPr>
            <w:tcW w:w="354" w:type="pct"/>
            <w:vAlign w:val="center"/>
          </w:tcPr>
          <w:p w14:paraId="713A7AB8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6B82EA5D" w14:textId="77777777" w:rsidR="00F73E55" w:rsidRDefault="00F73E55" w:rsidP="00505372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308" w:type="pct"/>
            <w:vAlign w:val="center"/>
          </w:tcPr>
          <w:p w14:paraId="1865E600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8355D5A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24B06E2" w14:textId="77777777" w:rsidR="00F73E55" w:rsidRDefault="00F73E55" w:rsidP="00505372">
            <w:pPr>
              <w:jc w:val="center"/>
            </w:pPr>
            <w:r>
              <w:t>ПИЭ-24</w:t>
            </w:r>
          </w:p>
        </w:tc>
        <w:tc>
          <w:tcPr>
            <w:tcW w:w="1334" w:type="pct"/>
            <w:vAlign w:val="center"/>
          </w:tcPr>
          <w:p w14:paraId="2353E6FE" w14:textId="4897FCF9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Б1.О.16.03 Элективные дисциплины по физической культуре и спорту</w:t>
            </w:r>
          </w:p>
        </w:tc>
        <w:tc>
          <w:tcPr>
            <w:tcW w:w="526" w:type="pct"/>
            <w:vAlign w:val="center"/>
          </w:tcPr>
          <w:p w14:paraId="64D15E69" w14:textId="77777777" w:rsidR="00F73E55" w:rsidRDefault="00F73E55" w:rsidP="00505372">
            <w:pPr>
              <w:jc w:val="center"/>
            </w:pPr>
            <w:r>
              <w:t>УК-7</w:t>
            </w:r>
          </w:p>
        </w:tc>
        <w:tc>
          <w:tcPr>
            <w:tcW w:w="479" w:type="pct"/>
            <w:vAlign w:val="center"/>
          </w:tcPr>
          <w:p w14:paraId="4F1FCE91" w14:textId="77777777" w:rsidR="00F73E55" w:rsidRDefault="00F73E55" w:rsidP="00505372">
            <w:pPr>
              <w:jc w:val="center"/>
            </w:pPr>
            <w:r>
              <w:t>76.0%</w:t>
            </w:r>
          </w:p>
        </w:tc>
        <w:tc>
          <w:tcPr>
            <w:tcW w:w="437" w:type="pct"/>
            <w:vAlign w:val="center"/>
          </w:tcPr>
          <w:p w14:paraId="12446426" w14:textId="77777777" w:rsidR="00F73E55" w:rsidRDefault="00F73E55" w:rsidP="00505372">
            <w:pPr>
              <w:jc w:val="center"/>
            </w:pPr>
            <w:r>
              <w:t>14.05.2026</w:t>
            </w:r>
          </w:p>
        </w:tc>
      </w:tr>
      <w:tr w:rsidR="00F73E55" w14:paraId="1F61583F" w14:textId="77777777" w:rsidTr="00505372">
        <w:tc>
          <w:tcPr>
            <w:tcW w:w="354" w:type="pct"/>
            <w:vAlign w:val="center"/>
          </w:tcPr>
          <w:p w14:paraId="1F4A79CF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072FCEF2" w14:textId="77777777" w:rsidR="00F73E55" w:rsidRDefault="00F73E55" w:rsidP="00505372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308" w:type="pct"/>
            <w:vAlign w:val="center"/>
          </w:tcPr>
          <w:p w14:paraId="5022DE19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64AF4A29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3BCE202" w14:textId="77777777" w:rsidR="00F73E55" w:rsidRDefault="00F73E55" w:rsidP="00505372">
            <w:pPr>
              <w:jc w:val="center"/>
            </w:pPr>
            <w:r>
              <w:t>ПИЭ-23</w:t>
            </w:r>
          </w:p>
        </w:tc>
        <w:tc>
          <w:tcPr>
            <w:tcW w:w="1334" w:type="pct"/>
            <w:vAlign w:val="center"/>
          </w:tcPr>
          <w:p w14:paraId="70373BC4" w14:textId="1780C374" w:rsidR="00F73E55" w:rsidRPr="00B808C6" w:rsidRDefault="00647E0A" w:rsidP="00505372">
            <w:pPr>
              <w:jc w:val="center"/>
              <w:rPr>
                <w:lang w:val="ru-RU"/>
              </w:rPr>
            </w:pPr>
            <w:r w:rsidRPr="00647E0A">
              <w:rPr>
                <w:lang w:val="ru-RU"/>
              </w:rPr>
              <w:t>Б1.О.13</w:t>
            </w:r>
            <w:r w:rsidRPr="00647E0A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Системы деловой графики</w:t>
            </w:r>
          </w:p>
        </w:tc>
        <w:tc>
          <w:tcPr>
            <w:tcW w:w="526" w:type="pct"/>
            <w:vAlign w:val="center"/>
          </w:tcPr>
          <w:p w14:paraId="11FCD4A1" w14:textId="77777777" w:rsidR="00F73E55" w:rsidRDefault="00F73E55" w:rsidP="00505372">
            <w:pPr>
              <w:jc w:val="center"/>
            </w:pPr>
            <w:r>
              <w:t>ОПК-3</w:t>
            </w:r>
          </w:p>
        </w:tc>
        <w:tc>
          <w:tcPr>
            <w:tcW w:w="479" w:type="pct"/>
            <w:vAlign w:val="center"/>
          </w:tcPr>
          <w:p w14:paraId="2B75D2DF" w14:textId="77777777" w:rsidR="00F73E55" w:rsidRDefault="00F73E55" w:rsidP="00505372">
            <w:pPr>
              <w:jc w:val="center"/>
            </w:pPr>
            <w:r>
              <w:t>84.0%</w:t>
            </w:r>
          </w:p>
        </w:tc>
        <w:tc>
          <w:tcPr>
            <w:tcW w:w="437" w:type="pct"/>
            <w:vAlign w:val="center"/>
          </w:tcPr>
          <w:p w14:paraId="62277932" w14:textId="77777777" w:rsidR="00F73E55" w:rsidRDefault="00F73E55" w:rsidP="00505372">
            <w:pPr>
              <w:jc w:val="center"/>
            </w:pPr>
            <w:r>
              <w:t>18.05.2026</w:t>
            </w:r>
          </w:p>
        </w:tc>
      </w:tr>
      <w:tr w:rsidR="00F73E55" w14:paraId="51027E76" w14:textId="77777777" w:rsidTr="00505372">
        <w:tc>
          <w:tcPr>
            <w:tcW w:w="354" w:type="pct"/>
            <w:vAlign w:val="center"/>
          </w:tcPr>
          <w:p w14:paraId="74831DA2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6514CB42" w14:textId="77777777" w:rsidR="00F73E55" w:rsidRDefault="00F73E55" w:rsidP="00505372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308" w:type="pct"/>
            <w:vAlign w:val="center"/>
          </w:tcPr>
          <w:p w14:paraId="69C6831B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FA0A4BB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0DC98C9" w14:textId="77777777" w:rsidR="00F73E55" w:rsidRDefault="00F73E55" w:rsidP="00505372">
            <w:pPr>
              <w:jc w:val="center"/>
            </w:pPr>
            <w:r>
              <w:t>ПИЭ-24</w:t>
            </w:r>
          </w:p>
        </w:tc>
        <w:tc>
          <w:tcPr>
            <w:tcW w:w="1334" w:type="pct"/>
            <w:vAlign w:val="center"/>
          </w:tcPr>
          <w:p w14:paraId="39DE44CA" w14:textId="038B8C0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Б1.В.03</w:t>
            </w:r>
            <w:r w:rsidR="00134829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Базы данных</w:t>
            </w:r>
          </w:p>
        </w:tc>
        <w:tc>
          <w:tcPr>
            <w:tcW w:w="526" w:type="pct"/>
            <w:vAlign w:val="center"/>
          </w:tcPr>
          <w:p w14:paraId="1F01D732" w14:textId="77777777" w:rsidR="00F73E55" w:rsidRDefault="00F73E55" w:rsidP="00505372">
            <w:pPr>
              <w:jc w:val="center"/>
            </w:pPr>
            <w:r>
              <w:t>ПК-4</w:t>
            </w:r>
          </w:p>
        </w:tc>
        <w:tc>
          <w:tcPr>
            <w:tcW w:w="479" w:type="pct"/>
            <w:vAlign w:val="center"/>
          </w:tcPr>
          <w:p w14:paraId="24A95C87" w14:textId="77777777" w:rsidR="00F73E55" w:rsidRDefault="00F73E55" w:rsidP="00505372">
            <w:pPr>
              <w:jc w:val="center"/>
            </w:pPr>
            <w:r>
              <w:t>79.0%</w:t>
            </w:r>
          </w:p>
        </w:tc>
        <w:tc>
          <w:tcPr>
            <w:tcW w:w="437" w:type="pct"/>
            <w:vAlign w:val="center"/>
          </w:tcPr>
          <w:p w14:paraId="104F65D6" w14:textId="77777777" w:rsidR="00F73E55" w:rsidRDefault="00F73E55" w:rsidP="00505372">
            <w:pPr>
              <w:jc w:val="center"/>
            </w:pPr>
            <w:r>
              <w:t>18.05.2026</w:t>
            </w:r>
          </w:p>
        </w:tc>
      </w:tr>
      <w:tr w:rsidR="00F73E55" w14:paraId="7456AEC9" w14:textId="77777777" w:rsidTr="00505372">
        <w:tc>
          <w:tcPr>
            <w:tcW w:w="354" w:type="pct"/>
            <w:vAlign w:val="center"/>
          </w:tcPr>
          <w:p w14:paraId="67BA45CA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701436D0" w14:textId="77777777" w:rsidR="00F73E55" w:rsidRDefault="00F73E55" w:rsidP="00505372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308" w:type="pct"/>
            <w:vAlign w:val="center"/>
          </w:tcPr>
          <w:p w14:paraId="5287C0FF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3D03E528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597B064C" w14:textId="77777777" w:rsidR="00F73E55" w:rsidRDefault="00F73E55" w:rsidP="00505372">
            <w:pPr>
              <w:jc w:val="center"/>
            </w:pPr>
            <w:r>
              <w:t>ПИЭ-23</w:t>
            </w:r>
          </w:p>
        </w:tc>
        <w:tc>
          <w:tcPr>
            <w:tcW w:w="1334" w:type="pct"/>
            <w:vAlign w:val="center"/>
          </w:tcPr>
          <w:p w14:paraId="5FAD787C" w14:textId="1E3E1F4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Б1.В.08</w:t>
            </w:r>
            <w:r w:rsidR="00A72C3D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Основы интеллектуального анализа данных</w:t>
            </w:r>
          </w:p>
        </w:tc>
        <w:tc>
          <w:tcPr>
            <w:tcW w:w="526" w:type="pct"/>
            <w:vAlign w:val="center"/>
          </w:tcPr>
          <w:p w14:paraId="1CF415F3" w14:textId="77777777" w:rsidR="00F73E55" w:rsidRDefault="00F73E55" w:rsidP="00505372">
            <w:pPr>
              <w:jc w:val="center"/>
            </w:pPr>
            <w:r>
              <w:t>ПК-6</w:t>
            </w:r>
          </w:p>
        </w:tc>
        <w:tc>
          <w:tcPr>
            <w:tcW w:w="479" w:type="pct"/>
            <w:vAlign w:val="center"/>
          </w:tcPr>
          <w:p w14:paraId="5AFACA24" w14:textId="77777777" w:rsidR="00F73E55" w:rsidRDefault="00F73E55" w:rsidP="00505372">
            <w:pPr>
              <w:jc w:val="center"/>
            </w:pPr>
            <w:r>
              <w:t>73.0%</w:t>
            </w:r>
          </w:p>
        </w:tc>
        <w:tc>
          <w:tcPr>
            <w:tcW w:w="437" w:type="pct"/>
            <w:vAlign w:val="center"/>
          </w:tcPr>
          <w:p w14:paraId="6229B020" w14:textId="77777777" w:rsidR="00F73E55" w:rsidRDefault="00F73E55" w:rsidP="00505372">
            <w:pPr>
              <w:jc w:val="center"/>
            </w:pPr>
            <w:r>
              <w:t>22.05.2026</w:t>
            </w:r>
          </w:p>
        </w:tc>
      </w:tr>
      <w:tr w:rsidR="00F73E55" w14:paraId="557A28B9" w14:textId="77777777" w:rsidTr="00505372">
        <w:tc>
          <w:tcPr>
            <w:tcW w:w="354" w:type="pct"/>
            <w:vAlign w:val="center"/>
          </w:tcPr>
          <w:p w14:paraId="3C7C5C31" w14:textId="77777777" w:rsidR="00F73E55" w:rsidRDefault="00F73E55" w:rsidP="00505372">
            <w:pPr>
              <w:jc w:val="center"/>
            </w:pPr>
            <w:r>
              <w:t>09.03.03</w:t>
            </w:r>
          </w:p>
        </w:tc>
        <w:tc>
          <w:tcPr>
            <w:tcW w:w="899" w:type="pct"/>
            <w:vAlign w:val="center"/>
          </w:tcPr>
          <w:p w14:paraId="09E9915B" w14:textId="77777777" w:rsidR="00F73E55" w:rsidRDefault="00F73E55" w:rsidP="00505372">
            <w:pPr>
              <w:jc w:val="center"/>
            </w:pPr>
            <w:proofErr w:type="spellStart"/>
            <w:r>
              <w:t>Прикладная</w:t>
            </w:r>
            <w:proofErr w:type="spellEnd"/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в </w:t>
            </w:r>
            <w:proofErr w:type="spellStart"/>
            <w:r>
              <w:t>экономике</w:t>
            </w:r>
            <w:proofErr w:type="spellEnd"/>
          </w:p>
        </w:tc>
        <w:tc>
          <w:tcPr>
            <w:tcW w:w="308" w:type="pct"/>
            <w:vAlign w:val="center"/>
          </w:tcPr>
          <w:p w14:paraId="607A0375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3E39092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C2E0E8E" w14:textId="77777777" w:rsidR="00F73E55" w:rsidRDefault="00F73E55" w:rsidP="00505372">
            <w:pPr>
              <w:jc w:val="center"/>
            </w:pPr>
            <w:r>
              <w:t>ПИЭ-23</w:t>
            </w:r>
          </w:p>
        </w:tc>
        <w:tc>
          <w:tcPr>
            <w:tcW w:w="1334" w:type="pct"/>
            <w:vAlign w:val="center"/>
          </w:tcPr>
          <w:p w14:paraId="5DF10512" w14:textId="504317F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Б1.В.07 Проекты и управление проектами</w:t>
            </w:r>
          </w:p>
        </w:tc>
        <w:tc>
          <w:tcPr>
            <w:tcW w:w="526" w:type="pct"/>
            <w:vAlign w:val="center"/>
          </w:tcPr>
          <w:p w14:paraId="025C792E" w14:textId="77777777" w:rsidR="00F73E55" w:rsidRDefault="00F73E55" w:rsidP="00505372">
            <w:pPr>
              <w:jc w:val="center"/>
            </w:pPr>
            <w:r>
              <w:t>ПК-3, ПК-5</w:t>
            </w:r>
          </w:p>
        </w:tc>
        <w:tc>
          <w:tcPr>
            <w:tcW w:w="479" w:type="pct"/>
            <w:vAlign w:val="center"/>
          </w:tcPr>
          <w:p w14:paraId="30A193EE" w14:textId="77777777" w:rsidR="00F73E55" w:rsidRDefault="00F73E55" w:rsidP="00505372">
            <w:pPr>
              <w:jc w:val="center"/>
            </w:pPr>
            <w:r>
              <w:t>93.0%</w:t>
            </w:r>
          </w:p>
        </w:tc>
        <w:tc>
          <w:tcPr>
            <w:tcW w:w="437" w:type="pct"/>
            <w:vAlign w:val="center"/>
          </w:tcPr>
          <w:p w14:paraId="41B4F079" w14:textId="77777777" w:rsidR="00F73E55" w:rsidRDefault="00F73E55" w:rsidP="00505372">
            <w:pPr>
              <w:jc w:val="center"/>
            </w:pPr>
            <w:r>
              <w:t>26.05.2026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1238B4"/>
    <w:rsid w:val="00134829"/>
    <w:rsid w:val="0015074B"/>
    <w:rsid w:val="0029639D"/>
    <w:rsid w:val="00326F90"/>
    <w:rsid w:val="003A2B5A"/>
    <w:rsid w:val="00505372"/>
    <w:rsid w:val="005C48D3"/>
    <w:rsid w:val="00647E0A"/>
    <w:rsid w:val="00702BF4"/>
    <w:rsid w:val="00A72C3D"/>
    <w:rsid w:val="00AA1D8D"/>
    <w:rsid w:val="00B47730"/>
    <w:rsid w:val="00B808C6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2026-08-06T11:17:00Z</dcterms:created>
  <dcterms:modified xsi:type="dcterms:W3CDTF">2026-08-06T11:23:00Z</dcterms:modified>
  <cp:category/>
</cp:coreProperties>
</file>