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8"/>
        <w:gridCol w:w="2600"/>
        <w:gridCol w:w="941"/>
        <w:gridCol w:w="729"/>
        <w:gridCol w:w="1081"/>
        <w:gridCol w:w="1557"/>
        <w:gridCol w:w="1307"/>
        <w:gridCol w:w="2097"/>
      </w:tblGrid>
      <w:tr w:rsidR="003704DD" w14:paraId="12B4632C" w14:textId="77777777" w:rsidTr="006E7F4C">
        <w:tc>
          <w:tcPr>
            <w:tcW w:w="1073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49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40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86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63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9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3704DD" w14:paraId="6FC90A43" w14:textId="77777777" w:rsidTr="006E7F4C">
        <w:tc>
          <w:tcPr>
            <w:tcW w:w="1073" w:type="dxa"/>
            <w:vAlign w:val="center"/>
          </w:tcPr>
          <w:p w14:paraId="0C28ABD3" w14:textId="77777777" w:rsidR="003704DD" w:rsidRDefault="003704DD" w:rsidP="006E7F4C">
            <w:pPr>
              <w:jc w:val="center"/>
            </w:pPr>
            <w:r>
              <w:t>09.03.03</w:t>
            </w:r>
          </w:p>
        </w:tc>
        <w:tc>
          <w:tcPr>
            <w:tcW w:w="2789" w:type="dxa"/>
            <w:vAlign w:val="center"/>
          </w:tcPr>
          <w:p w14:paraId="0F546930" w14:textId="77777777" w:rsidR="003704DD" w:rsidRDefault="003704DD" w:rsidP="006E7F4C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949" w:type="dxa"/>
            <w:vAlign w:val="center"/>
          </w:tcPr>
          <w:p w14:paraId="34541E5F" w14:textId="77777777" w:rsidR="003704DD" w:rsidRDefault="003704DD" w:rsidP="006E7F4C">
            <w:pPr>
              <w:jc w:val="center"/>
            </w:pPr>
            <w:r>
              <w:t>2023</w:t>
            </w:r>
          </w:p>
        </w:tc>
        <w:tc>
          <w:tcPr>
            <w:tcW w:w="740" w:type="dxa"/>
            <w:vAlign w:val="center"/>
          </w:tcPr>
          <w:p w14:paraId="1A1DE460" w14:textId="77777777" w:rsidR="003704DD" w:rsidRDefault="003704DD" w:rsidP="006E7F4C">
            <w:pPr>
              <w:jc w:val="center"/>
            </w:pPr>
            <w:r>
              <w:t>3</w:t>
            </w:r>
          </w:p>
        </w:tc>
        <w:tc>
          <w:tcPr>
            <w:tcW w:w="1086" w:type="dxa"/>
            <w:vAlign w:val="center"/>
          </w:tcPr>
          <w:p w14:paraId="07CF03C1" w14:textId="77777777" w:rsidR="003704DD" w:rsidRDefault="003704DD" w:rsidP="006E7F4C">
            <w:pPr>
              <w:jc w:val="center"/>
            </w:pPr>
            <w:r>
              <w:t>75.25%</w:t>
            </w:r>
          </w:p>
        </w:tc>
        <w:tc>
          <w:tcPr>
            <w:tcW w:w="1563" w:type="dxa"/>
            <w:vAlign w:val="center"/>
          </w:tcPr>
          <w:p w14:paraId="2BCFC487" w14:textId="00C5B0C1" w:rsidR="003704DD" w:rsidRPr="007B438D" w:rsidRDefault="00FB6D11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УК-9</w:t>
            </w:r>
            <w:r>
              <w:rPr>
                <w:lang w:val="ru-RU"/>
              </w:rPr>
              <w:t xml:space="preserve">, </w:t>
            </w:r>
            <w:r w:rsidR="003704DD" w:rsidRPr="007B438D">
              <w:rPr>
                <w:lang w:val="ru-RU"/>
              </w:rPr>
              <w:t>ОПК-3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ОПК-6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ПК-5</w:t>
            </w:r>
            <w:r>
              <w:rPr>
                <w:lang w:val="ru-RU"/>
              </w:rPr>
              <w:t>,</w:t>
            </w:r>
            <w:r w:rsidR="003704DD" w:rsidRPr="007B438D">
              <w:rPr>
                <w:lang w:val="ru-RU"/>
              </w:rPr>
              <w:t xml:space="preserve"> ПК-6 </w:t>
            </w:r>
          </w:p>
        </w:tc>
        <w:tc>
          <w:tcPr>
            <w:tcW w:w="1309" w:type="dxa"/>
            <w:vAlign w:val="center"/>
          </w:tcPr>
          <w:p w14:paraId="5CB33879" w14:textId="77777777" w:rsidR="003704DD" w:rsidRDefault="003704DD" w:rsidP="006E7F4C">
            <w:pPr>
              <w:jc w:val="center"/>
            </w:pPr>
            <w:r>
              <w:t>4</w:t>
            </w:r>
          </w:p>
        </w:tc>
        <w:tc>
          <w:tcPr>
            <w:tcW w:w="2097" w:type="dxa"/>
            <w:vAlign w:val="center"/>
          </w:tcPr>
          <w:p w14:paraId="628A5418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3704DD" w14:paraId="0815F4F2" w14:textId="77777777" w:rsidTr="006E7F4C">
        <w:tc>
          <w:tcPr>
            <w:tcW w:w="1073" w:type="dxa"/>
            <w:vAlign w:val="center"/>
          </w:tcPr>
          <w:p w14:paraId="0E9B9B9D" w14:textId="77777777" w:rsidR="003704DD" w:rsidRDefault="003704DD" w:rsidP="006E7F4C">
            <w:pPr>
              <w:jc w:val="center"/>
            </w:pPr>
            <w:r>
              <w:t>09.03.03</w:t>
            </w:r>
          </w:p>
        </w:tc>
        <w:tc>
          <w:tcPr>
            <w:tcW w:w="2789" w:type="dxa"/>
            <w:vAlign w:val="center"/>
          </w:tcPr>
          <w:p w14:paraId="02AD7F79" w14:textId="77777777" w:rsidR="003704DD" w:rsidRDefault="003704DD" w:rsidP="006E7F4C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949" w:type="dxa"/>
            <w:vAlign w:val="center"/>
          </w:tcPr>
          <w:p w14:paraId="55000997" w14:textId="77777777" w:rsidR="003704DD" w:rsidRDefault="003704DD" w:rsidP="006E7F4C">
            <w:pPr>
              <w:jc w:val="center"/>
            </w:pPr>
            <w:r>
              <w:t>2024</w:t>
            </w:r>
          </w:p>
        </w:tc>
        <w:tc>
          <w:tcPr>
            <w:tcW w:w="740" w:type="dxa"/>
            <w:vAlign w:val="center"/>
          </w:tcPr>
          <w:p w14:paraId="7D7CCE61" w14:textId="77777777" w:rsidR="003704DD" w:rsidRDefault="003704DD" w:rsidP="006E7F4C">
            <w:pPr>
              <w:jc w:val="center"/>
            </w:pPr>
            <w:r>
              <w:t>2</w:t>
            </w:r>
          </w:p>
        </w:tc>
        <w:tc>
          <w:tcPr>
            <w:tcW w:w="1086" w:type="dxa"/>
            <w:vAlign w:val="center"/>
          </w:tcPr>
          <w:p w14:paraId="38065EFE" w14:textId="77777777" w:rsidR="003704DD" w:rsidRDefault="003704DD" w:rsidP="006E7F4C">
            <w:pPr>
              <w:jc w:val="center"/>
            </w:pPr>
            <w:r>
              <w:t>78.33%</w:t>
            </w:r>
          </w:p>
        </w:tc>
        <w:tc>
          <w:tcPr>
            <w:tcW w:w="1563" w:type="dxa"/>
            <w:vAlign w:val="center"/>
          </w:tcPr>
          <w:p w14:paraId="67770492" w14:textId="43DBD637" w:rsidR="003704DD" w:rsidRDefault="00FB6D11" w:rsidP="006E7F4C">
            <w:pPr>
              <w:jc w:val="center"/>
            </w:pPr>
            <w:r>
              <w:t>УК-7</w:t>
            </w:r>
            <w:r>
              <w:rPr>
                <w:lang w:val="ru-RU"/>
              </w:rPr>
              <w:t xml:space="preserve">, </w:t>
            </w:r>
            <w:r w:rsidR="003704DD">
              <w:t xml:space="preserve">ПК-4 </w:t>
            </w:r>
          </w:p>
        </w:tc>
        <w:tc>
          <w:tcPr>
            <w:tcW w:w="1309" w:type="dxa"/>
            <w:vAlign w:val="center"/>
          </w:tcPr>
          <w:p w14:paraId="5BF74E1F" w14:textId="515470E9" w:rsidR="003704DD" w:rsidRPr="00FB6D11" w:rsidRDefault="00FB6D11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97" w:type="dxa"/>
            <w:vAlign w:val="center"/>
          </w:tcPr>
          <w:p w14:paraId="397CE97B" w14:textId="77777777" w:rsidR="003704DD" w:rsidRDefault="003704DD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29639D"/>
    <w:rsid w:val="00326F90"/>
    <w:rsid w:val="003704DD"/>
    <w:rsid w:val="006210DE"/>
    <w:rsid w:val="006E7F4C"/>
    <w:rsid w:val="007B438D"/>
    <w:rsid w:val="00952B49"/>
    <w:rsid w:val="00995D0C"/>
    <w:rsid w:val="00AA1D8D"/>
    <w:rsid w:val="00B47730"/>
    <w:rsid w:val="00C26A3D"/>
    <w:rsid w:val="00CB0664"/>
    <w:rsid w:val="00D00904"/>
    <w:rsid w:val="00D42075"/>
    <w:rsid w:val="00FB6D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2026-08-06T11:19:00Z</dcterms:created>
  <dcterms:modified xsi:type="dcterms:W3CDTF">2026-08-06T11:23:00Z</dcterms:modified>
  <cp:category/>
</cp:coreProperties>
</file>