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3897874A" w14:textId="77777777" w:rsidTr="00505372">
        <w:tc>
          <w:tcPr>
            <w:tcW w:w="354" w:type="pct"/>
            <w:vAlign w:val="center"/>
          </w:tcPr>
          <w:p w14:paraId="7BA544E2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0E509D19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персоналом в цифровой экономике</w:t>
            </w:r>
          </w:p>
        </w:tc>
        <w:tc>
          <w:tcPr>
            <w:tcW w:w="308" w:type="pct"/>
            <w:vAlign w:val="center"/>
          </w:tcPr>
          <w:p w14:paraId="45A77976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4EB723E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78A8E37" w14:textId="77777777" w:rsidR="00F73E55" w:rsidRDefault="00F73E55" w:rsidP="00505372">
            <w:pPr>
              <w:jc w:val="center"/>
            </w:pPr>
            <w:r>
              <w:t>УПвЦЭзус-24</w:t>
            </w:r>
          </w:p>
        </w:tc>
        <w:tc>
          <w:tcPr>
            <w:tcW w:w="1334" w:type="pct"/>
            <w:vAlign w:val="center"/>
          </w:tcPr>
          <w:p w14:paraId="397E97B7" w14:textId="23ECBF7C" w:rsidR="00F73E55" w:rsidRDefault="008A4F7F" w:rsidP="00505372">
            <w:pPr>
              <w:jc w:val="center"/>
            </w:pPr>
            <w:proofErr w:type="gramStart"/>
            <w:r w:rsidRPr="008A4F7F">
              <w:t>Б1.В.02</w:t>
            </w:r>
            <w:r w:rsidRPr="008A4F7F">
              <w:t xml:space="preserve"> </w:t>
            </w:r>
            <w:r>
              <w:rPr>
                <w:lang w:val="ru-RU"/>
              </w:rPr>
              <w:t xml:space="preserve"> </w:t>
            </w:r>
            <w:proofErr w:type="spellStart"/>
            <w:r w:rsidR="00F73E55">
              <w:t>Базы</w:t>
            </w:r>
            <w:proofErr w:type="spellEnd"/>
            <w:proofErr w:type="gramEnd"/>
            <w:r w:rsidR="00F73E55">
              <w:t xml:space="preserve"> </w:t>
            </w:r>
            <w:proofErr w:type="spellStart"/>
            <w:r w:rsidR="00F73E55">
              <w:t>данных</w:t>
            </w:r>
            <w:proofErr w:type="spellEnd"/>
          </w:p>
        </w:tc>
        <w:tc>
          <w:tcPr>
            <w:tcW w:w="526" w:type="pct"/>
            <w:vAlign w:val="center"/>
          </w:tcPr>
          <w:p w14:paraId="488F291D" w14:textId="2B2289DB" w:rsidR="00F73E55" w:rsidRPr="008A4F7F" w:rsidRDefault="008A4F7F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ПК-4</w:t>
            </w:r>
          </w:p>
        </w:tc>
        <w:tc>
          <w:tcPr>
            <w:tcW w:w="479" w:type="pct"/>
            <w:vAlign w:val="center"/>
          </w:tcPr>
          <w:p w14:paraId="37290B03" w14:textId="77777777" w:rsidR="00F73E55" w:rsidRDefault="00F73E55" w:rsidP="00505372">
            <w:pPr>
              <w:jc w:val="center"/>
            </w:pPr>
            <w:r>
              <w:t>76.0%</w:t>
            </w:r>
          </w:p>
        </w:tc>
        <w:tc>
          <w:tcPr>
            <w:tcW w:w="437" w:type="pct"/>
            <w:vAlign w:val="center"/>
          </w:tcPr>
          <w:p w14:paraId="3C9844E3" w14:textId="77777777" w:rsidR="00F73E55" w:rsidRDefault="00F73E55" w:rsidP="00505372">
            <w:pPr>
              <w:jc w:val="center"/>
            </w:pPr>
            <w:r>
              <w:t>20.03.2026</w:t>
            </w:r>
          </w:p>
        </w:tc>
      </w:tr>
      <w:tr w:rsidR="00F73E55" w14:paraId="10823AEE" w14:textId="77777777" w:rsidTr="00505372">
        <w:tc>
          <w:tcPr>
            <w:tcW w:w="354" w:type="pct"/>
            <w:vAlign w:val="center"/>
          </w:tcPr>
          <w:p w14:paraId="282DFF05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079D343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персоналом в цифровой экономике</w:t>
            </w:r>
          </w:p>
        </w:tc>
        <w:tc>
          <w:tcPr>
            <w:tcW w:w="308" w:type="pct"/>
            <w:vAlign w:val="center"/>
          </w:tcPr>
          <w:p w14:paraId="34E7F951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42547723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D6B43F8" w14:textId="77777777" w:rsidR="00F73E55" w:rsidRDefault="00F73E55" w:rsidP="00505372">
            <w:pPr>
              <w:jc w:val="center"/>
            </w:pPr>
            <w:r>
              <w:t>УПвЦЭзус-25</w:t>
            </w:r>
          </w:p>
        </w:tc>
        <w:tc>
          <w:tcPr>
            <w:tcW w:w="1334" w:type="pct"/>
            <w:vAlign w:val="center"/>
          </w:tcPr>
          <w:p w14:paraId="571B5B28" w14:textId="37837847" w:rsidR="00F73E55" w:rsidRPr="00B808C6" w:rsidRDefault="008A4F7F" w:rsidP="00505372">
            <w:pPr>
              <w:jc w:val="center"/>
              <w:rPr>
                <w:lang w:val="ru-RU"/>
              </w:rPr>
            </w:pPr>
            <w:r w:rsidRPr="008A4F7F">
              <w:rPr>
                <w:lang w:val="ru-RU"/>
              </w:rPr>
              <w:t>Б1.О.06.03</w:t>
            </w:r>
            <w:r w:rsidRPr="008A4F7F"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 xml:space="preserve">Теория вероятностей и математическая статистика </w:t>
            </w:r>
          </w:p>
        </w:tc>
        <w:tc>
          <w:tcPr>
            <w:tcW w:w="526" w:type="pct"/>
            <w:vAlign w:val="center"/>
          </w:tcPr>
          <w:p w14:paraId="4F84F41C" w14:textId="7456FE5E" w:rsidR="00F73E55" w:rsidRPr="00B808C6" w:rsidRDefault="008A4F7F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ОПК-1</w:t>
            </w:r>
          </w:p>
        </w:tc>
        <w:tc>
          <w:tcPr>
            <w:tcW w:w="479" w:type="pct"/>
            <w:vAlign w:val="center"/>
          </w:tcPr>
          <w:p w14:paraId="3A95A333" w14:textId="77777777" w:rsidR="00F73E55" w:rsidRDefault="00F73E55" w:rsidP="00505372">
            <w:pPr>
              <w:jc w:val="center"/>
            </w:pPr>
            <w:r>
              <w:t>84.0%</w:t>
            </w:r>
          </w:p>
        </w:tc>
        <w:tc>
          <w:tcPr>
            <w:tcW w:w="437" w:type="pct"/>
            <w:vAlign w:val="center"/>
          </w:tcPr>
          <w:p w14:paraId="19A2AAE1" w14:textId="77777777" w:rsidR="00F73E55" w:rsidRDefault="00F73E55" w:rsidP="00505372">
            <w:pPr>
              <w:jc w:val="center"/>
            </w:pPr>
            <w:r>
              <w:t>20.04.2026</w:t>
            </w:r>
          </w:p>
        </w:tc>
      </w:tr>
      <w:tr w:rsidR="00F73E55" w14:paraId="62556B55" w14:textId="77777777" w:rsidTr="00505372">
        <w:tc>
          <w:tcPr>
            <w:tcW w:w="354" w:type="pct"/>
            <w:vAlign w:val="center"/>
          </w:tcPr>
          <w:p w14:paraId="6F1B70FC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0ACA5A0D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персоналом в цифровой экономике</w:t>
            </w:r>
          </w:p>
        </w:tc>
        <w:tc>
          <w:tcPr>
            <w:tcW w:w="308" w:type="pct"/>
            <w:vAlign w:val="center"/>
          </w:tcPr>
          <w:p w14:paraId="0FED6AC9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2264E21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29008CD" w14:textId="77777777" w:rsidR="00F73E55" w:rsidRDefault="00F73E55" w:rsidP="00505372">
            <w:pPr>
              <w:jc w:val="center"/>
            </w:pPr>
            <w:r>
              <w:t>УПвЦЭзус-25</w:t>
            </w:r>
          </w:p>
        </w:tc>
        <w:tc>
          <w:tcPr>
            <w:tcW w:w="1334" w:type="pct"/>
            <w:vAlign w:val="center"/>
          </w:tcPr>
          <w:p w14:paraId="5AAE7EE2" w14:textId="48695562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Б1.О.03.02 Деловые коммуникации</w:t>
            </w:r>
          </w:p>
        </w:tc>
        <w:tc>
          <w:tcPr>
            <w:tcW w:w="526" w:type="pct"/>
            <w:vAlign w:val="center"/>
          </w:tcPr>
          <w:p w14:paraId="734678D8" w14:textId="77777777" w:rsidR="00F73E55" w:rsidRDefault="00F73E55" w:rsidP="00505372">
            <w:pPr>
              <w:jc w:val="center"/>
            </w:pPr>
            <w:r>
              <w:t>УК-4</w:t>
            </w:r>
          </w:p>
        </w:tc>
        <w:tc>
          <w:tcPr>
            <w:tcW w:w="479" w:type="pct"/>
            <w:vAlign w:val="center"/>
          </w:tcPr>
          <w:p w14:paraId="7196E104" w14:textId="77777777" w:rsidR="00F73E55" w:rsidRDefault="00F73E55" w:rsidP="00505372">
            <w:pPr>
              <w:jc w:val="center"/>
            </w:pPr>
            <w:r>
              <w:t>29.0%</w:t>
            </w:r>
          </w:p>
        </w:tc>
        <w:tc>
          <w:tcPr>
            <w:tcW w:w="437" w:type="pct"/>
            <w:vAlign w:val="center"/>
          </w:tcPr>
          <w:p w14:paraId="44433BAE" w14:textId="77777777" w:rsidR="00F73E55" w:rsidRDefault="00F73E55" w:rsidP="00505372">
            <w:pPr>
              <w:jc w:val="center"/>
            </w:pPr>
            <w:r>
              <w:t>23.04.2026</w:t>
            </w:r>
          </w:p>
        </w:tc>
      </w:tr>
      <w:tr w:rsidR="00F73E55" w14:paraId="018BBFD8" w14:textId="77777777" w:rsidTr="00505372">
        <w:tc>
          <w:tcPr>
            <w:tcW w:w="354" w:type="pct"/>
            <w:vAlign w:val="center"/>
          </w:tcPr>
          <w:p w14:paraId="02039604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5E9ECDC6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Управление персоналом в цифровой экономике</w:t>
            </w:r>
          </w:p>
        </w:tc>
        <w:tc>
          <w:tcPr>
            <w:tcW w:w="308" w:type="pct"/>
            <w:vAlign w:val="center"/>
          </w:tcPr>
          <w:p w14:paraId="0D491939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48596697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28C18241" w14:textId="77777777" w:rsidR="00F73E55" w:rsidRDefault="00F73E55" w:rsidP="00505372">
            <w:pPr>
              <w:jc w:val="center"/>
            </w:pPr>
            <w:r>
              <w:t>УПвЦЭзус-25</w:t>
            </w:r>
          </w:p>
        </w:tc>
        <w:tc>
          <w:tcPr>
            <w:tcW w:w="1334" w:type="pct"/>
            <w:vAlign w:val="center"/>
          </w:tcPr>
          <w:p w14:paraId="22AEB176" w14:textId="168C3540" w:rsidR="00F73E55" w:rsidRDefault="008A4F7F" w:rsidP="00505372">
            <w:pPr>
              <w:jc w:val="center"/>
            </w:pPr>
            <w:proofErr w:type="gramStart"/>
            <w:r w:rsidRPr="008A4F7F">
              <w:t>Б1.О.06.01</w:t>
            </w:r>
            <w:r w:rsidRPr="008A4F7F">
              <w:t xml:space="preserve"> </w:t>
            </w:r>
            <w:r>
              <w:rPr>
                <w:lang w:val="ru-RU"/>
              </w:rPr>
              <w:t xml:space="preserve"> </w:t>
            </w:r>
            <w:proofErr w:type="spellStart"/>
            <w:r w:rsidR="00F73E55">
              <w:t>Математика</w:t>
            </w:r>
            <w:proofErr w:type="spellEnd"/>
            <w:proofErr w:type="gramEnd"/>
          </w:p>
        </w:tc>
        <w:tc>
          <w:tcPr>
            <w:tcW w:w="526" w:type="pct"/>
            <w:vAlign w:val="center"/>
          </w:tcPr>
          <w:p w14:paraId="22DAB809" w14:textId="5EEB042F" w:rsidR="00F73E55" w:rsidRPr="008A4F7F" w:rsidRDefault="008A4F7F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ОПК-1</w:t>
            </w:r>
          </w:p>
        </w:tc>
        <w:tc>
          <w:tcPr>
            <w:tcW w:w="479" w:type="pct"/>
            <w:vAlign w:val="center"/>
          </w:tcPr>
          <w:p w14:paraId="3BD305A4" w14:textId="77777777" w:rsidR="00F73E55" w:rsidRDefault="00F73E55" w:rsidP="00505372">
            <w:pPr>
              <w:jc w:val="center"/>
            </w:pPr>
            <w:r>
              <w:t>91.0%</w:t>
            </w:r>
          </w:p>
        </w:tc>
        <w:tc>
          <w:tcPr>
            <w:tcW w:w="437" w:type="pct"/>
            <w:vAlign w:val="center"/>
          </w:tcPr>
          <w:p w14:paraId="298C2C49" w14:textId="77777777" w:rsidR="00F73E55" w:rsidRDefault="00F73E55" w:rsidP="00505372">
            <w:pPr>
              <w:jc w:val="center"/>
            </w:pPr>
            <w:r>
              <w:t>25.04.2026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1C3013"/>
    <w:rsid w:val="0029639D"/>
    <w:rsid w:val="00326F90"/>
    <w:rsid w:val="003B5616"/>
    <w:rsid w:val="00464C7F"/>
    <w:rsid w:val="00505372"/>
    <w:rsid w:val="00592540"/>
    <w:rsid w:val="005C48D3"/>
    <w:rsid w:val="00693522"/>
    <w:rsid w:val="00702BF4"/>
    <w:rsid w:val="00770A8D"/>
    <w:rsid w:val="007D55B0"/>
    <w:rsid w:val="0089631A"/>
    <w:rsid w:val="008A4F7F"/>
    <w:rsid w:val="009122B5"/>
    <w:rsid w:val="00A12853"/>
    <w:rsid w:val="00A747C5"/>
    <w:rsid w:val="00A91224"/>
    <w:rsid w:val="00AA1D8D"/>
    <w:rsid w:val="00AA446A"/>
    <w:rsid w:val="00B47730"/>
    <w:rsid w:val="00B808C6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5</cp:revision>
  <dcterms:created xsi:type="dcterms:W3CDTF">2026-08-07T02:39:00Z</dcterms:created>
  <dcterms:modified xsi:type="dcterms:W3CDTF">2026-08-07T02:46:00Z</dcterms:modified>
  <cp:category/>
</cp:coreProperties>
</file>