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8"/>
        <w:gridCol w:w="2631"/>
        <w:gridCol w:w="942"/>
        <w:gridCol w:w="732"/>
        <w:gridCol w:w="1081"/>
        <w:gridCol w:w="1525"/>
        <w:gridCol w:w="1304"/>
        <w:gridCol w:w="2097"/>
      </w:tblGrid>
      <w:tr w:rsidR="00E3006D" w14:paraId="4D8960BB" w14:textId="77777777" w:rsidTr="005048C3">
        <w:tc>
          <w:tcPr>
            <w:tcW w:w="1068" w:type="dxa"/>
            <w:vAlign w:val="center"/>
          </w:tcPr>
          <w:p w14:paraId="1AB3AE25" w14:textId="77777777" w:rsidR="00E3006D" w:rsidRDefault="00E3006D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31" w:type="dxa"/>
            <w:vAlign w:val="center"/>
          </w:tcPr>
          <w:p w14:paraId="7A2C7F67" w14:textId="77777777" w:rsidR="00E3006D" w:rsidRDefault="00E3006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42" w:type="dxa"/>
            <w:vAlign w:val="center"/>
          </w:tcPr>
          <w:p w14:paraId="18209AF1" w14:textId="77777777" w:rsidR="00E3006D" w:rsidRDefault="00E3006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32" w:type="dxa"/>
            <w:vAlign w:val="center"/>
          </w:tcPr>
          <w:p w14:paraId="35E4C13B" w14:textId="77777777" w:rsidR="00E3006D" w:rsidRDefault="00E3006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81" w:type="dxa"/>
            <w:vAlign w:val="center"/>
          </w:tcPr>
          <w:p w14:paraId="23D5B852" w14:textId="77777777" w:rsidR="00E3006D" w:rsidRDefault="00E3006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25" w:type="dxa"/>
            <w:vAlign w:val="center"/>
          </w:tcPr>
          <w:p w14:paraId="590CEAFE" w14:textId="77777777" w:rsidR="00E3006D" w:rsidRDefault="00E3006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4" w:type="dxa"/>
            <w:vAlign w:val="center"/>
          </w:tcPr>
          <w:p w14:paraId="5F9FFDDE" w14:textId="77777777" w:rsidR="00E3006D" w:rsidRDefault="00E3006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17DB278F" w14:textId="77777777" w:rsidR="00E3006D" w:rsidRDefault="00E3006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E3006D" w14:paraId="2D0C15A5" w14:textId="77777777" w:rsidTr="005048C3">
        <w:tc>
          <w:tcPr>
            <w:tcW w:w="1068" w:type="dxa"/>
            <w:vAlign w:val="center"/>
          </w:tcPr>
          <w:p w14:paraId="2A50C039" w14:textId="77777777" w:rsidR="00E3006D" w:rsidRDefault="00E3006D" w:rsidP="006E7F4C">
            <w:pPr>
              <w:jc w:val="center"/>
            </w:pPr>
            <w:r>
              <w:t>09.03.03</w:t>
            </w:r>
          </w:p>
        </w:tc>
        <w:tc>
          <w:tcPr>
            <w:tcW w:w="2631" w:type="dxa"/>
            <w:vAlign w:val="center"/>
          </w:tcPr>
          <w:p w14:paraId="76EB1FD3" w14:textId="77777777" w:rsidR="00E3006D" w:rsidRPr="007B438D" w:rsidRDefault="00E3006D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Управление персоналом в цифровой экономике</w:t>
            </w:r>
          </w:p>
        </w:tc>
        <w:tc>
          <w:tcPr>
            <w:tcW w:w="942" w:type="dxa"/>
            <w:vAlign w:val="center"/>
          </w:tcPr>
          <w:p w14:paraId="3530C8AE" w14:textId="77777777" w:rsidR="00E3006D" w:rsidRDefault="00E3006D" w:rsidP="006E7F4C">
            <w:pPr>
              <w:jc w:val="center"/>
            </w:pPr>
            <w:r>
              <w:t>2024</w:t>
            </w:r>
          </w:p>
        </w:tc>
        <w:tc>
          <w:tcPr>
            <w:tcW w:w="732" w:type="dxa"/>
            <w:vAlign w:val="center"/>
          </w:tcPr>
          <w:p w14:paraId="2B8F8BC3" w14:textId="77777777" w:rsidR="00E3006D" w:rsidRDefault="00E3006D" w:rsidP="006E7F4C">
            <w:pPr>
              <w:jc w:val="center"/>
            </w:pPr>
            <w:r>
              <w:t>2</w:t>
            </w:r>
          </w:p>
        </w:tc>
        <w:tc>
          <w:tcPr>
            <w:tcW w:w="1081" w:type="dxa"/>
            <w:vAlign w:val="center"/>
          </w:tcPr>
          <w:p w14:paraId="3CF1756E" w14:textId="276FE13F" w:rsidR="00E3006D" w:rsidRDefault="00E3006D" w:rsidP="006E7F4C">
            <w:pPr>
              <w:jc w:val="center"/>
            </w:pPr>
            <w:r>
              <w:t>7</w:t>
            </w:r>
            <w:r>
              <w:rPr>
                <w:lang w:val="ru-RU"/>
              </w:rPr>
              <w:t>6</w:t>
            </w:r>
            <w:r>
              <w:t>.</w:t>
            </w:r>
            <w:r>
              <w:rPr>
                <w:lang w:val="ru-RU"/>
              </w:rPr>
              <w:t>0</w:t>
            </w:r>
            <w:r>
              <w:t>%</w:t>
            </w:r>
          </w:p>
        </w:tc>
        <w:tc>
          <w:tcPr>
            <w:tcW w:w="1525" w:type="dxa"/>
            <w:vAlign w:val="center"/>
          </w:tcPr>
          <w:p w14:paraId="1632E2A4" w14:textId="625AC322" w:rsidR="00E3006D" w:rsidRPr="00E3006D" w:rsidRDefault="00E3006D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ПК-4</w:t>
            </w:r>
          </w:p>
        </w:tc>
        <w:tc>
          <w:tcPr>
            <w:tcW w:w="1304" w:type="dxa"/>
            <w:vAlign w:val="center"/>
          </w:tcPr>
          <w:p w14:paraId="392D73B6" w14:textId="7EDD3FFD" w:rsidR="00E3006D" w:rsidRPr="00E3006D" w:rsidRDefault="00E3006D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97" w:type="dxa"/>
            <w:vAlign w:val="center"/>
          </w:tcPr>
          <w:p w14:paraId="1FBCE78F" w14:textId="77777777" w:rsidR="00E3006D" w:rsidRDefault="00E3006D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E3006D" w14:paraId="7D6A3FAF" w14:textId="77777777" w:rsidTr="005048C3">
        <w:tc>
          <w:tcPr>
            <w:tcW w:w="1068" w:type="dxa"/>
            <w:vAlign w:val="center"/>
          </w:tcPr>
          <w:p w14:paraId="43A7135D" w14:textId="77777777" w:rsidR="00E3006D" w:rsidRDefault="00E3006D" w:rsidP="006E7F4C">
            <w:pPr>
              <w:jc w:val="center"/>
            </w:pPr>
            <w:r>
              <w:t>09.03.03</w:t>
            </w:r>
          </w:p>
        </w:tc>
        <w:tc>
          <w:tcPr>
            <w:tcW w:w="2631" w:type="dxa"/>
            <w:vAlign w:val="center"/>
          </w:tcPr>
          <w:p w14:paraId="7B9EA801" w14:textId="77777777" w:rsidR="00E3006D" w:rsidRPr="007B438D" w:rsidRDefault="00E3006D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Управление персоналом в цифровой экономике</w:t>
            </w:r>
          </w:p>
        </w:tc>
        <w:tc>
          <w:tcPr>
            <w:tcW w:w="942" w:type="dxa"/>
            <w:vAlign w:val="center"/>
          </w:tcPr>
          <w:p w14:paraId="10A02AAC" w14:textId="77777777" w:rsidR="00E3006D" w:rsidRDefault="00E3006D" w:rsidP="006E7F4C">
            <w:pPr>
              <w:jc w:val="center"/>
            </w:pPr>
            <w:r>
              <w:t>2025</w:t>
            </w:r>
          </w:p>
        </w:tc>
        <w:tc>
          <w:tcPr>
            <w:tcW w:w="732" w:type="dxa"/>
            <w:vAlign w:val="center"/>
          </w:tcPr>
          <w:p w14:paraId="6B91C925" w14:textId="77777777" w:rsidR="00E3006D" w:rsidRDefault="00E3006D" w:rsidP="006E7F4C">
            <w:pPr>
              <w:jc w:val="center"/>
            </w:pPr>
            <w:r>
              <w:t>1</w:t>
            </w:r>
          </w:p>
        </w:tc>
        <w:tc>
          <w:tcPr>
            <w:tcW w:w="1081" w:type="dxa"/>
            <w:vAlign w:val="center"/>
          </w:tcPr>
          <w:p w14:paraId="52DE8747" w14:textId="77777777" w:rsidR="00E3006D" w:rsidRDefault="00E3006D" w:rsidP="006E7F4C">
            <w:pPr>
              <w:jc w:val="center"/>
            </w:pPr>
            <w:r>
              <w:rPr>
                <w:lang w:val="ru-RU"/>
              </w:rPr>
              <w:t>68</w:t>
            </w:r>
            <w:r>
              <w:t>.0%</w:t>
            </w:r>
          </w:p>
        </w:tc>
        <w:tc>
          <w:tcPr>
            <w:tcW w:w="1525" w:type="dxa"/>
            <w:vAlign w:val="center"/>
          </w:tcPr>
          <w:p w14:paraId="3DF88BEE" w14:textId="77777777" w:rsidR="00E3006D" w:rsidRPr="00E3006D" w:rsidRDefault="00E3006D" w:rsidP="006E7F4C">
            <w:pPr>
              <w:jc w:val="center"/>
              <w:rPr>
                <w:lang w:val="ru-RU"/>
              </w:rPr>
            </w:pPr>
            <w:r>
              <w:t>УК-4</w:t>
            </w:r>
            <w:r>
              <w:rPr>
                <w:lang w:val="ru-RU"/>
              </w:rPr>
              <w:t>, ОПК-1</w:t>
            </w:r>
          </w:p>
        </w:tc>
        <w:tc>
          <w:tcPr>
            <w:tcW w:w="1304" w:type="dxa"/>
            <w:vAlign w:val="center"/>
          </w:tcPr>
          <w:p w14:paraId="031CFAD6" w14:textId="77777777" w:rsidR="00E3006D" w:rsidRPr="00E3006D" w:rsidRDefault="00E3006D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97" w:type="dxa"/>
            <w:vAlign w:val="center"/>
          </w:tcPr>
          <w:p w14:paraId="09CFA143" w14:textId="77777777" w:rsidR="00E3006D" w:rsidRPr="00E3006D" w:rsidRDefault="00E3006D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Средний</w:t>
            </w:r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6D4"/>
    <w:rsid w:val="0015074B"/>
    <w:rsid w:val="001817CB"/>
    <w:rsid w:val="001A1A84"/>
    <w:rsid w:val="0029639D"/>
    <w:rsid w:val="00326F90"/>
    <w:rsid w:val="003704DD"/>
    <w:rsid w:val="004533B1"/>
    <w:rsid w:val="005048C3"/>
    <w:rsid w:val="00505EA1"/>
    <w:rsid w:val="00586473"/>
    <w:rsid w:val="006210DE"/>
    <w:rsid w:val="006E7F4C"/>
    <w:rsid w:val="007B438D"/>
    <w:rsid w:val="008657F1"/>
    <w:rsid w:val="008A61DE"/>
    <w:rsid w:val="00952B49"/>
    <w:rsid w:val="00995D0C"/>
    <w:rsid w:val="00AA1D8D"/>
    <w:rsid w:val="00B47730"/>
    <w:rsid w:val="00CB0664"/>
    <w:rsid w:val="00CC52DB"/>
    <w:rsid w:val="00D00904"/>
    <w:rsid w:val="00D22F38"/>
    <w:rsid w:val="00D42075"/>
    <w:rsid w:val="00E3006D"/>
    <w:rsid w:val="00E8704E"/>
    <w:rsid w:val="00EB2B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2026-08-07T02:40:00Z</dcterms:created>
  <dcterms:modified xsi:type="dcterms:W3CDTF">2026-08-07T02:46:00Z</dcterms:modified>
  <cp:category/>
</cp:coreProperties>
</file>