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8"/>
        <w:gridCol w:w="2775"/>
        <w:gridCol w:w="902"/>
        <w:gridCol w:w="671"/>
        <w:gridCol w:w="1179"/>
        <w:gridCol w:w="3906"/>
        <w:gridCol w:w="1541"/>
        <w:gridCol w:w="1403"/>
        <w:gridCol w:w="1281"/>
      </w:tblGrid>
      <w:tr w:rsidR="00FD08A6" w14:paraId="2E380B34" w14:textId="77777777" w:rsidTr="007018AF">
        <w:tc>
          <w:tcPr>
            <w:tcW w:w="353" w:type="pct"/>
            <w:vAlign w:val="center"/>
          </w:tcPr>
          <w:p w14:paraId="15C2D64D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44" w:type="pct"/>
            <w:vAlign w:val="center"/>
          </w:tcPr>
          <w:p w14:paraId="6EA40CC1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7" w:type="pct"/>
            <w:vAlign w:val="center"/>
          </w:tcPr>
          <w:p w14:paraId="268A3E94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8" w:type="pct"/>
            <w:vAlign w:val="center"/>
          </w:tcPr>
          <w:p w14:paraId="208F6DFD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01" w:type="pct"/>
            <w:vAlign w:val="center"/>
          </w:tcPr>
          <w:p w14:paraId="397B3B8F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29" w:type="pct"/>
            <w:vAlign w:val="center"/>
          </w:tcPr>
          <w:p w14:paraId="47A89CB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4" w:type="pct"/>
            <w:vAlign w:val="center"/>
          </w:tcPr>
          <w:p w14:paraId="2A90E210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7" w:type="pct"/>
            <w:vAlign w:val="center"/>
          </w:tcPr>
          <w:p w14:paraId="133D418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6" w:type="pct"/>
            <w:vAlign w:val="center"/>
          </w:tcPr>
          <w:p w14:paraId="300796FC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D08A6" w14:paraId="7F553552" w14:textId="77777777" w:rsidTr="007018AF">
        <w:tc>
          <w:tcPr>
            <w:tcW w:w="353" w:type="pct"/>
            <w:vAlign w:val="center"/>
          </w:tcPr>
          <w:p w14:paraId="1A51C170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4D769D0F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5A742B34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28" w:type="pct"/>
            <w:vAlign w:val="center"/>
          </w:tcPr>
          <w:p w14:paraId="35AA532A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624553F6" w14:textId="77777777" w:rsidR="00FD08A6" w:rsidRDefault="00FD08A6" w:rsidP="00A5446C">
            <w:pPr>
              <w:jc w:val="center"/>
            </w:pPr>
            <w:r>
              <w:t>ИИС-24</w:t>
            </w:r>
          </w:p>
        </w:tc>
        <w:tc>
          <w:tcPr>
            <w:tcW w:w="1329" w:type="pct"/>
            <w:vAlign w:val="center"/>
          </w:tcPr>
          <w:p w14:paraId="18B2FF2D" w14:textId="6A356B57" w:rsidR="00FD08A6" w:rsidRDefault="007018AF" w:rsidP="00A5446C">
            <w:pPr>
              <w:jc w:val="center"/>
            </w:pPr>
            <w:r w:rsidRPr="007018AF">
              <w:t>Б1.О.03.01</w:t>
            </w:r>
            <w:r>
              <w:rPr>
                <w:lang w:val="ru-RU"/>
              </w:rPr>
              <w:t xml:space="preserve"> </w:t>
            </w:r>
            <w:proofErr w:type="spellStart"/>
            <w:r w:rsidRPr="007018AF">
              <w:t>Экономика</w:t>
            </w:r>
            <w:proofErr w:type="spellEnd"/>
          </w:p>
        </w:tc>
        <w:tc>
          <w:tcPr>
            <w:tcW w:w="524" w:type="pct"/>
            <w:vAlign w:val="center"/>
          </w:tcPr>
          <w:p w14:paraId="25F43006" w14:textId="1D2FE946" w:rsidR="00FD08A6" w:rsidRPr="007018AF" w:rsidRDefault="00FD08A6" w:rsidP="00A5446C">
            <w:pPr>
              <w:jc w:val="center"/>
              <w:rPr>
                <w:lang w:val="ru-RU"/>
              </w:rPr>
            </w:pPr>
            <w:r>
              <w:t>УК-</w:t>
            </w:r>
            <w:r w:rsidR="007018AF">
              <w:rPr>
                <w:lang w:val="ru-RU"/>
              </w:rPr>
              <w:t>9</w:t>
            </w:r>
          </w:p>
        </w:tc>
        <w:tc>
          <w:tcPr>
            <w:tcW w:w="477" w:type="pct"/>
            <w:vAlign w:val="center"/>
          </w:tcPr>
          <w:p w14:paraId="23E32562" w14:textId="77777777" w:rsidR="00FD08A6" w:rsidRDefault="00FD08A6" w:rsidP="00A5446C">
            <w:pPr>
              <w:jc w:val="center"/>
            </w:pPr>
            <w:r>
              <w:t>83.0%</w:t>
            </w:r>
          </w:p>
        </w:tc>
        <w:tc>
          <w:tcPr>
            <w:tcW w:w="436" w:type="pct"/>
            <w:vAlign w:val="center"/>
          </w:tcPr>
          <w:p w14:paraId="5C1DD3DA" w14:textId="77777777" w:rsidR="00FD08A6" w:rsidRDefault="00FD08A6" w:rsidP="00A5446C">
            <w:pPr>
              <w:jc w:val="center"/>
            </w:pPr>
            <w:r>
              <w:t>13.03.2026</w:t>
            </w:r>
          </w:p>
        </w:tc>
      </w:tr>
      <w:tr w:rsidR="00FD08A6" w14:paraId="56E0AF8A" w14:textId="77777777" w:rsidTr="007018AF">
        <w:tc>
          <w:tcPr>
            <w:tcW w:w="353" w:type="pct"/>
            <w:vAlign w:val="center"/>
          </w:tcPr>
          <w:p w14:paraId="61698735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2874D558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252969B0" w14:textId="77777777" w:rsidR="00FD08A6" w:rsidRDefault="00FD08A6" w:rsidP="00A5446C">
            <w:pPr>
              <w:jc w:val="center"/>
            </w:pPr>
            <w:r>
              <w:t>2022</w:t>
            </w:r>
          </w:p>
        </w:tc>
        <w:tc>
          <w:tcPr>
            <w:tcW w:w="228" w:type="pct"/>
            <w:vAlign w:val="center"/>
          </w:tcPr>
          <w:p w14:paraId="40C83AD0" w14:textId="77777777" w:rsidR="00FD08A6" w:rsidRDefault="00FD08A6" w:rsidP="00A5446C">
            <w:pPr>
              <w:jc w:val="center"/>
            </w:pPr>
            <w:r>
              <w:t>4</w:t>
            </w:r>
          </w:p>
        </w:tc>
        <w:tc>
          <w:tcPr>
            <w:tcW w:w="401" w:type="pct"/>
            <w:vAlign w:val="center"/>
          </w:tcPr>
          <w:p w14:paraId="5C85080A" w14:textId="06826B04" w:rsidR="00FD08A6" w:rsidRDefault="00FD08A6" w:rsidP="00A5446C">
            <w:pPr>
              <w:jc w:val="center"/>
            </w:pPr>
            <w:r>
              <w:t>ИИС-22</w:t>
            </w:r>
          </w:p>
        </w:tc>
        <w:tc>
          <w:tcPr>
            <w:tcW w:w="1329" w:type="pct"/>
            <w:vAlign w:val="center"/>
          </w:tcPr>
          <w:p w14:paraId="76925699" w14:textId="7449A96E" w:rsidR="00FD08A6" w:rsidRPr="00FD08A6" w:rsidRDefault="00FD08A6" w:rsidP="00A5446C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>Б1.В.15.03 Многомерные и многосвязные системы управления</w:t>
            </w:r>
          </w:p>
        </w:tc>
        <w:tc>
          <w:tcPr>
            <w:tcW w:w="524" w:type="pct"/>
            <w:vAlign w:val="center"/>
          </w:tcPr>
          <w:p w14:paraId="67112C28" w14:textId="0412E0CE" w:rsidR="00FD08A6" w:rsidRPr="00DD0B46" w:rsidRDefault="00FD08A6" w:rsidP="00A5446C">
            <w:pPr>
              <w:jc w:val="center"/>
              <w:rPr>
                <w:lang w:val="ru-RU"/>
              </w:rPr>
            </w:pPr>
            <w:r>
              <w:t>УК-1</w:t>
            </w:r>
            <w:r w:rsidR="00DD0B46">
              <w:rPr>
                <w:lang w:val="ru-RU"/>
              </w:rPr>
              <w:t>, ПК-3</w:t>
            </w:r>
          </w:p>
        </w:tc>
        <w:tc>
          <w:tcPr>
            <w:tcW w:w="477" w:type="pct"/>
            <w:vAlign w:val="center"/>
          </w:tcPr>
          <w:p w14:paraId="18D7EF0C" w14:textId="77777777" w:rsidR="00FD08A6" w:rsidRDefault="00FD08A6" w:rsidP="00A5446C">
            <w:pPr>
              <w:jc w:val="center"/>
            </w:pPr>
            <w:r>
              <w:t>83.5%</w:t>
            </w:r>
          </w:p>
        </w:tc>
        <w:tc>
          <w:tcPr>
            <w:tcW w:w="436" w:type="pct"/>
            <w:vAlign w:val="center"/>
          </w:tcPr>
          <w:p w14:paraId="2EFA6425" w14:textId="77777777" w:rsidR="00FD08A6" w:rsidRDefault="00FD08A6" w:rsidP="00A5446C">
            <w:pPr>
              <w:jc w:val="center"/>
            </w:pPr>
            <w:r>
              <w:t>15.04.2026</w:t>
            </w:r>
          </w:p>
        </w:tc>
      </w:tr>
      <w:tr w:rsidR="00FD08A6" w14:paraId="543DB4DA" w14:textId="77777777" w:rsidTr="007018AF">
        <w:tc>
          <w:tcPr>
            <w:tcW w:w="353" w:type="pct"/>
            <w:vAlign w:val="center"/>
          </w:tcPr>
          <w:p w14:paraId="04BB21A5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1A06689F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02E85FA7" w14:textId="77777777" w:rsidR="00FD08A6" w:rsidRDefault="00FD08A6" w:rsidP="00A5446C">
            <w:pPr>
              <w:jc w:val="center"/>
            </w:pPr>
            <w:r>
              <w:t>2022</w:t>
            </w:r>
          </w:p>
        </w:tc>
        <w:tc>
          <w:tcPr>
            <w:tcW w:w="228" w:type="pct"/>
            <w:vAlign w:val="center"/>
          </w:tcPr>
          <w:p w14:paraId="27AA2C83" w14:textId="77777777" w:rsidR="00FD08A6" w:rsidRDefault="00FD08A6" w:rsidP="00A5446C">
            <w:pPr>
              <w:jc w:val="center"/>
            </w:pPr>
            <w:r>
              <w:t>4</w:t>
            </w:r>
          </w:p>
        </w:tc>
        <w:tc>
          <w:tcPr>
            <w:tcW w:w="401" w:type="pct"/>
            <w:vAlign w:val="center"/>
          </w:tcPr>
          <w:p w14:paraId="467A62D3" w14:textId="24448907" w:rsidR="00FD08A6" w:rsidRDefault="00FD08A6" w:rsidP="00A5446C">
            <w:pPr>
              <w:jc w:val="center"/>
            </w:pPr>
            <w:r>
              <w:t>ИИС-22</w:t>
            </w:r>
          </w:p>
        </w:tc>
        <w:tc>
          <w:tcPr>
            <w:tcW w:w="1329" w:type="pct"/>
            <w:vAlign w:val="center"/>
          </w:tcPr>
          <w:p w14:paraId="602E2333" w14:textId="306B97E4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</w:t>
            </w:r>
            <w:r w:rsidR="00DD0B46">
              <w:rPr>
                <w:lang w:val="ru-RU"/>
              </w:rPr>
              <w:t>07</w:t>
            </w:r>
            <w:r w:rsidRPr="00A5446C">
              <w:rPr>
                <w:lang w:val="ru-RU"/>
              </w:rPr>
              <w:t xml:space="preserve"> </w:t>
            </w:r>
            <w:r w:rsidR="00DD0B46" w:rsidRPr="00DD0B46">
              <w:rPr>
                <w:lang w:val="ru-RU"/>
              </w:rPr>
              <w:t>Проектирование и эксплуатация систем передачи</w:t>
            </w:r>
          </w:p>
        </w:tc>
        <w:tc>
          <w:tcPr>
            <w:tcW w:w="524" w:type="pct"/>
            <w:vAlign w:val="center"/>
          </w:tcPr>
          <w:p w14:paraId="6509409B" w14:textId="0B379807" w:rsidR="00FD08A6" w:rsidRPr="00DD0B46" w:rsidRDefault="00FD08A6" w:rsidP="00A5446C">
            <w:pPr>
              <w:jc w:val="center"/>
              <w:rPr>
                <w:lang w:val="ru-RU"/>
              </w:rPr>
            </w:pPr>
            <w:r>
              <w:t>ПК-</w:t>
            </w:r>
            <w:r w:rsidR="00DD0B46">
              <w:rPr>
                <w:lang w:val="ru-RU"/>
              </w:rPr>
              <w:t>3</w:t>
            </w:r>
            <w:r>
              <w:t>, ПК-</w:t>
            </w:r>
            <w:r w:rsidR="00DD0B46">
              <w:rPr>
                <w:lang w:val="ru-RU"/>
              </w:rPr>
              <w:t>6</w:t>
            </w:r>
          </w:p>
        </w:tc>
        <w:tc>
          <w:tcPr>
            <w:tcW w:w="477" w:type="pct"/>
            <w:vAlign w:val="center"/>
          </w:tcPr>
          <w:p w14:paraId="2F00556C" w14:textId="77777777" w:rsidR="00FD08A6" w:rsidRDefault="00FD08A6" w:rsidP="00A5446C">
            <w:pPr>
              <w:jc w:val="center"/>
            </w:pPr>
            <w:r>
              <w:t>94.0%</w:t>
            </w:r>
          </w:p>
        </w:tc>
        <w:tc>
          <w:tcPr>
            <w:tcW w:w="436" w:type="pct"/>
            <w:vAlign w:val="center"/>
          </w:tcPr>
          <w:p w14:paraId="3AD9E547" w14:textId="77777777" w:rsidR="00FD08A6" w:rsidRDefault="00FD08A6" w:rsidP="00A5446C">
            <w:pPr>
              <w:jc w:val="center"/>
            </w:pPr>
            <w:r>
              <w:t>23.04.2026</w:t>
            </w:r>
          </w:p>
        </w:tc>
      </w:tr>
      <w:tr w:rsidR="00FD08A6" w14:paraId="27AAC915" w14:textId="77777777" w:rsidTr="007018AF">
        <w:tc>
          <w:tcPr>
            <w:tcW w:w="353" w:type="pct"/>
            <w:vAlign w:val="center"/>
          </w:tcPr>
          <w:p w14:paraId="79EB1418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4A6EE071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1AA5357B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8" w:type="pct"/>
            <w:vAlign w:val="center"/>
          </w:tcPr>
          <w:p w14:paraId="4F016EC6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01" w:type="pct"/>
            <w:vAlign w:val="center"/>
          </w:tcPr>
          <w:p w14:paraId="05037986" w14:textId="77777777" w:rsidR="00FD08A6" w:rsidRDefault="00FD08A6" w:rsidP="00A5446C">
            <w:pPr>
              <w:jc w:val="center"/>
            </w:pPr>
            <w:r>
              <w:t>ИИС-23</w:t>
            </w:r>
          </w:p>
        </w:tc>
        <w:tc>
          <w:tcPr>
            <w:tcW w:w="1329" w:type="pct"/>
            <w:vAlign w:val="center"/>
          </w:tcPr>
          <w:p w14:paraId="7159CA1E" w14:textId="6ECFF35F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 xml:space="preserve">Б1.В.10 Проектирование и эксплуатация телекоммуникационных систем </w:t>
            </w:r>
          </w:p>
        </w:tc>
        <w:tc>
          <w:tcPr>
            <w:tcW w:w="524" w:type="pct"/>
            <w:vAlign w:val="center"/>
          </w:tcPr>
          <w:p w14:paraId="1CABC2D5" w14:textId="77777777" w:rsidR="00FD08A6" w:rsidRDefault="00FD08A6" w:rsidP="00A5446C">
            <w:pPr>
              <w:jc w:val="center"/>
            </w:pPr>
            <w:r>
              <w:t>ПК-1, ПК-3</w:t>
            </w:r>
          </w:p>
        </w:tc>
        <w:tc>
          <w:tcPr>
            <w:tcW w:w="477" w:type="pct"/>
            <w:vAlign w:val="center"/>
          </w:tcPr>
          <w:p w14:paraId="045E2872" w14:textId="77777777" w:rsidR="00FD08A6" w:rsidRDefault="00FD08A6" w:rsidP="00A5446C">
            <w:pPr>
              <w:jc w:val="center"/>
            </w:pPr>
            <w:r>
              <w:t>81.0%</w:t>
            </w:r>
          </w:p>
        </w:tc>
        <w:tc>
          <w:tcPr>
            <w:tcW w:w="436" w:type="pct"/>
            <w:vAlign w:val="center"/>
          </w:tcPr>
          <w:p w14:paraId="2B424055" w14:textId="77777777" w:rsidR="00FD08A6" w:rsidRDefault="00FD08A6" w:rsidP="00A5446C">
            <w:pPr>
              <w:jc w:val="center"/>
            </w:pPr>
            <w:r>
              <w:t>12.05.2026</w:t>
            </w:r>
          </w:p>
        </w:tc>
      </w:tr>
      <w:tr w:rsidR="00FD08A6" w14:paraId="3E03913E" w14:textId="77777777" w:rsidTr="007018AF">
        <w:tc>
          <w:tcPr>
            <w:tcW w:w="353" w:type="pct"/>
            <w:vAlign w:val="center"/>
          </w:tcPr>
          <w:p w14:paraId="5DF0FA0D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00B5B33F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55AA284A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28" w:type="pct"/>
            <w:vAlign w:val="center"/>
          </w:tcPr>
          <w:p w14:paraId="7BD885C2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3C9057D7" w14:textId="77777777" w:rsidR="00FD08A6" w:rsidRDefault="00FD08A6" w:rsidP="00A5446C">
            <w:pPr>
              <w:jc w:val="center"/>
            </w:pPr>
            <w:r>
              <w:t>ИИС-24</w:t>
            </w:r>
          </w:p>
        </w:tc>
        <w:tc>
          <w:tcPr>
            <w:tcW w:w="1329" w:type="pct"/>
            <w:vAlign w:val="center"/>
          </w:tcPr>
          <w:p w14:paraId="0886B065" w14:textId="3AB87182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Б1.О.07.04 Элективные дисциплины по физической культуре и спорту</w:t>
            </w:r>
          </w:p>
        </w:tc>
        <w:tc>
          <w:tcPr>
            <w:tcW w:w="524" w:type="pct"/>
            <w:vAlign w:val="center"/>
          </w:tcPr>
          <w:p w14:paraId="3229CBA3" w14:textId="77777777" w:rsidR="00FD08A6" w:rsidRDefault="00FD08A6" w:rsidP="00A5446C">
            <w:pPr>
              <w:jc w:val="center"/>
            </w:pPr>
            <w:r>
              <w:t>УК-7</w:t>
            </w:r>
          </w:p>
        </w:tc>
        <w:tc>
          <w:tcPr>
            <w:tcW w:w="477" w:type="pct"/>
            <w:vAlign w:val="center"/>
          </w:tcPr>
          <w:p w14:paraId="087607DB" w14:textId="77777777" w:rsidR="00FD08A6" w:rsidRDefault="00FD08A6" w:rsidP="00A5446C">
            <w:pPr>
              <w:jc w:val="center"/>
            </w:pPr>
            <w:r>
              <w:t>82.0%</w:t>
            </w:r>
          </w:p>
        </w:tc>
        <w:tc>
          <w:tcPr>
            <w:tcW w:w="436" w:type="pct"/>
            <w:vAlign w:val="center"/>
          </w:tcPr>
          <w:p w14:paraId="331815A8" w14:textId="77777777" w:rsidR="00FD08A6" w:rsidRDefault="00FD08A6" w:rsidP="00A5446C">
            <w:pPr>
              <w:jc w:val="center"/>
            </w:pPr>
            <w:r>
              <w:t>12.05.2026</w:t>
            </w:r>
          </w:p>
        </w:tc>
      </w:tr>
      <w:tr w:rsidR="00FD08A6" w14:paraId="77DDA63A" w14:textId="77777777" w:rsidTr="007018AF">
        <w:tc>
          <w:tcPr>
            <w:tcW w:w="353" w:type="pct"/>
            <w:vAlign w:val="center"/>
          </w:tcPr>
          <w:p w14:paraId="29E7CEBE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3CF312FC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542C1DB8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28" w:type="pct"/>
            <w:vAlign w:val="center"/>
          </w:tcPr>
          <w:p w14:paraId="3B7D0352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01" w:type="pct"/>
            <w:vAlign w:val="center"/>
          </w:tcPr>
          <w:p w14:paraId="45F534B5" w14:textId="77777777" w:rsidR="00FD08A6" w:rsidRDefault="00FD08A6" w:rsidP="00A5446C">
            <w:pPr>
              <w:jc w:val="center"/>
            </w:pPr>
            <w:r>
              <w:t>ИИС-25</w:t>
            </w:r>
          </w:p>
        </w:tc>
        <w:tc>
          <w:tcPr>
            <w:tcW w:w="1329" w:type="pct"/>
            <w:vAlign w:val="center"/>
          </w:tcPr>
          <w:p w14:paraId="6AF3EE60" w14:textId="77777777" w:rsidR="00FD08A6" w:rsidRDefault="00FD08A6" w:rsidP="00A5446C">
            <w:pPr>
              <w:jc w:val="center"/>
            </w:pPr>
            <w:r>
              <w:t xml:space="preserve">Б1.О.03.02 </w:t>
            </w:r>
            <w:proofErr w:type="spellStart"/>
            <w:r>
              <w:t>Финансовая</w:t>
            </w:r>
            <w:proofErr w:type="spellEnd"/>
            <w:r>
              <w:t xml:space="preserve"> </w:t>
            </w:r>
            <w:proofErr w:type="spellStart"/>
            <w:r>
              <w:t>грамотность</w:t>
            </w:r>
            <w:proofErr w:type="spellEnd"/>
          </w:p>
        </w:tc>
        <w:tc>
          <w:tcPr>
            <w:tcW w:w="524" w:type="pct"/>
            <w:vAlign w:val="center"/>
          </w:tcPr>
          <w:p w14:paraId="2B0CC4EC" w14:textId="7DAA096E" w:rsidR="00FD08A6" w:rsidRPr="00DD0B46" w:rsidRDefault="00DD0B46" w:rsidP="00A544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УК-9</w:t>
            </w:r>
          </w:p>
        </w:tc>
        <w:tc>
          <w:tcPr>
            <w:tcW w:w="477" w:type="pct"/>
            <w:vAlign w:val="center"/>
          </w:tcPr>
          <w:p w14:paraId="23EB68E1" w14:textId="77777777" w:rsidR="00FD08A6" w:rsidRDefault="00FD08A6" w:rsidP="00A5446C">
            <w:pPr>
              <w:jc w:val="center"/>
            </w:pPr>
            <w:r>
              <w:t>80.0%</w:t>
            </w:r>
          </w:p>
        </w:tc>
        <w:tc>
          <w:tcPr>
            <w:tcW w:w="436" w:type="pct"/>
            <w:vAlign w:val="center"/>
          </w:tcPr>
          <w:p w14:paraId="19233CBC" w14:textId="77777777" w:rsidR="00FD08A6" w:rsidRDefault="00FD08A6" w:rsidP="00A5446C">
            <w:pPr>
              <w:jc w:val="center"/>
            </w:pPr>
            <w:r>
              <w:t>13.05.2026</w:t>
            </w:r>
          </w:p>
        </w:tc>
      </w:tr>
      <w:tr w:rsidR="00FD08A6" w14:paraId="7FE3AA3E" w14:textId="77777777" w:rsidTr="007018AF">
        <w:tc>
          <w:tcPr>
            <w:tcW w:w="353" w:type="pct"/>
            <w:vAlign w:val="center"/>
          </w:tcPr>
          <w:p w14:paraId="0D3EE62D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4110FD6D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43D71776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8" w:type="pct"/>
            <w:vAlign w:val="center"/>
          </w:tcPr>
          <w:p w14:paraId="2DABF40B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01" w:type="pct"/>
            <w:vAlign w:val="center"/>
          </w:tcPr>
          <w:p w14:paraId="38BE0C3C" w14:textId="77777777" w:rsidR="00FD08A6" w:rsidRDefault="00FD08A6" w:rsidP="00A5446C">
            <w:pPr>
              <w:jc w:val="center"/>
            </w:pPr>
            <w:r>
              <w:t>ИИС-23</w:t>
            </w:r>
          </w:p>
        </w:tc>
        <w:tc>
          <w:tcPr>
            <w:tcW w:w="1329" w:type="pct"/>
            <w:vAlign w:val="center"/>
          </w:tcPr>
          <w:p w14:paraId="6DE82326" w14:textId="0177EF9B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Б1.В.06 Цифровые системы передачи</w:t>
            </w:r>
          </w:p>
        </w:tc>
        <w:tc>
          <w:tcPr>
            <w:tcW w:w="524" w:type="pct"/>
            <w:vAlign w:val="center"/>
          </w:tcPr>
          <w:p w14:paraId="7D996256" w14:textId="77777777" w:rsidR="00FD08A6" w:rsidRDefault="00FD08A6" w:rsidP="00A5446C">
            <w:pPr>
              <w:jc w:val="center"/>
            </w:pPr>
            <w:r>
              <w:t>ПК-1</w:t>
            </w:r>
          </w:p>
        </w:tc>
        <w:tc>
          <w:tcPr>
            <w:tcW w:w="477" w:type="pct"/>
            <w:vAlign w:val="center"/>
          </w:tcPr>
          <w:p w14:paraId="005E6F10" w14:textId="77777777" w:rsidR="00FD08A6" w:rsidRDefault="00FD08A6" w:rsidP="00A5446C">
            <w:pPr>
              <w:jc w:val="center"/>
            </w:pPr>
            <w:r>
              <w:t>56.0%</w:t>
            </w:r>
          </w:p>
        </w:tc>
        <w:tc>
          <w:tcPr>
            <w:tcW w:w="436" w:type="pct"/>
            <w:vAlign w:val="center"/>
          </w:tcPr>
          <w:p w14:paraId="41D768FE" w14:textId="77777777" w:rsidR="00FD08A6" w:rsidRDefault="00FD08A6" w:rsidP="00A5446C">
            <w:pPr>
              <w:jc w:val="center"/>
            </w:pPr>
            <w:r>
              <w:t>14.05.2026</w:t>
            </w:r>
          </w:p>
        </w:tc>
      </w:tr>
      <w:tr w:rsidR="00FD08A6" w14:paraId="58779F29" w14:textId="77777777" w:rsidTr="007018AF">
        <w:tc>
          <w:tcPr>
            <w:tcW w:w="353" w:type="pct"/>
            <w:vAlign w:val="center"/>
          </w:tcPr>
          <w:p w14:paraId="5C07102C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1604475F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3D32C3C1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8" w:type="pct"/>
            <w:vAlign w:val="center"/>
          </w:tcPr>
          <w:p w14:paraId="5F8C9E73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01" w:type="pct"/>
            <w:vAlign w:val="center"/>
          </w:tcPr>
          <w:p w14:paraId="30A78BBA" w14:textId="77777777" w:rsidR="00FD08A6" w:rsidRDefault="00FD08A6" w:rsidP="00A5446C">
            <w:pPr>
              <w:jc w:val="center"/>
            </w:pPr>
            <w:r>
              <w:t>ИИС-23</w:t>
            </w:r>
          </w:p>
        </w:tc>
        <w:tc>
          <w:tcPr>
            <w:tcW w:w="1329" w:type="pct"/>
            <w:vAlign w:val="center"/>
          </w:tcPr>
          <w:p w14:paraId="26A83244" w14:textId="712FB0F9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Б1.0.13, Управление инфокоммуникационными системами</w:t>
            </w:r>
          </w:p>
        </w:tc>
        <w:tc>
          <w:tcPr>
            <w:tcW w:w="524" w:type="pct"/>
            <w:vAlign w:val="center"/>
          </w:tcPr>
          <w:p w14:paraId="1D9D306C" w14:textId="77777777" w:rsidR="00FD08A6" w:rsidRDefault="00FD08A6" w:rsidP="00A5446C">
            <w:pPr>
              <w:jc w:val="center"/>
            </w:pPr>
            <w:r>
              <w:t>УК-1</w:t>
            </w:r>
          </w:p>
        </w:tc>
        <w:tc>
          <w:tcPr>
            <w:tcW w:w="477" w:type="pct"/>
            <w:vAlign w:val="center"/>
          </w:tcPr>
          <w:p w14:paraId="32577148" w14:textId="77777777" w:rsidR="00FD08A6" w:rsidRDefault="00FD08A6" w:rsidP="00A5446C">
            <w:pPr>
              <w:jc w:val="center"/>
            </w:pPr>
            <w:r>
              <w:t>66.0%</w:t>
            </w:r>
          </w:p>
        </w:tc>
        <w:tc>
          <w:tcPr>
            <w:tcW w:w="436" w:type="pct"/>
            <w:vAlign w:val="center"/>
          </w:tcPr>
          <w:p w14:paraId="5FA1AD06" w14:textId="77777777" w:rsidR="00FD08A6" w:rsidRDefault="00FD08A6" w:rsidP="00A5446C">
            <w:pPr>
              <w:jc w:val="center"/>
            </w:pPr>
            <w:r>
              <w:t>14.05.2026</w:t>
            </w:r>
          </w:p>
        </w:tc>
      </w:tr>
      <w:tr w:rsidR="00FD08A6" w14:paraId="77EB6D0B" w14:textId="77777777" w:rsidTr="007018AF">
        <w:tc>
          <w:tcPr>
            <w:tcW w:w="353" w:type="pct"/>
            <w:vAlign w:val="center"/>
          </w:tcPr>
          <w:p w14:paraId="0021DBE3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2DFD4DD6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699FD153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28" w:type="pct"/>
            <w:vAlign w:val="center"/>
          </w:tcPr>
          <w:p w14:paraId="332E496D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01" w:type="pct"/>
            <w:vAlign w:val="center"/>
          </w:tcPr>
          <w:p w14:paraId="11C3A022" w14:textId="77777777" w:rsidR="00FD08A6" w:rsidRDefault="00FD08A6" w:rsidP="00A5446C">
            <w:pPr>
              <w:jc w:val="center"/>
            </w:pPr>
            <w:r>
              <w:t>ИИС-25</w:t>
            </w:r>
          </w:p>
        </w:tc>
        <w:tc>
          <w:tcPr>
            <w:tcW w:w="1329" w:type="pct"/>
            <w:vAlign w:val="center"/>
          </w:tcPr>
          <w:p w14:paraId="18E30169" w14:textId="4DA52BFB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Б1.О.04.01 Иностранный язык</w:t>
            </w:r>
          </w:p>
        </w:tc>
        <w:tc>
          <w:tcPr>
            <w:tcW w:w="524" w:type="pct"/>
            <w:vAlign w:val="center"/>
          </w:tcPr>
          <w:p w14:paraId="57B9D071" w14:textId="77777777" w:rsidR="00FD08A6" w:rsidRDefault="00FD08A6" w:rsidP="00A5446C">
            <w:pPr>
              <w:jc w:val="center"/>
            </w:pPr>
            <w:r>
              <w:t>УК-4</w:t>
            </w:r>
          </w:p>
        </w:tc>
        <w:tc>
          <w:tcPr>
            <w:tcW w:w="477" w:type="pct"/>
            <w:vAlign w:val="center"/>
          </w:tcPr>
          <w:p w14:paraId="0E7E5AD7" w14:textId="77777777" w:rsidR="00FD08A6" w:rsidRDefault="00FD08A6" w:rsidP="00A5446C">
            <w:pPr>
              <w:jc w:val="center"/>
            </w:pPr>
            <w:r>
              <w:t>80.0%</w:t>
            </w:r>
          </w:p>
        </w:tc>
        <w:tc>
          <w:tcPr>
            <w:tcW w:w="436" w:type="pct"/>
            <w:vAlign w:val="center"/>
          </w:tcPr>
          <w:p w14:paraId="206FB124" w14:textId="77777777" w:rsidR="00FD08A6" w:rsidRDefault="00FD08A6" w:rsidP="00A5446C">
            <w:pPr>
              <w:jc w:val="center"/>
            </w:pPr>
            <w:r>
              <w:t>14.05.2026</w:t>
            </w:r>
          </w:p>
        </w:tc>
      </w:tr>
      <w:tr w:rsidR="00FD08A6" w14:paraId="4CAE4C4A" w14:textId="77777777" w:rsidTr="007018AF">
        <w:tc>
          <w:tcPr>
            <w:tcW w:w="353" w:type="pct"/>
            <w:vAlign w:val="center"/>
          </w:tcPr>
          <w:p w14:paraId="1DC33D54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66147C95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3AFC3B64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8" w:type="pct"/>
            <w:vAlign w:val="center"/>
          </w:tcPr>
          <w:p w14:paraId="797F4E4E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01" w:type="pct"/>
            <w:vAlign w:val="center"/>
          </w:tcPr>
          <w:p w14:paraId="23EC0484" w14:textId="77777777" w:rsidR="00FD08A6" w:rsidRDefault="00FD08A6" w:rsidP="00A5446C">
            <w:pPr>
              <w:jc w:val="center"/>
            </w:pPr>
            <w:r>
              <w:t>ИИС-23</w:t>
            </w:r>
          </w:p>
        </w:tc>
        <w:tc>
          <w:tcPr>
            <w:tcW w:w="1329" w:type="pct"/>
            <w:vAlign w:val="center"/>
          </w:tcPr>
          <w:p w14:paraId="3076114C" w14:textId="54951460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Б1.О.05.04 Системы искусственного интеллекта</w:t>
            </w:r>
          </w:p>
        </w:tc>
        <w:tc>
          <w:tcPr>
            <w:tcW w:w="524" w:type="pct"/>
            <w:vAlign w:val="center"/>
          </w:tcPr>
          <w:p w14:paraId="3C82662E" w14:textId="77777777" w:rsidR="00FD08A6" w:rsidRDefault="00FD08A6" w:rsidP="00A5446C">
            <w:pPr>
              <w:jc w:val="center"/>
            </w:pPr>
            <w:r>
              <w:t>ОПК-3, ОПК-4, ОПК-5</w:t>
            </w:r>
          </w:p>
        </w:tc>
        <w:tc>
          <w:tcPr>
            <w:tcW w:w="477" w:type="pct"/>
            <w:vAlign w:val="center"/>
          </w:tcPr>
          <w:p w14:paraId="7196B6D1" w14:textId="77777777" w:rsidR="00FD08A6" w:rsidRDefault="00FD08A6" w:rsidP="00A5446C">
            <w:pPr>
              <w:jc w:val="center"/>
            </w:pPr>
            <w:r>
              <w:t>82.0%</w:t>
            </w:r>
          </w:p>
        </w:tc>
        <w:tc>
          <w:tcPr>
            <w:tcW w:w="436" w:type="pct"/>
            <w:vAlign w:val="center"/>
          </w:tcPr>
          <w:p w14:paraId="3DF07466" w14:textId="77777777" w:rsidR="00FD08A6" w:rsidRDefault="00FD08A6" w:rsidP="00A5446C">
            <w:pPr>
              <w:jc w:val="center"/>
            </w:pPr>
            <w:r>
              <w:t>24.05.2026</w:t>
            </w:r>
          </w:p>
        </w:tc>
      </w:tr>
      <w:tr w:rsidR="00FD08A6" w14:paraId="1C1474F2" w14:textId="77777777" w:rsidTr="007018AF">
        <w:tc>
          <w:tcPr>
            <w:tcW w:w="353" w:type="pct"/>
            <w:vAlign w:val="center"/>
          </w:tcPr>
          <w:p w14:paraId="55B1878D" w14:textId="77777777" w:rsidR="00FD08A6" w:rsidRDefault="00FD08A6" w:rsidP="00A5446C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16AA0FCE" w14:textId="77777777" w:rsidR="00FD08A6" w:rsidRDefault="00FD08A6" w:rsidP="00A5446C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152D14AD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28" w:type="pct"/>
            <w:vAlign w:val="center"/>
          </w:tcPr>
          <w:p w14:paraId="7D7EE538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01" w:type="pct"/>
            <w:vAlign w:val="center"/>
          </w:tcPr>
          <w:p w14:paraId="082C9447" w14:textId="77777777" w:rsidR="00FD08A6" w:rsidRDefault="00FD08A6" w:rsidP="00A5446C">
            <w:pPr>
              <w:jc w:val="center"/>
            </w:pPr>
            <w:r>
              <w:t>ИИС-25</w:t>
            </w:r>
          </w:p>
        </w:tc>
        <w:tc>
          <w:tcPr>
            <w:tcW w:w="1329" w:type="pct"/>
            <w:vAlign w:val="center"/>
          </w:tcPr>
          <w:p w14:paraId="31410FE1" w14:textId="554C9270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Б1.В.02 Математические модели и численные методы в системах связи</w:t>
            </w:r>
            <w:r w:rsidR="005A4CF1">
              <w:rPr>
                <w:lang w:val="ru-RU"/>
              </w:rPr>
              <w:t xml:space="preserve"> </w:t>
            </w:r>
            <w:r w:rsidRPr="00A5446C">
              <w:rPr>
                <w:lang w:val="ru-RU"/>
              </w:rPr>
              <w:t>(2 семестр)</w:t>
            </w:r>
          </w:p>
        </w:tc>
        <w:tc>
          <w:tcPr>
            <w:tcW w:w="524" w:type="pct"/>
            <w:vAlign w:val="center"/>
          </w:tcPr>
          <w:p w14:paraId="280B0B66" w14:textId="12337FB0" w:rsidR="00FD08A6" w:rsidRPr="00A5446C" w:rsidRDefault="005A4CF1" w:rsidP="00A544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УК-1, ПК-2</w:t>
            </w:r>
          </w:p>
        </w:tc>
        <w:tc>
          <w:tcPr>
            <w:tcW w:w="477" w:type="pct"/>
            <w:vAlign w:val="center"/>
          </w:tcPr>
          <w:p w14:paraId="4AC107AB" w14:textId="77777777" w:rsidR="00FD08A6" w:rsidRDefault="00FD08A6" w:rsidP="00A5446C">
            <w:pPr>
              <w:jc w:val="center"/>
            </w:pPr>
            <w:r>
              <w:t>81.0%</w:t>
            </w:r>
          </w:p>
        </w:tc>
        <w:tc>
          <w:tcPr>
            <w:tcW w:w="436" w:type="pct"/>
            <w:vAlign w:val="center"/>
          </w:tcPr>
          <w:p w14:paraId="6A500D20" w14:textId="77777777" w:rsidR="00FD08A6" w:rsidRDefault="00FD08A6" w:rsidP="00A5446C">
            <w:pPr>
              <w:jc w:val="center"/>
            </w:pPr>
            <w:r>
              <w:t>25.05.2026</w:t>
            </w:r>
          </w:p>
        </w:tc>
      </w:tr>
      <w:tr w:rsidR="005A4CF1" w14:paraId="4E7D4C7D" w14:textId="77777777" w:rsidTr="007018AF">
        <w:tc>
          <w:tcPr>
            <w:tcW w:w="353" w:type="pct"/>
            <w:vAlign w:val="center"/>
          </w:tcPr>
          <w:p w14:paraId="57D7261A" w14:textId="77777777" w:rsidR="005A4CF1" w:rsidRDefault="005A4CF1" w:rsidP="005A4CF1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73DDAA81" w14:textId="77777777" w:rsidR="005A4CF1" w:rsidRDefault="005A4CF1" w:rsidP="005A4CF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19E308C2" w14:textId="77777777" w:rsidR="005A4CF1" w:rsidRDefault="005A4CF1" w:rsidP="005A4CF1">
            <w:pPr>
              <w:jc w:val="center"/>
            </w:pPr>
            <w:r>
              <w:t>2024</w:t>
            </w:r>
          </w:p>
        </w:tc>
        <w:tc>
          <w:tcPr>
            <w:tcW w:w="228" w:type="pct"/>
            <w:vAlign w:val="center"/>
          </w:tcPr>
          <w:p w14:paraId="35D3B18D" w14:textId="77777777" w:rsidR="005A4CF1" w:rsidRDefault="005A4CF1" w:rsidP="005A4CF1">
            <w:pPr>
              <w:jc w:val="center"/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154F351C" w14:textId="77777777" w:rsidR="005A4CF1" w:rsidRDefault="005A4CF1" w:rsidP="005A4CF1">
            <w:pPr>
              <w:jc w:val="center"/>
            </w:pPr>
            <w:r>
              <w:t>ИИС-24</w:t>
            </w:r>
          </w:p>
        </w:tc>
        <w:tc>
          <w:tcPr>
            <w:tcW w:w="1329" w:type="pct"/>
            <w:vAlign w:val="center"/>
          </w:tcPr>
          <w:p w14:paraId="1AB52035" w14:textId="759AB451" w:rsidR="005A4CF1" w:rsidRPr="00A5446C" w:rsidRDefault="005A4CF1" w:rsidP="005A4CF1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Б1.В.02 Математические модели и численные методы в системах связи(4 семестр)</w:t>
            </w:r>
          </w:p>
        </w:tc>
        <w:tc>
          <w:tcPr>
            <w:tcW w:w="524" w:type="pct"/>
            <w:vAlign w:val="center"/>
          </w:tcPr>
          <w:p w14:paraId="31A14B1A" w14:textId="6B1B0390" w:rsidR="005A4CF1" w:rsidRPr="00A5446C" w:rsidRDefault="005A4CF1" w:rsidP="005A4CF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УК-1, ПК-2</w:t>
            </w:r>
          </w:p>
        </w:tc>
        <w:tc>
          <w:tcPr>
            <w:tcW w:w="477" w:type="pct"/>
            <w:vAlign w:val="center"/>
          </w:tcPr>
          <w:p w14:paraId="13CAE09E" w14:textId="77777777" w:rsidR="005A4CF1" w:rsidRDefault="005A4CF1" w:rsidP="005A4CF1">
            <w:pPr>
              <w:jc w:val="center"/>
            </w:pPr>
            <w:r>
              <w:t>61.0%</w:t>
            </w:r>
          </w:p>
        </w:tc>
        <w:tc>
          <w:tcPr>
            <w:tcW w:w="436" w:type="pct"/>
            <w:vAlign w:val="center"/>
          </w:tcPr>
          <w:p w14:paraId="6917BB67" w14:textId="77777777" w:rsidR="005A4CF1" w:rsidRDefault="005A4CF1" w:rsidP="005A4CF1">
            <w:pPr>
              <w:jc w:val="center"/>
            </w:pPr>
            <w:r>
              <w:t>25.05.2026</w:t>
            </w:r>
          </w:p>
        </w:tc>
      </w:tr>
      <w:tr w:rsidR="005A4CF1" w14:paraId="5B29129C" w14:textId="77777777" w:rsidTr="007018AF">
        <w:tc>
          <w:tcPr>
            <w:tcW w:w="353" w:type="pct"/>
            <w:vAlign w:val="center"/>
          </w:tcPr>
          <w:p w14:paraId="37EC2ABB" w14:textId="77777777" w:rsidR="005A4CF1" w:rsidRDefault="005A4CF1" w:rsidP="005A4CF1">
            <w:pPr>
              <w:jc w:val="center"/>
            </w:pPr>
            <w:r>
              <w:lastRenderedPageBreak/>
              <w:t>11.03.02</w:t>
            </w:r>
          </w:p>
        </w:tc>
        <w:tc>
          <w:tcPr>
            <w:tcW w:w="944" w:type="pct"/>
            <w:vAlign w:val="center"/>
          </w:tcPr>
          <w:p w14:paraId="7A30212C" w14:textId="77777777" w:rsidR="005A4CF1" w:rsidRDefault="005A4CF1" w:rsidP="005A4CF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23757BA3" w14:textId="77777777" w:rsidR="005A4CF1" w:rsidRDefault="005A4CF1" w:rsidP="005A4CF1">
            <w:pPr>
              <w:jc w:val="center"/>
            </w:pPr>
            <w:r>
              <w:t>2024</w:t>
            </w:r>
          </w:p>
        </w:tc>
        <w:tc>
          <w:tcPr>
            <w:tcW w:w="228" w:type="pct"/>
            <w:vAlign w:val="center"/>
          </w:tcPr>
          <w:p w14:paraId="6D14F05B" w14:textId="77777777" w:rsidR="005A4CF1" w:rsidRDefault="005A4CF1" w:rsidP="005A4CF1">
            <w:pPr>
              <w:jc w:val="center"/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5755D296" w14:textId="77777777" w:rsidR="005A4CF1" w:rsidRDefault="005A4CF1" w:rsidP="005A4CF1">
            <w:pPr>
              <w:jc w:val="center"/>
            </w:pPr>
            <w:r>
              <w:t>ИИС-24</w:t>
            </w:r>
          </w:p>
        </w:tc>
        <w:tc>
          <w:tcPr>
            <w:tcW w:w="1329" w:type="pct"/>
            <w:vAlign w:val="center"/>
          </w:tcPr>
          <w:p w14:paraId="127CA454" w14:textId="066496D7" w:rsidR="005A4CF1" w:rsidRPr="00A5446C" w:rsidRDefault="005A4CF1" w:rsidP="005A4CF1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Б1.В.ДВ.02.01  Технологии и языки программирования</w:t>
            </w:r>
          </w:p>
        </w:tc>
        <w:tc>
          <w:tcPr>
            <w:tcW w:w="524" w:type="pct"/>
            <w:vAlign w:val="center"/>
          </w:tcPr>
          <w:p w14:paraId="52B8EA34" w14:textId="77777777" w:rsidR="005A4CF1" w:rsidRDefault="005A4CF1" w:rsidP="005A4CF1">
            <w:pPr>
              <w:jc w:val="center"/>
            </w:pPr>
            <w:r>
              <w:t>УК-1</w:t>
            </w:r>
          </w:p>
        </w:tc>
        <w:tc>
          <w:tcPr>
            <w:tcW w:w="477" w:type="pct"/>
            <w:vAlign w:val="center"/>
          </w:tcPr>
          <w:p w14:paraId="1AFDB5DE" w14:textId="77777777" w:rsidR="005A4CF1" w:rsidRDefault="005A4CF1" w:rsidP="005A4CF1">
            <w:pPr>
              <w:jc w:val="center"/>
            </w:pPr>
            <w:r>
              <w:t>36.0%</w:t>
            </w:r>
          </w:p>
        </w:tc>
        <w:tc>
          <w:tcPr>
            <w:tcW w:w="436" w:type="pct"/>
            <w:vAlign w:val="center"/>
          </w:tcPr>
          <w:p w14:paraId="1236CB7C" w14:textId="77777777" w:rsidR="005A4CF1" w:rsidRDefault="005A4CF1" w:rsidP="005A4CF1">
            <w:pPr>
              <w:jc w:val="center"/>
            </w:pPr>
            <w:r>
              <w:t>27.05.2026</w:t>
            </w:r>
          </w:p>
        </w:tc>
      </w:tr>
      <w:tr w:rsidR="005A4CF1" w14:paraId="1DDB07B5" w14:textId="77777777" w:rsidTr="007018AF">
        <w:tc>
          <w:tcPr>
            <w:tcW w:w="353" w:type="pct"/>
            <w:vAlign w:val="center"/>
          </w:tcPr>
          <w:p w14:paraId="51BBDE36" w14:textId="77777777" w:rsidR="005A4CF1" w:rsidRDefault="005A4CF1" w:rsidP="005A4CF1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2F489AE7" w14:textId="77777777" w:rsidR="005A4CF1" w:rsidRDefault="005A4CF1" w:rsidP="005A4CF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0F6B6F3B" w14:textId="77777777" w:rsidR="005A4CF1" w:rsidRDefault="005A4CF1" w:rsidP="005A4CF1">
            <w:pPr>
              <w:jc w:val="center"/>
            </w:pPr>
            <w:r>
              <w:t>2023</w:t>
            </w:r>
          </w:p>
        </w:tc>
        <w:tc>
          <w:tcPr>
            <w:tcW w:w="228" w:type="pct"/>
            <w:vAlign w:val="center"/>
          </w:tcPr>
          <w:p w14:paraId="2796DFB6" w14:textId="77777777" w:rsidR="005A4CF1" w:rsidRDefault="005A4CF1" w:rsidP="005A4CF1">
            <w:pPr>
              <w:jc w:val="center"/>
            </w:pPr>
            <w:r>
              <w:t>3</w:t>
            </w:r>
          </w:p>
        </w:tc>
        <w:tc>
          <w:tcPr>
            <w:tcW w:w="401" w:type="pct"/>
            <w:vAlign w:val="center"/>
          </w:tcPr>
          <w:p w14:paraId="62110236" w14:textId="77777777" w:rsidR="005A4CF1" w:rsidRDefault="005A4CF1" w:rsidP="005A4CF1">
            <w:pPr>
              <w:jc w:val="center"/>
            </w:pPr>
            <w:r>
              <w:t>ИИС-23</w:t>
            </w:r>
          </w:p>
        </w:tc>
        <w:tc>
          <w:tcPr>
            <w:tcW w:w="1329" w:type="pct"/>
            <w:vAlign w:val="center"/>
          </w:tcPr>
          <w:p w14:paraId="418EBB31" w14:textId="5BFB5C64" w:rsidR="005A4CF1" w:rsidRPr="00A5446C" w:rsidRDefault="005A4CF1" w:rsidP="005A4CF1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Б1.В.09_Проектирование направляющих сред электросвязи</w:t>
            </w:r>
          </w:p>
        </w:tc>
        <w:tc>
          <w:tcPr>
            <w:tcW w:w="524" w:type="pct"/>
            <w:vAlign w:val="center"/>
          </w:tcPr>
          <w:p w14:paraId="1BB01E05" w14:textId="77777777" w:rsidR="005A4CF1" w:rsidRDefault="005A4CF1" w:rsidP="005A4CF1">
            <w:pPr>
              <w:jc w:val="center"/>
            </w:pPr>
            <w:r>
              <w:t>ПК-1, ПК-3</w:t>
            </w:r>
          </w:p>
        </w:tc>
        <w:tc>
          <w:tcPr>
            <w:tcW w:w="477" w:type="pct"/>
            <w:vAlign w:val="center"/>
          </w:tcPr>
          <w:p w14:paraId="4E7C69C7" w14:textId="77777777" w:rsidR="005A4CF1" w:rsidRDefault="005A4CF1" w:rsidP="005A4CF1">
            <w:pPr>
              <w:jc w:val="center"/>
            </w:pPr>
            <w:r>
              <w:t>80.5%</w:t>
            </w:r>
          </w:p>
        </w:tc>
        <w:tc>
          <w:tcPr>
            <w:tcW w:w="436" w:type="pct"/>
            <w:vAlign w:val="center"/>
          </w:tcPr>
          <w:p w14:paraId="15F2C778" w14:textId="77777777" w:rsidR="005A4CF1" w:rsidRDefault="005A4CF1" w:rsidP="005A4CF1">
            <w:pPr>
              <w:jc w:val="center"/>
            </w:pPr>
            <w:r>
              <w:t>29.05.2026</w:t>
            </w:r>
          </w:p>
        </w:tc>
      </w:tr>
      <w:tr w:rsidR="005A4CF1" w14:paraId="7913E642" w14:textId="77777777" w:rsidTr="007018AF">
        <w:tc>
          <w:tcPr>
            <w:tcW w:w="353" w:type="pct"/>
            <w:vAlign w:val="center"/>
          </w:tcPr>
          <w:p w14:paraId="76C37EAC" w14:textId="77777777" w:rsidR="005A4CF1" w:rsidRDefault="005A4CF1" w:rsidP="005A4CF1">
            <w:pPr>
              <w:jc w:val="center"/>
            </w:pPr>
            <w:r>
              <w:t>11.03.02</w:t>
            </w:r>
          </w:p>
        </w:tc>
        <w:tc>
          <w:tcPr>
            <w:tcW w:w="944" w:type="pct"/>
            <w:vAlign w:val="center"/>
          </w:tcPr>
          <w:p w14:paraId="44DF771B" w14:textId="77777777" w:rsidR="005A4CF1" w:rsidRDefault="005A4CF1" w:rsidP="005A4CF1">
            <w:pPr>
              <w:jc w:val="center"/>
            </w:pPr>
            <w:proofErr w:type="spellStart"/>
            <w:r>
              <w:t>Интеллектуальные</w:t>
            </w:r>
            <w:proofErr w:type="spellEnd"/>
            <w:r>
              <w:t xml:space="preserve"> </w:t>
            </w:r>
            <w:proofErr w:type="spellStart"/>
            <w:r>
              <w:t>инфокоммуникационные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</w:p>
        </w:tc>
        <w:tc>
          <w:tcPr>
            <w:tcW w:w="307" w:type="pct"/>
            <w:vAlign w:val="center"/>
          </w:tcPr>
          <w:p w14:paraId="4BE932EE" w14:textId="77777777" w:rsidR="005A4CF1" w:rsidRDefault="005A4CF1" w:rsidP="005A4CF1">
            <w:pPr>
              <w:jc w:val="center"/>
            </w:pPr>
            <w:r>
              <w:t>2024</w:t>
            </w:r>
          </w:p>
        </w:tc>
        <w:tc>
          <w:tcPr>
            <w:tcW w:w="228" w:type="pct"/>
            <w:vAlign w:val="center"/>
          </w:tcPr>
          <w:p w14:paraId="4C53B26C" w14:textId="77777777" w:rsidR="005A4CF1" w:rsidRDefault="005A4CF1" w:rsidP="005A4CF1">
            <w:pPr>
              <w:jc w:val="center"/>
            </w:pPr>
            <w:r>
              <w:t>2</w:t>
            </w:r>
          </w:p>
        </w:tc>
        <w:tc>
          <w:tcPr>
            <w:tcW w:w="401" w:type="pct"/>
            <w:vAlign w:val="center"/>
          </w:tcPr>
          <w:p w14:paraId="41F0AA88" w14:textId="77777777" w:rsidR="005A4CF1" w:rsidRDefault="005A4CF1" w:rsidP="005A4CF1">
            <w:pPr>
              <w:jc w:val="center"/>
            </w:pPr>
            <w:r>
              <w:t>ИИС-24</w:t>
            </w:r>
          </w:p>
        </w:tc>
        <w:tc>
          <w:tcPr>
            <w:tcW w:w="1329" w:type="pct"/>
            <w:vAlign w:val="center"/>
          </w:tcPr>
          <w:p w14:paraId="48CB0051" w14:textId="55146190" w:rsidR="005A4CF1" w:rsidRPr="00A5446C" w:rsidRDefault="005A4CF1" w:rsidP="005A4CF1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 xml:space="preserve">Б1.В.05 Общая теория связи </w:t>
            </w:r>
          </w:p>
        </w:tc>
        <w:tc>
          <w:tcPr>
            <w:tcW w:w="524" w:type="pct"/>
            <w:vAlign w:val="center"/>
          </w:tcPr>
          <w:p w14:paraId="2ED80642" w14:textId="77777777" w:rsidR="005A4CF1" w:rsidRDefault="005A4CF1" w:rsidP="005A4CF1">
            <w:pPr>
              <w:jc w:val="center"/>
            </w:pPr>
            <w:r>
              <w:t>ПК-1, ПК-3</w:t>
            </w:r>
          </w:p>
        </w:tc>
        <w:tc>
          <w:tcPr>
            <w:tcW w:w="477" w:type="pct"/>
            <w:vAlign w:val="center"/>
          </w:tcPr>
          <w:p w14:paraId="3074DBDB" w14:textId="77777777" w:rsidR="005A4CF1" w:rsidRDefault="005A4CF1" w:rsidP="005A4CF1">
            <w:pPr>
              <w:jc w:val="center"/>
            </w:pPr>
            <w:r>
              <w:t>73.0%</w:t>
            </w:r>
          </w:p>
        </w:tc>
        <w:tc>
          <w:tcPr>
            <w:tcW w:w="436" w:type="pct"/>
            <w:vAlign w:val="center"/>
          </w:tcPr>
          <w:p w14:paraId="0E233E26" w14:textId="77777777" w:rsidR="005A4CF1" w:rsidRDefault="005A4CF1" w:rsidP="005A4CF1">
            <w:pPr>
              <w:jc w:val="center"/>
            </w:pPr>
            <w:r>
              <w:t>04.06.2026</w:t>
            </w:r>
          </w:p>
        </w:tc>
      </w:tr>
    </w:tbl>
    <w:p w14:paraId="39EE3157" w14:textId="77777777" w:rsidR="00A20636" w:rsidRDefault="00A20636"/>
    <w:sectPr w:rsidR="00A20636" w:rsidSect="00A5446C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3721"/>
    <w:rsid w:val="005A4CF1"/>
    <w:rsid w:val="00687B60"/>
    <w:rsid w:val="007018AF"/>
    <w:rsid w:val="0091790A"/>
    <w:rsid w:val="00A20636"/>
    <w:rsid w:val="00A5446C"/>
    <w:rsid w:val="00AA1D8D"/>
    <w:rsid w:val="00B47730"/>
    <w:rsid w:val="00CB0664"/>
    <w:rsid w:val="00DD0B46"/>
    <w:rsid w:val="00F124C8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2026-08-06T04:50:00Z</dcterms:created>
  <dcterms:modified xsi:type="dcterms:W3CDTF">2026-08-06T05:04:00Z</dcterms:modified>
  <cp:category/>
</cp:coreProperties>
</file>