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87500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Отчёт по результатам дисциплин 'ООП'</w:t>
      </w:r>
    </w:p>
    <w:p w14:paraId="7A0D5DAF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42"/>
        <w:gridCol w:w="2775"/>
        <w:gridCol w:w="906"/>
        <w:gridCol w:w="678"/>
        <w:gridCol w:w="1055"/>
        <w:gridCol w:w="1529"/>
        <w:gridCol w:w="1298"/>
        <w:gridCol w:w="2097"/>
      </w:tblGrid>
      <w:tr w:rsidR="009E1D9B" w14:paraId="50CEEC58" w14:textId="77777777" w:rsidTr="009E1D9B">
        <w:tc>
          <w:tcPr>
            <w:tcW w:w="1042" w:type="dxa"/>
            <w:vAlign w:val="center"/>
          </w:tcPr>
          <w:p w14:paraId="1ED9CFFC" w14:textId="77777777" w:rsidR="009E1D9B" w:rsidRDefault="009E1D9B" w:rsidP="006C28D1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775" w:type="dxa"/>
            <w:vAlign w:val="center"/>
          </w:tcPr>
          <w:p w14:paraId="250CAAEC" w14:textId="77777777" w:rsidR="009E1D9B" w:rsidRDefault="009E1D9B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06" w:type="dxa"/>
            <w:vAlign w:val="center"/>
          </w:tcPr>
          <w:p w14:paraId="7205F84C" w14:textId="77777777" w:rsidR="009E1D9B" w:rsidRDefault="009E1D9B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678" w:type="dxa"/>
            <w:vAlign w:val="center"/>
          </w:tcPr>
          <w:p w14:paraId="6A137045" w14:textId="77777777" w:rsidR="009E1D9B" w:rsidRDefault="009E1D9B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55" w:type="dxa"/>
            <w:vAlign w:val="center"/>
          </w:tcPr>
          <w:p w14:paraId="06C7003B" w14:textId="77777777" w:rsidR="009E1D9B" w:rsidRDefault="009E1D9B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29" w:type="dxa"/>
            <w:vAlign w:val="center"/>
          </w:tcPr>
          <w:p w14:paraId="1B607FE6" w14:textId="77777777" w:rsidR="009E1D9B" w:rsidRDefault="009E1D9B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298" w:type="dxa"/>
            <w:vAlign w:val="center"/>
          </w:tcPr>
          <w:p w14:paraId="60175153" w14:textId="77777777" w:rsidR="009E1D9B" w:rsidRDefault="009E1D9B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7997D4E2" w14:textId="77777777" w:rsidR="009E1D9B" w:rsidRDefault="009E1D9B" w:rsidP="006C28D1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9E1D9B" w14:paraId="28C51244" w14:textId="77777777" w:rsidTr="009E1D9B">
        <w:tc>
          <w:tcPr>
            <w:tcW w:w="1042" w:type="dxa"/>
            <w:vAlign w:val="center"/>
          </w:tcPr>
          <w:p w14:paraId="2D4DCAC1" w14:textId="77777777" w:rsidR="009E1D9B" w:rsidRDefault="009E1D9B" w:rsidP="006C28D1">
            <w:pPr>
              <w:jc w:val="center"/>
            </w:pPr>
            <w:r>
              <w:t>11.03.02</w:t>
            </w:r>
          </w:p>
        </w:tc>
        <w:tc>
          <w:tcPr>
            <w:tcW w:w="2775" w:type="dxa"/>
            <w:vAlign w:val="center"/>
          </w:tcPr>
          <w:p w14:paraId="1C681F57" w14:textId="77777777" w:rsidR="009E1D9B" w:rsidRDefault="009E1D9B" w:rsidP="006C28D1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906" w:type="dxa"/>
            <w:vAlign w:val="center"/>
          </w:tcPr>
          <w:p w14:paraId="6186FC2F" w14:textId="77777777" w:rsidR="009E1D9B" w:rsidRDefault="009E1D9B" w:rsidP="006C28D1">
            <w:pPr>
              <w:jc w:val="center"/>
            </w:pPr>
            <w:r>
              <w:t>2022</w:t>
            </w:r>
          </w:p>
        </w:tc>
        <w:tc>
          <w:tcPr>
            <w:tcW w:w="678" w:type="dxa"/>
            <w:vAlign w:val="center"/>
          </w:tcPr>
          <w:p w14:paraId="12857E07" w14:textId="77777777" w:rsidR="009E1D9B" w:rsidRDefault="009E1D9B" w:rsidP="006C28D1">
            <w:pPr>
              <w:jc w:val="center"/>
            </w:pPr>
            <w:r>
              <w:t>4</w:t>
            </w:r>
          </w:p>
        </w:tc>
        <w:tc>
          <w:tcPr>
            <w:tcW w:w="1055" w:type="dxa"/>
            <w:vAlign w:val="center"/>
          </w:tcPr>
          <w:p w14:paraId="26409C0D" w14:textId="77777777" w:rsidR="009E1D9B" w:rsidRDefault="009E1D9B" w:rsidP="006C28D1">
            <w:pPr>
              <w:jc w:val="center"/>
            </w:pPr>
            <w:r>
              <w:t>88.75%</w:t>
            </w:r>
          </w:p>
        </w:tc>
        <w:tc>
          <w:tcPr>
            <w:tcW w:w="1529" w:type="dxa"/>
            <w:vAlign w:val="center"/>
          </w:tcPr>
          <w:p w14:paraId="17AF5978" w14:textId="70D9688A" w:rsidR="009E1D9B" w:rsidRPr="009E1D9B" w:rsidRDefault="009E1D9B" w:rsidP="006C28D1">
            <w:pPr>
              <w:jc w:val="center"/>
              <w:rPr>
                <w:lang w:val="ru-RU"/>
              </w:rPr>
            </w:pPr>
            <w:r>
              <w:t>УК-1</w:t>
            </w:r>
            <w:r>
              <w:rPr>
                <w:lang w:val="ru-RU"/>
              </w:rPr>
              <w:t xml:space="preserve">, </w:t>
            </w:r>
            <w:r>
              <w:t>ПК-1</w:t>
            </w:r>
            <w:r>
              <w:rPr>
                <w:lang w:val="ru-RU"/>
              </w:rPr>
              <w:t>,</w:t>
            </w:r>
            <w:r>
              <w:t xml:space="preserve"> ПК-</w:t>
            </w:r>
            <w:r>
              <w:rPr>
                <w:lang w:val="ru-RU"/>
              </w:rPr>
              <w:t>6</w:t>
            </w:r>
          </w:p>
        </w:tc>
        <w:tc>
          <w:tcPr>
            <w:tcW w:w="1298" w:type="dxa"/>
            <w:vAlign w:val="center"/>
          </w:tcPr>
          <w:p w14:paraId="3D0813A8" w14:textId="77777777" w:rsidR="009E1D9B" w:rsidRDefault="009E1D9B" w:rsidP="006C28D1">
            <w:pPr>
              <w:jc w:val="center"/>
            </w:pPr>
            <w:r>
              <w:t>2</w:t>
            </w:r>
          </w:p>
        </w:tc>
        <w:tc>
          <w:tcPr>
            <w:tcW w:w="2097" w:type="dxa"/>
            <w:vAlign w:val="center"/>
          </w:tcPr>
          <w:p w14:paraId="79E6DD4F" w14:textId="77777777" w:rsidR="009E1D9B" w:rsidRDefault="009E1D9B" w:rsidP="006C28D1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9E1D9B" w14:paraId="769697BD" w14:textId="77777777" w:rsidTr="009E1D9B">
        <w:tc>
          <w:tcPr>
            <w:tcW w:w="1042" w:type="dxa"/>
            <w:vAlign w:val="center"/>
          </w:tcPr>
          <w:p w14:paraId="2B5A8A34" w14:textId="77777777" w:rsidR="009E1D9B" w:rsidRDefault="009E1D9B" w:rsidP="006C28D1">
            <w:pPr>
              <w:jc w:val="center"/>
            </w:pPr>
            <w:r>
              <w:t>11.03.02</w:t>
            </w:r>
          </w:p>
        </w:tc>
        <w:tc>
          <w:tcPr>
            <w:tcW w:w="2775" w:type="dxa"/>
            <w:vAlign w:val="center"/>
          </w:tcPr>
          <w:p w14:paraId="4B74BC04" w14:textId="77777777" w:rsidR="009E1D9B" w:rsidRDefault="009E1D9B" w:rsidP="006C28D1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906" w:type="dxa"/>
            <w:vAlign w:val="center"/>
          </w:tcPr>
          <w:p w14:paraId="585DB819" w14:textId="77777777" w:rsidR="009E1D9B" w:rsidRDefault="009E1D9B" w:rsidP="006C28D1">
            <w:pPr>
              <w:jc w:val="center"/>
            </w:pPr>
            <w:r>
              <w:t>2023</w:t>
            </w:r>
          </w:p>
        </w:tc>
        <w:tc>
          <w:tcPr>
            <w:tcW w:w="678" w:type="dxa"/>
            <w:vAlign w:val="center"/>
          </w:tcPr>
          <w:p w14:paraId="1E6C7E56" w14:textId="77777777" w:rsidR="009E1D9B" w:rsidRDefault="009E1D9B" w:rsidP="006C28D1">
            <w:pPr>
              <w:jc w:val="center"/>
            </w:pPr>
            <w:r>
              <w:t>3</w:t>
            </w:r>
          </w:p>
        </w:tc>
        <w:tc>
          <w:tcPr>
            <w:tcW w:w="1055" w:type="dxa"/>
            <w:vAlign w:val="center"/>
          </w:tcPr>
          <w:p w14:paraId="43376842" w14:textId="77777777" w:rsidR="009E1D9B" w:rsidRDefault="009E1D9B" w:rsidP="006C28D1">
            <w:pPr>
              <w:jc w:val="center"/>
            </w:pPr>
            <w:r>
              <w:t>73.1%</w:t>
            </w:r>
          </w:p>
        </w:tc>
        <w:tc>
          <w:tcPr>
            <w:tcW w:w="1529" w:type="dxa"/>
            <w:vAlign w:val="center"/>
          </w:tcPr>
          <w:p w14:paraId="3FA77C9A" w14:textId="239E0429" w:rsidR="009E1D9B" w:rsidRPr="002302EC" w:rsidRDefault="009E1D9B" w:rsidP="006C28D1">
            <w:pPr>
              <w:jc w:val="center"/>
              <w:rPr>
                <w:lang w:val="ru-RU"/>
              </w:rPr>
            </w:pPr>
            <w:r w:rsidRPr="002302EC">
              <w:rPr>
                <w:lang w:val="ru-RU"/>
              </w:rPr>
              <w:t>УК-1</w:t>
            </w:r>
            <w:r>
              <w:rPr>
                <w:lang w:val="ru-RU"/>
              </w:rPr>
              <w:t xml:space="preserve">, </w:t>
            </w:r>
            <w:r w:rsidRPr="002302EC">
              <w:rPr>
                <w:lang w:val="ru-RU"/>
              </w:rPr>
              <w:t>ОПК-3</w:t>
            </w:r>
            <w:r>
              <w:rPr>
                <w:lang w:val="ru-RU"/>
              </w:rPr>
              <w:t>,</w:t>
            </w:r>
            <w:r w:rsidRPr="002302EC">
              <w:rPr>
                <w:lang w:val="ru-RU"/>
              </w:rPr>
              <w:t xml:space="preserve"> ОПК-4</w:t>
            </w:r>
            <w:r>
              <w:rPr>
                <w:lang w:val="ru-RU"/>
              </w:rPr>
              <w:t>,</w:t>
            </w:r>
            <w:r w:rsidRPr="002302EC">
              <w:rPr>
                <w:lang w:val="ru-RU"/>
              </w:rPr>
              <w:t xml:space="preserve"> ОПК-5</w:t>
            </w:r>
            <w:r>
              <w:rPr>
                <w:lang w:val="ru-RU"/>
              </w:rPr>
              <w:t>,</w:t>
            </w:r>
            <w:r w:rsidRPr="002302EC">
              <w:rPr>
                <w:lang w:val="ru-RU"/>
              </w:rPr>
              <w:t xml:space="preserve"> ПК-1</w:t>
            </w:r>
            <w:r>
              <w:rPr>
                <w:lang w:val="ru-RU"/>
              </w:rPr>
              <w:t>,</w:t>
            </w:r>
            <w:r w:rsidRPr="002302EC">
              <w:rPr>
                <w:lang w:val="ru-RU"/>
              </w:rPr>
              <w:t xml:space="preserve"> ПК-3 </w:t>
            </w:r>
          </w:p>
        </w:tc>
        <w:tc>
          <w:tcPr>
            <w:tcW w:w="1298" w:type="dxa"/>
            <w:vAlign w:val="center"/>
          </w:tcPr>
          <w:p w14:paraId="1763E482" w14:textId="77777777" w:rsidR="009E1D9B" w:rsidRDefault="009E1D9B" w:rsidP="006C28D1">
            <w:pPr>
              <w:jc w:val="center"/>
            </w:pPr>
            <w:r>
              <w:t>5</w:t>
            </w:r>
          </w:p>
        </w:tc>
        <w:tc>
          <w:tcPr>
            <w:tcW w:w="2097" w:type="dxa"/>
            <w:vAlign w:val="center"/>
          </w:tcPr>
          <w:p w14:paraId="6E420A6B" w14:textId="77777777" w:rsidR="009E1D9B" w:rsidRDefault="009E1D9B" w:rsidP="006C28D1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9E1D9B" w14:paraId="1C85EEC8" w14:textId="77777777" w:rsidTr="009E1D9B">
        <w:tc>
          <w:tcPr>
            <w:tcW w:w="1042" w:type="dxa"/>
            <w:vAlign w:val="center"/>
          </w:tcPr>
          <w:p w14:paraId="0A482B05" w14:textId="77777777" w:rsidR="009E1D9B" w:rsidRDefault="009E1D9B" w:rsidP="006C28D1">
            <w:pPr>
              <w:jc w:val="center"/>
            </w:pPr>
            <w:r>
              <w:t>11.03.02</w:t>
            </w:r>
          </w:p>
        </w:tc>
        <w:tc>
          <w:tcPr>
            <w:tcW w:w="2775" w:type="dxa"/>
            <w:vAlign w:val="center"/>
          </w:tcPr>
          <w:p w14:paraId="0DA70DF3" w14:textId="77777777" w:rsidR="009E1D9B" w:rsidRDefault="009E1D9B" w:rsidP="006C28D1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906" w:type="dxa"/>
            <w:vAlign w:val="center"/>
          </w:tcPr>
          <w:p w14:paraId="5CCEE06B" w14:textId="77777777" w:rsidR="009E1D9B" w:rsidRDefault="009E1D9B" w:rsidP="006C28D1">
            <w:pPr>
              <w:jc w:val="center"/>
            </w:pPr>
            <w:r>
              <w:t>2024</w:t>
            </w:r>
          </w:p>
        </w:tc>
        <w:tc>
          <w:tcPr>
            <w:tcW w:w="678" w:type="dxa"/>
            <w:vAlign w:val="center"/>
          </w:tcPr>
          <w:p w14:paraId="07844B1B" w14:textId="77777777" w:rsidR="009E1D9B" w:rsidRDefault="009E1D9B" w:rsidP="006C28D1">
            <w:pPr>
              <w:jc w:val="center"/>
            </w:pPr>
            <w:r>
              <w:t>2</w:t>
            </w:r>
          </w:p>
        </w:tc>
        <w:tc>
          <w:tcPr>
            <w:tcW w:w="1055" w:type="dxa"/>
            <w:vAlign w:val="center"/>
          </w:tcPr>
          <w:p w14:paraId="7942034D" w14:textId="492B361B" w:rsidR="009E1D9B" w:rsidRDefault="00567A37" w:rsidP="006C28D1">
            <w:pPr>
              <w:jc w:val="center"/>
            </w:pPr>
            <w:r>
              <w:rPr>
                <w:lang w:val="ru-RU"/>
              </w:rPr>
              <w:t>67</w:t>
            </w:r>
            <w:r w:rsidR="009E1D9B">
              <w:t>.0%</w:t>
            </w:r>
          </w:p>
        </w:tc>
        <w:tc>
          <w:tcPr>
            <w:tcW w:w="1529" w:type="dxa"/>
            <w:vAlign w:val="center"/>
          </w:tcPr>
          <w:p w14:paraId="74859F86" w14:textId="34FC7DB1" w:rsidR="009E1D9B" w:rsidRPr="002302EC" w:rsidRDefault="009E1D9B" w:rsidP="006C28D1">
            <w:pPr>
              <w:jc w:val="center"/>
              <w:rPr>
                <w:lang w:val="ru-RU"/>
              </w:rPr>
            </w:pPr>
            <w:r w:rsidRPr="002302EC">
              <w:rPr>
                <w:lang w:val="ru-RU"/>
              </w:rPr>
              <w:t>УК-1</w:t>
            </w:r>
            <w:r>
              <w:rPr>
                <w:lang w:val="ru-RU"/>
              </w:rPr>
              <w:t>,</w:t>
            </w:r>
            <w:r w:rsidRPr="002302EC">
              <w:rPr>
                <w:lang w:val="ru-RU"/>
              </w:rPr>
              <w:t xml:space="preserve"> УК-7</w:t>
            </w:r>
            <w:r>
              <w:rPr>
                <w:lang w:val="ru-RU"/>
              </w:rPr>
              <w:t xml:space="preserve">, УК-9, </w:t>
            </w:r>
            <w:r w:rsidRPr="002302EC">
              <w:rPr>
                <w:lang w:val="ru-RU"/>
              </w:rPr>
              <w:t>ПК-1</w:t>
            </w:r>
            <w:r>
              <w:rPr>
                <w:lang w:val="ru-RU"/>
              </w:rPr>
              <w:t>, ПК-2,</w:t>
            </w:r>
            <w:r w:rsidRPr="002302EC">
              <w:rPr>
                <w:lang w:val="ru-RU"/>
              </w:rPr>
              <w:t xml:space="preserve"> ПК-3</w:t>
            </w:r>
          </w:p>
        </w:tc>
        <w:tc>
          <w:tcPr>
            <w:tcW w:w="1298" w:type="dxa"/>
            <w:vAlign w:val="center"/>
          </w:tcPr>
          <w:p w14:paraId="4545CFF1" w14:textId="13167F0F" w:rsidR="009E1D9B" w:rsidRPr="00567A37" w:rsidRDefault="00567A37" w:rsidP="006C28D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097" w:type="dxa"/>
            <w:vAlign w:val="center"/>
          </w:tcPr>
          <w:p w14:paraId="2247188F" w14:textId="622CB540" w:rsidR="009E1D9B" w:rsidRPr="00567A37" w:rsidRDefault="00567A37" w:rsidP="006C28D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Средний</w:t>
            </w:r>
          </w:p>
        </w:tc>
      </w:tr>
      <w:tr w:rsidR="009E1D9B" w14:paraId="2EB3DA64" w14:textId="77777777" w:rsidTr="009E1D9B">
        <w:tc>
          <w:tcPr>
            <w:tcW w:w="1042" w:type="dxa"/>
            <w:vAlign w:val="center"/>
          </w:tcPr>
          <w:p w14:paraId="59263769" w14:textId="77777777" w:rsidR="009E1D9B" w:rsidRDefault="009E1D9B" w:rsidP="006C28D1">
            <w:pPr>
              <w:jc w:val="center"/>
            </w:pPr>
            <w:r>
              <w:t>11.03.02</w:t>
            </w:r>
          </w:p>
        </w:tc>
        <w:tc>
          <w:tcPr>
            <w:tcW w:w="2775" w:type="dxa"/>
            <w:vAlign w:val="center"/>
          </w:tcPr>
          <w:p w14:paraId="2A289F4C" w14:textId="77777777" w:rsidR="009E1D9B" w:rsidRDefault="009E1D9B" w:rsidP="006C28D1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906" w:type="dxa"/>
            <w:vAlign w:val="center"/>
          </w:tcPr>
          <w:p w14:paraId="7373EC84" w14:textId="77777777" w:rsidR="009E1D9B" w:rsidRDefault="009E1D9B" w:rsidP="006C28D1">
            <w:pPr>
              <w:jc w:val="center"/>
            </w:pPr>
            <w:r>
              <w:t>2025</w:t>
            </w:r>
          </w:p>
        </w:tc>
        <w:tc>
          <w:tcPr>
            <w:tcW w:w="678" w:type="dxa"/>
            <w:vAlign w:val="center"/>
          </w:tcPr>
          <w:p w14:paraId="41456FDA" w14:textId="77777777" w:rsidR="009E1D9B" w:rsidRDefault="009E1D9B" w:rsidP="006C28D1">
            <w:pPr>
              <w:jc w:val="center"/>
            </w:pPr>
            <w:r>
              <w:t>1</w:t>
            </w:r>
          </w:p>
        </w:tc>
        <w:tc>
          <w:tcPr>
            <w:tcW w:w="1055" w:type="dxa"/>
            <w:vAlign w:val="center"/>
          </w:tcPr>
          <w:p w14:paraId="1FE0C741" w14:textId="77777777" w:rsidR="009E1D9B" w:rsidRDefault="009E1D9B" w:rsidP="006C28D1">
            <w:pPr>
              <w:jc w:val="center"/>
            </w:pPr>
            <w:r>
              <w:t>80.33%</w:t>
            </w:r>
          </w:p>
        </w:tc>
        <w:tc>
          <w:tcPr>
            <w:tcW w:w="1529" w:type="dxa"/>
            <w:vAlign w:val="center"/>
          </w:tcPr>
          <w:p w14:paraId="0D48BFEA" w14:textId="30A2222C" w:rsidR="009E1D9B" w:rsidRPr="00263E59" w:rsidRDefault="00263E59" w:rsidP="006C28D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УК-1, </w:t>
            </w:r>
            <w:r w:rsidR="009E1D9B">
              <w:t>УК-4</w:t>
            </w:r>
            <w:r>
              <w:rPr>
                <w:lang w:val="ru-RU"/>
              </w:rPr>
              <w:t>, УК-9, ПК-2</w:t>
            </w:r>
          </w:p>
        </w:tc>
        <w:tc>
          <w:tcPr>
            <w:tcW w:w="1298" w:type="dxa"/>
            <w:vAlign w:val="center"/>
          </w:tcPr>
          <w:p w14:paraId="3AF7296F" w14:textId="77777777" w:rsidR="009E1D9B" w:rsidRDefault="009E1D9B" w:rsidP="006C28D1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36FD4E5B" w14:textId="77777777" w:rsidR="009E1D9B" w:rsidRDefault="009E1D9B" w:rsidP="006C28D1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004074C5" w14:textId="77777777" w:rsidR="00B006DD" w:rsidRDefault="00B006DD"/>
    <w:sectPr w:rsidR="00B006DD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D18"/>
    <w:rsid w:val="0015074B"/>
    <w:rsid w:val="002302EC"/>
    <w:rsid w:val="00263E59"/>
    <w:rsid w:val="0029639D"/>
    <w:rsid w:val="00326F90"/>
    <w:rsid w:val="0033197E"/>
    <w:rsid w:val="0040692D"/>
    <w:rsid w:val="00567A37"/>
    <w:rsid w:val="006C28D1"/>
    <w:rsid w:val="007973F8"/>
    <w:rsid w:val="009E1D9B"/>
    <w:rsid w:val="00AA1D8D"/>
    <w:rsid w:val="00B006DD"/>
    <w:rsid w:val="00B47730"/>
    <w:rsid w:val="00CB0664"/>
    <w:rsid w:val="00EF6E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F2D04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5</cp:revision>
  <dcterms:created xsi:type="dcterms:W3CDTF">2026-08-06T05:05:00Z</dcterms:created>
  <dcterms:modified xsi:type="dcterms:W3CDTF">2026-08-06T05:18:00Z</dcterms:modified>
  <cp:category/>
</cp:coreProperties>
</file>