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3704DD" w14:paraId="12B4632C" w14:textId="77777777" w:rsidTr="00164191">
        <w:tc>
          <w:tcPr>
            <w:tcW w:w="1054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00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6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41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2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3704DD" w14:paraId="405EA0E9" w14:textId="77777777" w:rsidTr="00164191">
        <w:tc>
          <w:tcPr>
            <w:tcW w:w="1054" w:type="dxa"/>
            <w:vAlign w:val="center"/>
          </w:tcPr>
          <w:p w14:paraId="4D62928C" w14:textId="77777777" w:rsidR="003704DD" w:rsidRDefault="003704DD" w:rsidP="006E7F4C">
            <w:pPr>
              <w:jc w:val="center"/>
            </w:pPr>
            <w:r>
              <w:t>13.03.01</w:t>
            </w:r>
          </w:p>
        </w:tc>
        <w:tc>
          <w:tcPr>
            <w:tcW w:w="2699" w:type="dxa"/>
            <w:vAlign w:val="center"/>
          </w:tcPr>
          <w:p w14:paraId="599CEC42" w14:textId="77777777" w:rsidR="003704DD" w:rsidRDefault="003704DD" w:rsidP="006E7F4C">
            <w:pPr>
              <w:jc w:val="center"/>
            </w:pPr>
            <w:proofErr w:type="spellStart"/>
            <w:r>
              <w:t>Промышленная</w:t>
            </w:r>
            <w:proofErr w:type="spellEnd"/>
            <w:r>
              <w:t xml:space="preserve"> </w:t>
            </w:r>
            <w:proofErr w:type="spellStart"/>
            <w:r>
              <w:t>теплоэнергетика</w:t>
            </w:r>
            <w:proofErr w:type="spellEnd"/>
          </w:p>
        </w:tc>
        <w:tc>
          <w:tcPr>
            <w:tcW w:w="921" w:type="dxa"/>
            <w:vAlign w:val="center"/>
          </w:tcPr>
          <w:p w14:paraId="7420934A" w14:textId="77777777" w:rsidR="003704DD" w:rsidRDefault="003704DD" w:rsidP="006E7F4C">
            <w:pPr>
              <w:jc w:val="center"/>
            </w:pPr>
            <w:r>
              <w:t>2023</w:t>
            </w:r>
          </w:p>
        </w:tc>
        <w:tc>
          <w:tcPr>
            <w:tcW w:w="700" w:type="dxa"/>
            <w:vAlign w:val="center"/>
          </w:tcPr>
          <w:p w14:paraId="20BF6CA1" w14:textId="77777777" w:rsidR="003704DD" w:rsidRDefault="003704DD" w:rsidP="006E7F4C">
            <w:pPr>
              <w:jc w:val="center"/>
            </w:pPr>
            <w:r>
              <w:t>3</w:t>
            </w:r>
          </w:p>
        </w:tc>
        <w:tc>
          <w:tcPr>
            <w:tcW w:w="1066" w:type="dxa"/>
            <w:vAlign w:val="center"/>
          </w:tcPr>
          <w:p w14:paraId="6AB721F2" w14:textId="77777777" w:rsidR="003704DD" w:rsidRDefault="003704DD" w:rsidP="006E7F4C">
            <w:pPr>
              <w:jc w:val="center"/>
            </w:pPr>
            <w:r>
              <w:t>68.0%</w:t>
            </w:r>
          </w:p>
        </w:tc>
        <w:tc>
          <w:tcPr>
            <w:tcW w:w="1541" w:type="dxa"/>
            <w:vAlign w:val="center"/>
          </w:tcPr>
          <w:p w14:paraId="0E9E295E" w14:textId="363363F6" w:rsidR="003704DD" w:rsidRPr="00164191" w:rsidRDefault="00164191" w:rsidP="006E7F4C">
            <w:pPr>
              <w:jc w:val="center"/>
              <w:rPr>
                <w:lang w:val="ru-RU"/>
              </w:rPr>
            </w:pPr>
            <w:r w:rsidRPr="00164191">
              <w:rPr>
                <w:lang w:val="ru-RU"/>
              </w:rPr>
              <w:t>ОПК-6</w:t>
            </w:r>
            <w:r>
              <w:rPr>
                <w:lang w:val="ru-RU"/>
              </w:rPr>
              <w:t>,</w:t>
            </w:r>
            <w:r w:rsidRPr="00164191">
              <w:rPr>
                <w:lang w:val="ru-RU"/>
              </w:rPr>
              <w:t xml:space="preserve"> ПК-1</w:t>
            </w:r>
            <w:r>
              <w:rPr>
                <w:lang w:val="ru-RU"/>
              </w:rPr>
              <w:t>,</w:t>
            </w:r>
            <w:r w:rsidRPr="00164191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302" w:type="dxa"/>
            <w:vAlign w:val="center"/>
          </w:tcPr>
          <w:p w14:paraId="64A5B691" w14:textId="77777777" w:rsidR="003704DD" w:rsidRDefault="003704DD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4459B417" w14:textId="77777777" w:rsidR="003704DD" w:rsidRDefault="003704DD" w:rsidP="006E7F4C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  <w:tr w:rsidR="003704DD" w14:paraId="0FFB4A5C" w14:textId="77777777" w:rsidTr="00164191">
        <w:tc>
          <w:tcPr>
            <w:tcW w:w="1054" w:type="dxa"/>
            <w:vAlign w:val="center"/>
          </w:tcPr>
          <w:p w14:paraId="094FDA39" w14:textId="77777777" w:rsidR="003704DD" w:rsidRDefault="003704DD" w:rsidP="006E7F4C">
            <w:pPr>
              <w:jc w:val="center"/>
            </w:pPr>
            <w:r>
              <w:t>13.03.01</w:t>
            </w:r>
          </w:p>
        </w:tc>
        <w:tc>
          <w:tcPr>
            <w:tcW w:w="2699" w:type="dxa"/>
            <w:vAlign w:val="center"/>
          </w:tcPr>
          <w:p w14:paraId="57736C6F" w14:textId="77777777" w:rsidR="003704DD" w:rsidRDefault="003704DD" w:rsidP="006E7F4C">
            <w:pPr>
              <w:jc w:val="center"/>
            </w:pPr>
            <w:proofErr w:type="spellStart"/>
            <w:r>
              <w:t>Промышленная</w:t>
            </w:r>
            <w:proofErr w:type="spellEnd"/>
            <w:r>
              <w:t xml:space="preserve"> </w:t>
            </w:r>
            <w:proofErr w:type="spellStart"/>
            <w:r>
              <w:t>теплоэнергетика</w:t>
            </w:r>
            <w:proofErr w:type="spellEnd"/>
          </w:p>
        </w:tc>
        <w:tc>
          <w:tcPr>
            <w:tcW w:w="921" w:type="dxa"/>
            <w:vAlign w:val="center"/>
          </w:tcPr>
          <w:p w14:paraId="0213D337" w14:textId="77777777" w:rsidR="003704DD" w:rsidRDefault="003704DD" w:rsidP="006E7F4C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4D9AA63E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40E87A62" w14:textId="77777777" w:rsidR="003704DD" w:rsidRDefault="003704DD" w:rsidP="006E7F4C">
            <w:pPr>
              <w:jc w:val="center"/>
            </w:pPr>
            <w:r>
              <w:t>75.0%</w:t>
            </w:r>
          </w:p>
        </w:tc>
        <w:tc>
          <w:tcPr>
            <w:tcW w:w="1541" w:type="dxa"/>
            <w:vAlign w:val="center"/>
          </w:tcPr>
          <w:p w14:paraId="31ABD4A0" w14:textId="2957E815" w:rsidR="003704DD" w:rsidRDefault="00164191" w:rsidP="006E7F4C">
            <w:pPr>
              <w:jc w:val="center"/>
            </w:pPr>
            <w:r>
              <w:rPr>
                <w:lang w:val="ru-RU"/>
              </w:rPr>
              <w:t>УК-1, ОПК-1</w:t>
            </w:r>
          </w:p>
        </w:tc>
        <w:tc>
          <w:tcPr>
            <w:tcW w:w="1302" w:type="dxa"/>
            <w:vAlign w:val="center"/>
          </w:tcPr>
          <w:p w14:paraId="2808BB7E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720DA18B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164191"/>
    <w:rsid w:val="0029639D"/>
    <w:rsid w:val="00326F90"/>
    <w:rsid w:val="003704DD"/>
    <w:rsid w:val="006210DE"/>
    <w:rsid w:val="006E7F4C"/>
    <w:rsid w:val="007B438D"/>
    <w:rsid w:val="008A61DE"/>
    <w:rsid w:val="00952B49"/>
    <w:rsid w:val="00995D0C"/>
    <w:rsid w:val="00AA1D8D"/>
    <w:rsid w:val="00B47730"/>
    <w:rsid w:val="00CB0664"/>
    <w:rsid w:val="00D00904"/>
    <w:rsid w:val="00D42075"/>
    <w:rsid w:val="00F335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2026-08-06T11:25:00Z</dcterms:created>
  <dcterms:modified xsi:type="dcterms:W3CDTF">2026-08-06T11:30:00Z</dcterms:modified>
  <cp:category/>
</cp:coreProperties>
</file>