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0DC37CF5" w14:textId="77777777" w:rsidTr="00505372">
        <w:tc>
          <w:tcPr>
            <w:tcW w:w="354" w:type="pct"/>
            <w:vAlign w:val="center"/>
          </w:tcPr>
          <w:p w14:paraId="4F62C7D9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1B999D4F" w14:textId="77777777" w:rsidR="00F73E55" w:rsidRDefault="00F73E55" w:rsidP="00505372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308" w:type="pct"/>
            <w:vAlign w:val="center"/>
          </w:tcPr>
          <w:p w14:paraId="6F34B27E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3B080F6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5503A81" w14:textId="77777777" w:rsidR="00F73E55" w:rsidRDefault="00F73E55" w:rsidP="00505372">
            <w:pPr>
              <w:jc w:val="center"/>
            </w:pPr>
            <w:r>
              <w:t>ЭОП-24</w:t>
            </w:r>
          </w:p>
        </w:tc>
        <w:tc>
          <w:tcPr>
            <w:tcW w:w="1334" w:type="pct"/>
            <w:vAlign w:val="center"/>
          </w:tcPr>
          <w:p w14:paraId="61E1383C" w14:textId="2DBF3351" w:rsidR="00F73E55" w:rsidRDefault="0083115E" w:rsidP="00505372">
            <w:pPr>
              <w:jc w:val="center"/>
            </w:pPr>
            <w:r w:rsidRPr="0083115E">
              <w:t>Б1.О.03.01</w:t>
            </w:r>
            <w:r w:rsidRPr="0083115E">
              <w:t xml:space="preserve"> </w:t>
            </w:r>
            <w:proofErr w:type="spellStart"/>
            <w:r>
              <w:t>Экономика</w:t>
            </w:r>
            <w:proofErr w:type="spellEnd"/>
          </w:p>
        </w:tc>
        <w:tc>
          <w:tcPr>
            <w:tcW w:w="526" w:type="pct"/>
            <w:vAlign w:val="center"/>
          </w:tcPr>
          <w:p w14:paraId="183739AE" w14:textId="4FE7BF6F" w:rsidR="00F73E55" w:rsidRPr="0083115E" w:rsidRDefault="0083115E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УК-9</w:t>
            </w:r>
          </w:p>
        </w:tc>
        <w:tc>
          <w:tcPr>
            <w:tcW w:w="479" w:type="pct"/>
            <w:vAlign w:val="center"/>
          </w:tcPr>
          <w:p w14:paraId="19AC808F" w14:textId="77777777" w:rsidR="00F73E55" w:rsidRDefault="00F73E55" w:rsidP="00505372">
            <w:pPr>
              <w:jc w:val="center"/>
            </w:pPr>
            <w:r>
              <w:t>88.0%</w:t>
            </w:r>
          </w:p>
        </w:tc>
        <w:tc>
          <w:tcPr>
            <w:tcW w:w="437" w:type="pct"/>
            <w:vAlign w:val="center"/>
          </w:tcPr>
          <w:p w14:paraId="09CCB835" w14:textId="77777777" w:rsidR="00F73E55" w:rsidRDefault="00F73E55" w:rsidP="00505372">
            <w:pPr>
              <w:jc w:val="center"/>
            </w:pPr>
            <w:r>
              <w:t>06.05.2026</w:t>
            </w:r>
          </w:p>
        </w:tc>
      </w:tr>
      <w:tr w:rsidR="00F73E55" w14:paraId="0654029E" w14:textId="77777777" w:rsidTr="00505372">
        <w:tc>
          <w:tcPr>
            <w:tcW w:w="354" w:type="pct"/>
            <w:vAlign w:val="center"/>
          </w:tcPr>
          <w:p w14:paraId="1F9D8338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78BFC85E" w14:textId="77777777" w:rsidR="00F73E55" w:rsidRDefault="00F73E55" w:rsidP="00505372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308" w:type="pct"/>
            <w:vAlign w:val="center"/>
          </w:tcPr>
          <w:p w14:paraId="7076B3DC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4DEE68D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63F6ACA" w14:textId="77777777" w:rsidR="00F73E55" w:rsidRDefault="00F73E55" w:rsidP="00505372">
            <w:pPr>
              <w:jc w:val="center"/>
            </w:pPr>
            <w:r>
              <w:t>ЭОП-24</w:t>
            </w:r>
          </w:p>
        </w:tc>
        <w:tc>
          <w:tcPr>
            <w:tcW w:w="1334" w:type="pct"/>
            <w:vAlign w:val="center"/>
          </w:tcPr>
          <w:p w14:paraId="09F0B0BC" w14:textId="08A7EA0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Б1.О.07.04 Элективные дисциплины по физической культуре и спорту</w:t>
            </w:r>
          </w:p>
        </w:tc>
        <w:tc>
          <w:tcPr>
            <w:tcW w:w="526" w:type="pct"/>
            <w:vAlign w:val="center"/>
          </w:tcPr>
          <w:p w14:paraId="71B8DE9B" w14:textId="77777777" w:rsidR="00F73E55" w:rsidRDefault="00F73E55" w:rsidP="00505372">
            <w:pPr>
              <w:jc w:val="center"/>
            </w:pPr>
            <w:r>
              <w:t>УК-7</w:t>
            </w:r>
          </w:p>
        </w:tc>
        <w:tc>
          <w:tcPr>
            <w:tcW w:w="479" w:type="pct"/>
            <w:vAlign w:val="center"/>
          </w:tcPr>
          <w:p w14:paraId="5C40D6FE" w14:textId="77777777" w:rsidR="00F73E55" w:rsidRDefault="00F73E55" w:rsidP="00505372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3E84C3B0" w14:textId="77777777" w:rsidR="00F73E55" w:rsidRDefault="00F73E55" w:rsidP="00505372">
            <w:pPr>
              <w:jc w:val="center"/>
            </w:pPr>
            <w:r>
              <w:t>11.05.2026</w:t>
            </w:r>
          </w:p>
        </w:tc>
      </w:tr>
      <w:tr w:rsidR="00F73E55" w14:paraId="074A5B4D" w14:textId="77777777" w:rsidTr="00505372">
        <w:tc>
          <w:tcPr>
            <w:tcW w:w="354" w:type="pct"/>
            <w:vAlign w:val="center"/>
          </w:tcPr>
          <w:p w14:paraId="5FF52C68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5BB576C9" w14:textId="77777777" w:rsidR="00F73E55" w:rsidRDefault="00F73E55" w:rsidP="00505372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308" w:type="pct"/>
            <w:vAlign w:val="center"/>
          </w:tcPr>
          <w:p w14:paraId="5B9AD12A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5D57116C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0443BEA" w14:textId="77777777" w:rsidR="00F73E55" w:rsidRDefault="00F73E55" w:rsidP="00505372">
            <w:pPr>
              <w:jc w:val="center"/>
            </w:pPr>
            <w:r>
              <w:t>ЭОП-25</w:t>
            </w:r>
          </w:p>
        </w:tc>
        <w:tc>
          <w:tcPr>
            <w:tcW w:w="1334" w:type="pct"/>
            <w:vAlign w:val="center"/>
          </w:tcPr>
          <w:p w14:paraId="04BB7E7E" w14:textId="7C21CD8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Б1.О.04.01</w:t>
            </w:r>
            <w:r w:rsidR="0083115E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Иностранный язык</w:t>
            </w:r>
          </w:p>
        </w:tc>
        <w:tc>
          <w:tcPr>
            <w:tcW w:w="526" w:type="pct"/>
            <w:vAlign w:val="center"/>
          </w:tcPr>
          <w:p w14:paraId="27F04C44" w14:textId="77777777" w:rsidR="00F73E55" w:rsidRDefault="00F73E55" w:rsidP="00505372">
            <w:pPr>
              <w:jc w:val="center"/>
            </w:pPr>
            <w:r>
              <w:t>УК-4</w:t>
            </w:r>
          </w:p>
        </w:tc>
        <w:tc>
          <w:tcPr>
            <w:tcW w:w="479" w:type="pct"/>
            <w:vAlign w:val="center"/>
          </w:tcPr>
          <w:p w14:paraId="48AA91C9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52A7B7FE" w14:textId="77777777" w:rsidR="00F73E55" w:rsidRDefault="00F73E55" w:rsidP="00505372">
            <w:pPr>
              <w:jc w:val="center"/>
            </w:pPr>
            <w:r>
              <w:t>28.05.2026</w:t>
            </w:r>
          </w:p>
        </w:tc>
      </w:tr>
      <w:tr w:rsidR="00F73E55" w14:paraId="1B5928D2" w14:textId="77777777" w:rsidTr="00505372">
        <w:tc>
          <w:tcPr>
            <w:tcW w:w="354" w:type="pct"/>
            <w:vAlign w:val="center"/>
          </w:tcPr>
          <w:p w14:paraId="4A9D4C26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0F7F29F8" w14:textId="77777777" w:rsidR="00F73E55" w:rsidRDefault="00F73E55" w:rsidP="00505372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308" w:type="pct"/>
            <w:vAlign w:val="center"/>
          </w:tcPr>
          <w:p w14:paraId="1C79D29B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891510A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49DEA01C" w14:textId="77777777" w:rsidR="00F73E55" w:rsidRDefault="00F73E55" w:rsidP="00505372">
            <w:pPr>
              <w:jc w:val="center"/>
            </w:pPr>
            <w:r>
              <w:t>ЭОП-25</w:t>
            </w:r>
          </w:p>
        </w:tc>
        <w:tc>
          <w:tcPr>
            <w:tcW w:w="1334" w:type="pct"/>
            <w:vAlign w:val="center"/>
          </w:tcPr>
          <w:p w14:paraId="7CB123D7" w14:textId="37D62971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26" w:type="pct"/>
            <w:vAlign w:val="center"/>
          </w:tcPr>
          <w:p w14:paraId="32B8EEDC" w14:textId="345F93A1" w:rsidR="00F73E55" w:rsidRPr="0083115E" w:rsidRDefault="0083115E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УК-1</w:t>
            </w:r>
            <w:r w:rsidR="00F73E55">
              <w:t>, ОПК-</w:t>
            </w:r>
            <w:r>
              <w:rPr>
                <w:lang w:val="ru-RU"/>
              </w:rPr>
              <w:t>1</w:t>
            </w:r>
          </w:p>
        </w:tc>
        <w:tc>
          <w:tcPr>
            <w:tcW w:w="479" w:type="pct"/>
            <w:vAlign w:val="center"/>
          </w:tcPr>
          <w:p w14:paraId="7BB03C38" w14:textId="77777777" w:rsidR="00F73E55" w:rsidRDefault="00F73E55" w:rsidP="00505372">
            <w:pPr>
              <w:jc w:val="center"/>
            </w:pPr>
            <w:r>
              <w:t>83.0%</w:t>
            </w:r>
          </w:p>
        </w:tc>
        <w:tc>
          <w:tcPr>
            <w:tcW w:w="437" w:type="pct"/>
            <w:vAlign w:val="center"/>
          </w:tcPr>
          <w:p w14:paraId="3303296E" w14:textId="77777777" w:rsidR="00F73E55" w:rsidRDefault="00F73E55" w:rsidP="00505372">
            <w:pPr>
              <w:jc w:val="center"/>
            </w:pPr>
            <w:r>
              <w:t>29.05.2026</w:t>
            </w:r>
          </w:p>
        </w:tc>
      </w:tr>
      <w:tr w:rsidR="00F73E55" w14:paraId="7BA46E50" w14:textId="77777777" w:rsidTr="00505372">
        <w:tc>
          <w:tcPr>
            <w:tcW w:w="354" w:type="pct"/>
            <w:vAlign w:val="center"/>
          </w:tcPr>
          <w:p w14:paraId="467FBB2F" w14:textId="77777777" w:rsidR="00F73E55" w:rsidRDefault="00F73E55" w:rsidP="00505372">
            <w:pPr>
              <w:jc w:val="center"/>
            </w:pPr>
            <w:r>
              <w:t>13.03.01</w:t>
            </w:r>
          </w:p>
        </w:tc>
        <w:tc>
          <w:tcPr>
            <w:tcW w:w="899" w:type="pct"/>
            <w:vAlign w:val="center"/>
          </w:tcPr>
          <w:p w14:paraId="2D3CCB13" w14:textId="77777777" w:rsidR="00F73E55" w:rsidRDefault="00F73E55" w:rsidP="00505372">
            <w:pPr>
              <w:jc w:val="center"/>
            </w:pPr>
            <w:proofErr w:type="spellStart"/>
            <w:r>
              <w:t>Энергообеспечение</w:t>
            </w:r>
            <w:proofErr w:type="spellEnd"/>
            <w:r>
              <w:t xml:space="preserve"> </w:t>
            </w:r>
            <w:proofErr w:type="spellStart"/>
            <w:r>
              <w:t>предприятий</w:t>
            </w:r>
            <w:proofErr w:type="spellEnd"/>
          </w:p>
        </w:tc>
        <w:tc>
          <w:tcPr>
            <w:tcW w:w="308" w:type="pct"/>
            <w:vAlign w:val="center"/>
          </w:tcPr>
          <w:p w14:paraId="104758F1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C2BE28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A9D373E" w14:textId="77777777" w:rsidR="00F73E55" w:rsidRDefault="00F73E55" w:rsidP="00505372">
            <w:pPr>
              <w:jc w:val="center"/>
            </w:pPr>
            <w:r>
              <w:t>ЭОП-24</w:t>
            </w:r>
          </w:p>
        </w:tc>
        <w:tc>
          <w:tcPr>
            <w:tcW w:w="1334" w:type="pct"/>
            <w:vAlign w:val="center"/>
          </w:tcPr>
          <w:p w14:paraId="5C5D3132" w14:textId="4DBD41A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.01.01 Физико-химические основы горения и топливо</w:t>
            </w:r>
          </w:p>
        </w:tc>
        <w:tc>
          <w:tcPr>
            <w:tcW w:w="526" w:type="pct"/>
            <w:vAlign w:val="center"/>
          </w:tcPr>
          <w:p w14:paraId="7E3525AD" w14:textId="77777777" w:rsidR="00F73E55" w:rsidRDefault="00F73E55" w:rsidP="00505372">
            <w:pPr>
              <w:jc w:val="center"/>
            </w:pPr>
            <w:r>
              <w:t>ПК-1, ПК-2</w:t>
            </w:r>
          </w:p>
        </w:tc>
        <w:tc>
          <w:tcPr>
            <w:tcW w:w="479" w:type="pct"/>
            <w:vAlign w:val="center"/>
          </w:tcPr>
          <w:p w14:paraId="57F347DF" w14:textId="77777777" w:rsidR="00F73E55" w:rsidRDefault="00F73E55" w:rsidP="00505372">
            <w:pPr>
              <w:jc w:val="center"/>
            </w:pPr>
            <w:r>
              <w:t>37.33%</w:t>
            </w:r>
          </w:p>
        </w:tc>
        <w:tc>
          <w:tcPr>
            <w:tcW w:w="437" w:type="pct"/>
            <w:vAlign w:val="center"/>
          </w:tcPr>
          <w:p w14:paraId="2B1910C0" w14:textId="77777777" w:rsidR="00F73E55" w:rsidRDefault="00F73E55" w:rsidP="00505372">
            <w:pPr>
              <w:jc w:val="center"/>
            </w:pPr>
            <w:r>
              <w:t>29.05.2026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5074B"/>
    <w:rsid w:val="001C3013"/>
    <w:rsid w:val="00251283"/>
    <w:rsid w:val="0029639D"/>
    <w:rsid w:val="00326F90"/>
    <w:rsid w:val="003B5616"/>
    <w:rsid w:val="004237EF"/>
    <w:rsid w:val="00464C7F"/>
    <w:rsid w:val="00505372"/>
    <w:rsid w:val="005236CB"/>
    <w:rsid w:val="00592540"/>
    <w:rsid w:val="005C48D3"/>
    <w:rsid w:val="00620119"/>
    <w:rsid w:val="00702BF4"/>
    <w:rsid w:val="00770A8D"/>
    <w:rsid w:val="007B3C94"/>
    <w:rsid w:val="0083115E"/>
    <w:rsid w:val="008B2096"/>
    <w:rsid w:val="009122B5"/>
    <w:rsid w:val="00A12853"/>
    <w:rsid w:val="00A747C5"/>
    <w:rsid w:val="00A91224"/>
    <w:rsid w:val="00AA1D8D"/>
    <w:rsid w:val="00AA446A"/>
    <w:rsid w:val="00B40C04"/>
    <w:rsid w:val="00B47730"/>
    <w:rsid w:val="00B808C6"/>
    <w:rsid w:val="00C4015F"/>
    <w:rsid w:val="00CB0664"/>
    <w:rsid w:val="00D76AAA"/>
    <w:rsid w:val="00DC6C23"/>
    <w:rsid w:val="00EA020C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2026-08-07T03:56:00Z</dcterms:created>
  <dcterms:modified xsi:type="dcterms:W3CDTF">2026-08-07T04:00:00Z</dcterms:modified>
  <cp:category/>
</cp:coreProperties>
</file>