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1FCC3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Отчёт по результатам дисциплин 'ООП'</w:t>
      </w:r>
    </w:p>
    <w:p w14:paraId="7EFA84C0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Анализ по профилям групп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090"/>
        <w:gridCol w:w="2510"/>
        <w:gridCol w:w="972"/>
        <w:gridCol w:w="776"/>
        <w:gridCol w:w="1101"/>
        <w:gridCol w:w="1525"/>
        <w:gridCol w:w="1309"/>
        <w:gridCol w:w="2097"/>
      </w:tblGrid>
      <w:tr w:rsidR="007F7935" w14:paraId="3923EF92" w14:textId="77777777" w:rsidTr="007F7935">
        <w:tc>
          <w:tcPr>
            <w:tcW w:w="1090" w:type="dxa"/>
            <w:vAlign w:val="center"/>
          </w:tcPr>
          <w:p w14:paraId="41B17B88" w14:textId="77777777" w:rsidR="007F7935" w:rsidRDefault="007F7935" w:rsidP="006E7F4C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2510" w:type="dxa"/>
            <w:vAlign w:val="center"/>
          </w:tcPr>
          <w:p w14:paraId="50DCF615" w14:textId="77777777" w:rsidR="007F7935" w:rsidRDefault="007F7935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Профиль</w:t>
            </w:r>
            <w:proofErr w:type="spellEnd"/>
          </w:p>
        </w:tc>
        <w:tc>
          <w:tcPr>
            <w:tcW w:w="972" w:type="dxa"/>
            <w:vAlign w:val="center"/>
          </w:tcPr>
          <w:p w14:paraId="47D97020" w14:textId="77777777" w:rsidR="007F7935" w:rsidRDefault="007F7935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Год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набора</w:t>
            </w:r>
            <w:proofErr w:type="spellEnd"/>
          </w:p>
        </w:tc>
        <w:tc>
          <w:tcPr>
            <w:tcW w:w="776" w:type="dxa"/>
            <w:vAlign w:val="center"/>
          </w:tcPr>
          <w:p w14:paraId="7BAF560F" w14:textId="77777777" w:rsidR="007F7935" w:rsidRDefault="007F7935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Курс</w:t>
            </w:r>
            <w:proofErr w:type="spellEnd"/>
          </w:p>
        </w:tc>
        <w:tc>
          <w:tcPr>
            <w:tcW w:w="1101" w:type="dxa"/>
            <w:vAlign w:val="center"/>
          </w:tcPr>
          <w:p w14:paraId="108586DF" w14:textId="77777777" w:rsidR="007F7935" w:rsidRDefault="007F7935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  <w:r>
              <w:rPr>
                <w:b/>
                <w:sz w:val="20"/>
              </w:rPr>
              <w:t xml:space="preserve"> % ОПОП</w:t>
            </w:r>
          </w:p>
        </w:tc>
        <w:tc>
          <w:tcPr>
            <w:tcW w:w="1525" w:type="dxa"/>
            <w:vAlign w:val="center"/>
          </w:tcPr>
          <w:p w14:paraId="6D93D195" w14:textId="77777777" w:rsidR="007F7935" w:rsidRDefault="007F7935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Перечень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оценённых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компетенций</w:t>
            </w:r>
            <w:proofErr w:type="spellEnd"/>
          </w:p>
        </w:tc>
        <w:tc>
          <w:tcPr>
            <w:tcW w:w="1309" w:type="dxa"/>
            <w:vAlign w:val="center"/>
          </w:tcPr>
          <w:p w14:paraId="5ADC2049" w14:textId="77777777" w:rsidR="007F7935" w:rsidRDefault="007F7935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Кол-во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дисциплин</w:t>
            </w:r>
            <w:proofErr w:type="spellEnd"/>
          </w:p>
        </w:tc>
        <w:tc>
          <w:tcPr>
            <w:tcW w:w="2097" w:type="dxa"/>
            <w:vAlign w:val="center"/>
          </w:tcPr>
          <w:p w14:paraId="49CF84BC" w14:textId="77777777" w:rsidR="007F7935" w:rsidRDefault="007F7935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Уровень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сформированности</w:t>
            </w:r>
            <w:proofErr w:type="spellEnd"/>
          </w:p>
        </w:tc>
      </w:tr>
      <w:tr w:rsidR="007F7935" w14:paraId="55E5A0E2" w14:textId="77777777" w:rsidTr="007F7935">
        <w:tc>
          <w:tcPr>
            <w:tcW w:w="1090" w:type="dxa"/>
            <w:vAlign w:val="center"/>
          </w:tcPr>
          <w:p w14:paraId="32AA949F" w14:textId="77777777" w:rsidR="007F7935" w:rsidRDefault="007F7935" w:rsidP="006E7F4C">
            <w:pPr>
              <w:jc w:val="center"/>
            </w:pPr>
            <w:r>
              <w:t>13.03.01</w:t>
            </w:r>
          </w:p>
        </w:tc>
        <w:tc>
          <w:tcPr>
            <w:tcW w:w="2510" w:type="dxa"/>
            <w:vAlign w:val="center"/>
          </w:tcPr>
          <w:p w14:paraId="551476C5" w14:textId="77777777" w:rsidR="007F7935" w:rsidRDefault="007F7935" w:rsidP="006E7F4C">
            <w:pPr>
              <w:jc w:val="center"/>
            </w:pPr>
            <w:proofErr w:type="spellStart"/>
            <w:r>
              <w:t>Энергообеспечение</w:t>
            </w:r>
            <w:proofErr w:type="spellEnd"/>
            <w:r>
              <w:t xml:space="preserve"> </w:t>
            </w:r>
            <w:proofErr w:type="spellStart"/>
            <w:r>
              <w:t>предприятий</w:t>
            </w:r>
            <w:proofErr w:type="spellEnd"/>
          </w:p>
        </w:tc>
        <w:tc>
          <w:tcPr>
            <w:tcW w:w="972" w:type="dxa"/>
            <w:vAlign w:val="center"/>
          </w:tcPr>
          <w:p w14:paraId="0D1D49B2" w14:textId="77777777" w:rsidR="007F7935" w:rsidRDefault="007F7935" w:rsidP="006E7F4C">
            <w:pPr>
              <w:jc w:val="center"/>
            </w:pPr>
            <w:r>
              <w:t>2024</w:t>
            </w:r>
          </w:p>
        </w:tc>
        <w:tc>
          <w:tcPr>
            <w:tcW w:w="776" w:type="dxa"/>
            <w:vAlign w:val="center"/>
          </w:tcPr>
          <w:p w14:paraId="37A0FB3F" w14:textId="77777777" w:rsidR="007F7935" w:rsidRDefault="007F7935" w:rsidP="006E7F4C">
            <w:pPr>
              <w:jc w:val="center"/>
            </w:pPr>
            <w:r>
              <w:t>2</w:t>
            </w:r>
          </w:p>
        </w:tc>
        <w:tc>
          <w:tcPr>
            <w:tcW w:w="1101" w:type="dxa"/>
            <w:vAlign w:val="center"/>
          </w:tcPr>
          <w:p w14:paraId="35D3619A" w14:textId="1623FB22" w:rsidR="007F7935" w:rsidRDefault="007F7935" w:rsidP="006E7F4C">
            <w:pPr>
              <w:jc w:val="center"/>
            </w:pPr>
            <w:r>
              <w:rPr>
                <w:lang w:val="ru-RU"/>
              </w:rPr>
              <w:t>67</w:t>
            </w:r>
            <w:r>
              <w:t>.</w:t>
            </w:r>
            <w:r>
              <w:rPr>
                <w:lang w:val="ru-RU"/>
              </w:rPr>
              <w:t>1</w:t>
            </w:r>
            <w:r>
              <w:t>%</w:t>
            </w:r>
          </w:p>
        </w:tc>
        <w:tc>
          <w:tcPr>
            <w:tcW w:w="1525" w:type="dxa"/>
            <w:vAlign w:val="center"/>
          </w:tcPr>
          <w:p w14:paraId="09540FE4" w14:textId="3AF7E821" w:rsidR="007F7935" w:rsidRDefault="007F7935" w:rsidP="007F7935">
            <w:pPr>
              <w:jc w:val="center"/>
            </w:pPr>
            <w:r>
              <w:t>УК-7</w:t>
            </w:r>
            <w:r>
              <w:rPr>
                <w:lang w:val="ru-RU"/>
              </w:rPr>
              <w:t xml:space="preserve">, </w:t>
            </w:r>
            <w:r>
              <w:t>УК-</w:t>
            </w:r>
            <w:r>
              <w:rPr>
                <w:lang w:val="ru-RU"/>
              </w:rPr>
              <w:t xml:space="preserve">9, </w:t>
            </w:r>
            <w:r>
              <w:t>ПК-1</w:t>
            </w:r>
            <w:r>
              <w:rPr>
                <w:lang w:val="ru-RU"/>
              </w:rPr>
              <w:t>,</w:t>
            </w:r>
            <w:r>
              <w:t xml:space="preserve"> ПК-2 </w:t>
            </w:r>
          </w:p>
        </w:tc>
        <w:tc>
          <w:tcPr>
            <w:tcW w:w="1309" w:type="dxa"/>
            <w:vAlign w:val="center"/>
          </w:tcPr>
          <w:p w14:paraId="78F2411E" w14:textId="48E37A37" w:rsidR="007F7935" w:rsidRPr="007F7935" w:rsidRDefault="007F7935" w:rsidP="006E7F4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097" w:type="dxa"/>
            <w:vAlign w:val="center"/>
          </w:tcPr>
          <w:p w14:paraId="00B90AF2" w14:textId="1AE80C17" w:rsidR="007F7935" w:rsidRPr="007F7935" w:rsidRDefault="007F7935" w:rsidP="006E7F4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Средний</w:t>
            </w:r>
          </w:p>
        </w:tc>
      </w:tr>
      <w:tr w:rsidR="007F7935" w14:paraId="36D3D348" w14:textId="77777777" w:rsidTr="007F7935">
        <w:tc>
          <w:tcPr>
            <w:tcW w:w="1090" w:type="dxa"/>
            <w:vAlign w:val="center"/>
          </w:tcPr>
          <w:p w14:paraId="6559D611" w14:textId="77777777" w:rsidR="007F7935" w:rsidRDefault="007F7935" w:rsidP="006E7F4C">
            <w:pPr>
              <w:jc w:val="center"/>
            </w:pPr>
            <w:r>
              <w:t>13.03.01</w:t>
            </w:r>
          </w:p>
        </w:tc>
        <w:tc>
          <w:tcPr>
            <w:tcW w:w="2510" w:type="dxa"/>
            <w:vAlign w:val="center"/>
          </w:tcPr>
          <w:p w14:paraId="427638EC" w14:textId="77777777" w:rsidR="007F7935" w:rsidRDefault="007F7935" w:rsidP="006E7F4C">
            <w:pPr>
              <w:jc w:val="center"/>
            </w:pPr>
            <w:proofErr w:type="spellStart"/>
            <w:r>
              <w:t>Энергообеспечение</w:t>
            </w:r>
            <w:proofErr w:type="spellEnd"/>
            <w:r>
              <w:t xml:space="preserve"> </w:t>
            </w:r>
            <w:proofErr w:type="spellStart"/>
            <w:r>
              <w:t>предприятий</w:t>
            </w:r>
            <w:proofErr w:type="spellEnd"/>
          </w:p>
        </w:tc>
        <w:tc>
          <w:tcPr>
            <w:tcW w:w="972" w:type="dxa"/>
            <w:vAlign w:val="center"/>
          </w:tcPr>
          <w:p w14:paraId="4C727B0B" w14:textId="77777777" w:rsidR="007F7935" w:rsidRDefault="007F7935" w:rsidP="006E7F4C">
            <w:pPr>
              <w:jc w:val="center"/>
            </w:pPr>
            <w:r>
              <w:t>2025</w:t>
            </w:r>
          </w:p>
        </w:tc>
        <w:tc>
          <w:tcPr>
            <w:tcW w:w="776" w:type="dxa"/>
            <w:vAlign w:val="center"/>
          </w:tcPr>
          <w:p w14:paraId="5EE72F82" w14:textId="77777777" w:rsidR="007F7935" w:rsidRDefault="007F7935" w:rsidP="006E7F4C">
            <w:pPr>
              <w:jc w:val="center"/>
            </w:pPr>
            <w:r>
              <w:t>1</w:t>
            </w:r>
          </w:p>
        </w:tc>
        <w:tc>
          <w:tcPr>
            <w:tcW w:w="1101" w:type="dxa"/>
            <w:vAlign w:val="center"/>
          </w:tcPr>
          <w:p w14:paraId="66167840" w14:textId="77777777" w:rsidR="007F7935" w:rsidRDefault="007F7935" w:rsidP="006E7F4C">
            <w:pPr>
              <w:jc w:val="center"/>
            </w:pPr>
            <w:r>
              <w:t>82.5%</w:t>
            </w:r>
          </w:p>
        </w:tc>
        <w:tc>
          <w:tcPr>
            <w:tcW w:w="1525" w:type="dxa"/>
            <w:vAlign w:val="center"/>
          </w:tcPr>
          <w:p w14:paraId="071009EB" w14:textId="481EFC07" w:rsidR="007F7935" w:rsidRDefault="00622380" w:rsidP="006E7F4C">
            <w:pPr>
              <w:jc w:val="center"/>
            </w:pPr>
            <w:r>
              <w:rPr>
                <w:lang w:val="ru-RU"/>
              </w:rPr>
              <w:t xml:space="preserve">УК-1, </w:t>
            </w:r>
            <w:r>
              <w:t>УК-4</w:t>
            </w:r>
            <w:r>
              <w:rPr>
                <w:lang w:val="ru-RU"/>
              </w:rPr>
              <w:t xml:space="preserve">, </w:t>
            </w:r>
            <w:r w:rsidR="007F7935">
              <w:t>ОПК-</w:t>
            </w:r>
            <w:r>
              <w:rPr>
                <w:lang w:val="ru-RU"/>
              </w:rPr>
              <w:t>1</w:t>
            </w:r>
            <w:r w:rsidR="007F7935">
              <w:t xml:space="preserve"> </w:t>
            </w:r>
          </w:p>
        </w:tc>
        <w:tc>
          <w:tcPr>
            <w:tcW w:w="1309" w:type="dxa"/>
            <w:vAlign w:val="center"/>
          </w:tcPr>
          <w:p w14:paraId="0D59279C" w14:textId="77777777" w:rsidR="007F7935" w:rsidRDefault="007F7935" w:rsidP="006E7F4C">
            <w:pPr>
              <w:jc w:val="center"/>
            </w:pPr>
            <w:r>
              <w:t>2</w:t>
            </w:r>
          </w:p>
        </w:tc>
        <w:tc>
          <w:tcPr>
            <w:tcW w:w="2097" w:type="dxa"/>
            <w:vAlign w:val="center"/>
          </w:tcPr>
          <w:p w14:paraId="305137BB" w14:textId="77777777" w:rsidR="007F7935" w:rsidRDefault="007F7935" w:rsidP="006E7F4C">
            <w:pPr>
              <w:jc w:val="center"/>
            </w:pPr>
            <w:proofErr w:type="spellStart"/>
            <w:r>
              <w:t>Высокий</w:t>
            </w:r>
            <w:proofErr w:type="spellEnd"/>
          </w:p>
        </w:tc>
      </w:tr>
    </w:tbl>
    <w:p w14:paraId="4AD6B6D0" w14:textId="77777777" w:rsidR="006210DE" w:rsidRDefault="006210DE"/>
    <w:sectPr w:rsidR="006210DE" w:rsidSect="00034616">
      <w:pgSz w:w="12240" w:h="15840"/>
      <w:pgMar w:top="567" w:right="283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2456"/>
    <w:rsid w:val="00034616"/>
    <w:rsid w:val="0006063C"/>
    <w:rsid w:val="000B06D4"/>
    <w:rsid w:val="0015074B"/>
    <w:rsid w:val="001763A5"/>
    <w:rsid w:val="001817CB"/>
    <w:rsid w:val="001A1A84"/>
    <w:rsid w:val="0029639D"/>
    <w:rsid w:val="00326F90"/>
    <w:rsid w:val="003704DD"/>
    <w:rsid w:val="004533B1"/>
    <w:rsid w:val="00505EA1"/>
    <w:rsid w:val="005068FE"/>
    <w:rsid w:val="00586473"/>
    <w:rsid w:val="005B15C0"/>
    <w:rsid w:val="006210DE"/>
    <w:rsid w:val="00622380"/>
    <w:rsid w:val="006E7F4C"/>
    <w:rsid w:val="007B438D"/>
    <w:rsid w:val="007F08E5"/>
    <w:rsid w:val="007F7935"/>
    <w:rsid w:val="008657F1"/>
    <w:rsid w:val="008A61DE"/>
    <w:rsid w:val="00952B49"/>
    <w:rsid w:val="00995D0C"/>
    <w:rsid w:val="009961A2"/>
    <w:rsid w:val="00AA1D8D"/>
    <w:rsid w:val="00B47730"/>
    <w:rsid w:val="00CB0664"/>
    <w:rsid w:val="00CC52DB"/>
    <w:rsid w:val="00D00904"/>
    <w:rsid w:val="00D22F38"/>
    <w:rsid w:val="00D42075"/>
    <w:rsid w:val="00DC54C9"/>
    <w:rsid w:val="00E812FF"/>
    <w:rsid w:val="00E8704E"/>
    <w:rsid w:val="00F75F9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6E294C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4</cp:revision>
  <dcterms:created xsi:type="dcterms:W3CDTF">2026-08-07T03:58:00Z</dcterms:created>
  <dcterms:modified xsi:type="dcterms:W3CDTF">2026-08-07T04:02:00Z</dcterms:modified>
  <cp:category/>
</cp:coreProperties>
</file>