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BFFEC8" w14:textId="77777777" w:rsidR="005C48D3" w:rsidRPr="00F73E55" w:rsidRDefault="00B808C6">
      <w:pPr>
        <w:rPr>
          <w:lang w:val="ru-RU"/>
        </w:rPr>
      </w:pPr>
      <w:r w:rsidRPr="00F73E55">
        <w:rPr>
          <w:lang w:val="ru-RU"/>
        </w:rPr>
        <w:t>Отчёт по результатам тестирования 'ООП'</w:t>
      </w:r>
    </w:p>
    <w:p w14:paraId="489E02B1" w14:textId="77777777" w:rsidR="005C48D3" w:rsidRPr="00F73E55" w:rsidRDefault="00B808C6">
      <w:pPr>
        <w:rPr>
          <w:lang w:val="ru-RU"/>
        </w:rPr>
      </w:pPr>
      <w:r w:rsidRPr="00F73E55">
        <w:rPr>
          <w:lang w:val="ru-RU"/>
        </w:rPr>
        <w:t>Анализ данных по дисциплинам</w:t>
      </w:r>
    </w:p>
    <w:tbl>
      <w:tblPr>
        <w:tblStyle w:val="aff0"/>
        <w:tblW w:w="5000" w:type="pct"/>
        <w:tblLook w:val="04A0" w:firstRow="1" w:lastRow="0" w:firstColumn="1" w:lastColumn="0" w:noHBand="0" w:noVBand="1"/>
      </w:tblPr>
      <w:tblGrid>
        <w:gridCol w:w="1041"/>
        <w:gridCol w:w="2643"/>
        <w:gridCol w:w="906"/>
        <w:gridCol w:w="674"/>
        <w:gridCol w:w="1273"/>
        <w:gridCol w:w="3921"/>
        <w:gridCol w:w="1546"/>
        <w:gridCol w:w="1408"/>
        <w:gridCol w:w="1284"/>
      </w:tblGrid>
      <w:tr w:rsidR="00F73E55" w14:paraId="612A44C8" w14:textId="77777777" w:rsidTr="00505372">
        <w:tc>
          <w:tcPr>
            <w:tcW w:w="354" w:type="pct"/>
            <w:vAlign w:val="center"/>
          </w:tcPr>
          <w:p w14:paraId="73BEE674" w14:textId="77777777" w:rsidR="00F73E55" w:rsidRDefault="00F73E55" w:rsidP="00505372">
            <w:pPr>
              <w:jc w:val="center"/>
            </w:pPr>
            <w:r>
              <w:rPr>
                <w:b/>
                <w:sz w:val="20"/>
              </w:rPr>
              <w:t>ООП</w:t>
            </w:r>
          </w:p>
        </w:tc>
        <w:tc>
          <w:tcPr>
            <w:tcW w:w="899" w:type="pct"/>
            <w:vAlign w:val="center"/>
          </w:tcPr>
          <w:p w14:paraId="7D9BF536" w14:textId="77777777" w:rsidR="00F73E55" w:rsidRDefault="00F73E55" w:rsidP="00505372">
            <w:pPr>
              <w:jc w:val="center"/>
            </w:pPr>
            <w:proofErr w:type="spellStart"/>
            <w:r>
              <w:rPr>
                <w:b/>
                <w:sz w:val="20"/>
              </w:rPr>
              <w:t>Профиль</w:t>
            </w:r>
            <w:proofErr w:type="spellEnd"/>
          </w:p>
        </w:tc>
        <w:tc>
          <w:tcPr>
            <w:tcW w:w="308" w:type="pct"/>
            <w:vAlign w:val="center"/>
          </w:tcPr>
          <w:p w14:paraId="631B093C" w14:textId="77777777" w:rsidR="00F73E55" w:rsidRDefault="00F73E55" w:rsidP="00505372">
            <w:pPr>
              <w:jc w:val="center"/>
            </w:pPr>
            <w:proofErr w:type="spellStart"/>
            <w:r>
              <w:rPr>
                <w:b/>
                <w:sz w:val="20"/>
              </w:rPr>
              <w:t>Год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набора</w:t>
            </w:r>
            <w:proofErr w:type="spellEnd"/>
          </w:p>
        </w:tc>
        <w:tc>
          <w:tcPr>
            <w:tcW w:w="229" w:type="pct"/>
            <w:vAlign w:val="center"/>
          </w:tcPr>
          <w:p w14:paraId="1F3E1CF0" w14:textId="77777777" w:rsidR="00F73E55" w:rsidRDefault="00F73E55" w:rsidP="00505372">
            <w:pPr>
              <w:jc w:val="center"/>
            </w:pPr>
            <w:proofErr w:type="spellStart"/>
            <w:r>
              <w:rPr>
                <w:b/>
                <w:sz w:val="20"/>
              </w:rPr>
              <w:t>Курс</w:t>
            </w:r>
            <w:proofErr w:type="spellEnd"/>
          </w:p>
        </w:tc>
        <w:tc>
          <w:tcPr>
            <w:tcW w:w="433" w:type="pct"/>
            <w:vAlign w:val="center"/>
          </w:tcPr>
          <w:p w14:paraId="2CE8EA5F" w14:textId="77777777" w:rsidR="00F73E55" w:rsidRDefault="00F73E55" w:rsidP="00505372">
            <w:pPr>
              <w:jc w:val="center"/>
            </w:pPr>
            <w:proofErr w:type="spellStart"/>
            <w:r>
              <w:rPr>
                <w:b/>
                <w:sz w:val="20"/>
              </w:rPr>
              <w:t>Группа</w:t>
            </w:r>
            <w:proofErr w:type="spellEnd"/>
          </w:p>
        </w:tc>
        <w:tc>
          <w:tcPr>
            <w:tcW w:w="1334" w:type="pct"/>
            <w:vAlign w:val="center"/>
          </w:tcPr>
          <w:p w14:paraId="7E74076A" w14:textId="77777777" w:rsidR="00F73E55" w:rsidRDefault="00F73E55" w:rsidP="00505372">
            <w:pPr>
              <w:jc w:val="center"/>
            </w:pPr>
            <w:proofErr w:type="spellStart"/>
            <w:r>
              <w:rPr>
                <w:b/>
                <w:sz w:val="20"/>
              </w:rPr>
              <w:t>Дисциплина</w:t>
            </w:r>
            <w:proofErr w:type="spellEnd"/>
          </w:p>
        </w:tc>
        <w:tc>
          <w:tcPr>
            <w:tcW w:w="526" w:type="pct"/>
            <w:vAlign w:val="center"/>
          </w:tcPr>
          <w:p w14:paraId="444D6398" w14:textId="77777777" w:rsidR="00F73E55" w:rsidRDefault="00F73E55" w:rsidP="00505372">
            <w:pPr>
              <w:jc w:val="center"/>
            </w:pPr>
            <w:proofErr w:type="spellStart"/>
            <w:r>
              <w:rPr>
                <w:b/>
                <w:sz w:val="20"/>
              </w:rPr>
              <w:t>Компетенции</w:t>
            </w:r>
            <w:proofErr w:type="spellEnd"/>
          </w:p>
        </w:tc>
        <w:tc>
          <w:tcPr>
            <w:tcW w:w="479" w:type="pct"/>
            <w:vAlign w:val="center"/>
          </w:tcPr>
          <w:p w14:paraId="67F2A23F" w14:textId="77777777" w:rsidR="00F73E55" w:rsidRDefault="00F73E55" w:rsidP="00505372">
            <w:pPr>
              <w:jc w:val="center"/>
            </w:pPr>
            <w:proofErr w:type="spellStart"/>
            <w:r>
              <w:rPr>
                <w:b/>
                <w:sz w:val="20"/>
              </w:rPr>
              <w:t>Средний</w:t>
            </w:r>
            <w:proofErr w:type="spellEnd"/>
            <w:r>
              <w:rPr>
                <w:b/>
                <w:sz w:val="20"/>
              </w:rPr>
              <w:t xml:space="preserve"> % </w:t>
            </w:r>
            <w:proofErr w:type="spellStart"/>
            <w:r>
              <w:rPr>
                <w:b/>
                <w:sz w:val="20"/>
              </w:rPr>
              <w:t>по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дисциплине</w:t>
            </w:r>
            <w:proofErr w:type="spellEnd"/>
          </w:p>
        </w:tc>
        <w:tc>
          <w:tcPr>
            <w:tcW w:w="437" w:type="pct"/>
            <w:vAlign w:val="center"/>
          </w:tcPr>
          <w:p w14:paraId="62473788" w14:textId="77777777" w:rsidR="00F73E55" w:rsidRDefault="00F73E55" w:rsidP="00505372">
            <w:pPr>
              <w:jc w:val="center"/>
            </w:pPr>
            <w:proofErr w:type="spellStart"/>
            <w:r>
              <w:rPr>
                <w:b/>
                <w:sz w:val="20"/>
              </w:rPr>
              <w:t>Дата</w:t>
            </w:r>
            <w:proofErr w:type="spellEnd"/>
          </w:p>
        </w:tc>
      </w:tr>
      <w:tr w:rsidR="00F73E55" w14:paraId="72314F02" w14:textId="77777777" w:rsidTr="00505372">
        <w:tc>
          <w:tcPr>
            <w:tcW w:w="354" w:type="pct"/>
            <w:vAlign w:val="center"/>
          </w:tcPr>
          <w:p w14:paraId="5D17788E" w14:textId="77777777" w:rsidR="00F73E55" w:rsidRDefault="00F73E55" w:rsidP="00505372">
            <w:pPr>
              <w:jc w:val="center"/>
            </w:pPr>
            <w:r>
              <w:t>13.03.02</w:t>
            </w:r>
          </w:p>
        </w:tc>
        <w:tc>
          <w:tcPr>
            <w:tcW w:w="899" w:type="pct"/>
            <w:vAlign w:val="center"/>
          </w:tcPr>
          <w:p w14:paraId="6878B873" w14:textId="77777777" w:rsidR="00F73E55" w:rsidRDefault="00F73E55" w:rsidP="00505372">
            <w:pPr>
              <w:jc w:val="center"/>
            </w:pPr>
            <w:proofErr w:type="spellStart"/>
            <w:r>
              <w:t>Электроэнергетика</w:t>
            </w:r>
            <w:proofErr w:type="spellEnd"/>
          </w:p>
        </w:tc>
        <w:tc>
          <w:tcPr>
            <w:tcW w:w="308" w:type="pct"/>
            <w:vAlign w:val="center"/>
          </w:tcPr>
          <w:p w14:paraId="7A48FDF3" w14:textId="77777777" w:rsidR="00F73E55" w:rsidRDefault="00F73E55" w:rsidP="00505372">
            <w:pPr>
              <w:jc w:val="center"/>
            </w:pPr>
            <w:r>
              <w:t>2025</w:t>
            </w:r>
          </w:p>
        </w:tc>
        <w:tc>
          <w:tcPr>
            <w:tcW w:w="229" w:type="pct"/>
            <w:vAlign w:val="center"/>
          </w:tcPr>
          <w:p w14:paraId="5D433BE0" w14:textId="77777777" w:rsidR="00F73E55" w:rsidRDefault="00F73E55" w:rsidP="00505372">
            <w:pPr>
              <w:jc w:val="center"/>
            </w:pPr>
            <w:r>
              <w:t>1</w:t>
            </w:r>
          </w:p>
        </w:tc>
        <w:tc>
          <w:tcPr>
            <w:tcW w:w="433" w:type="pct"/>
            <w:vAlign w:val="center"/>
          </w:tcPr>
          <w:p w14:paraId="775CF017" w14:textId="77777777" w:rsidR="00F73E55" w:rsidRDefault="00F73E55" w:rsidP="00505372">
            <w:pPr>
              <w:jc w:val="center"/>
            </w:pPr>
            <w:r>
              <w:t>ЭЭ-25</w:t>
            </w:r>
          </w:p>
        </w:tc>
        <w:tc>
          <w:tcPr>
            <w:tcW w:w="1334" w:type="pct"/>
            <w:vAlign w:val="center"/>
          </w:tcPr>
          <w:p w14:paraId="43739BE4" w14:textId="3FEDD1CF" w:rsidR="00F73E55" w:rsidRDefault="00BF37D9" w:rsidP="00505372">
            <w:pPr>
              <w:jc w:val="center"/>
            </w:pPr>
            <w:r w:rsidRPr="00BF37D9">
              <w:t>Б1.О.03.01</w:t>
            </w:r>
            <w:r w:rsidRPr="00BF37D9">
              <w:t xml:space="preserve"> </w:t>
            </w:r>
            <w:r>
              <w:rPr>
                <w:lang w:val="ru-RU"/>
              </w:rPr>
              <w:t>Э</w:t>
            </w:r>
            <w:proofErr w:type="spellStart"/>
            <w:r w:rsidR="00F73E55">
              <w:t>кономика</w:t>
            </w:r>
            <w:proofErr w:type="spellEnd"/>
          </w:p>
        </w:tc>
        <w:tc>
          <w:tcPr>
            <w:tcW w:w="526" w:type="pct"/>
            <w:vAlign w:val="center"/>
          </w:tcPr>
          <w:p w14:paraId="45304548" w14:textId="3157EAB8" w:rsidR="00F73E55" w:rsidRPr="00BF37D9" w:rsidRDefault="00F73E55" w:rsidP="00505372">
            <w:pPr>
              <w:jc w:val="center"/>
              <w:rPr>
                <w:lang w:val="ru-RU"/>
              </w:rPr>
            </w:pPr>
            <w:r>
              <w:t>УК-</w:t>
            </w:r>
            <w:r w:rsidR="00BF37D9">
              <w:rPr>
                <w:lang w:val="ru-RU"/>
              </w:rPr>
              <w:t>9</w:t>
            </w:r>
          </w:p>
        </w:tc>
        <w:tc>
          <w:tcPr>
            <w:tcW w:w="479" w:type="pct"/>
            <w:vAlign w:val="center"/>
          </w:tcPr>
          <w:p w14:paraId="67DEB19F" w14:textId="77777777" w:rsidR="00F73E55" w:rsidRDefault="00F73E55" w:rsidP="00505372">
            <w:pPr>
              <w:jc w:val="center"/>
            </w:pPr>
            <w:r>
              <w:t>78.0%</w:t>
            </w:r>
          </w:p>
        </w:tc>
        <w:tc>
          <w:tcPr>
            <w:tcW w:w="437" w:type="pct"/>
            <w:vAlign w:val="center"/>
          </w:tcPr>
          <w:p w14:paraId="65511220" w14:textId="77777777" w:rsidR="00F73E55" w:rsidRDefault="00F73E55" w:rsidP="00505372">
            <w:pPr>
              <w:jc w:val="center"/>
            </w:pPr>
            <w:r>
              <w:t>24.03.2026</w:t>
            </w:r>
          </w:p>
        </w:tc>
      </w:tr>
      <w:tr w:rsidR="00F73E55" w14:paraId="3253FD08" w14:textId="77777777" w:rsidTr="00505372">
        <w:tc>
          <w:tcPr>
            <w:tcW w:w="354" w:type="pct"/>
            <w:vAlign w:val="center"/>
          </w:tcPr>
          <w:p w14:paraId="68B0E374" w14:textId="77777777" w:rsidR="00F73E55" w:rsidRDefault="00F73E55" w:rsidP="00505372">
            <w:pPr>
              <w:jc w:val="center"/>
            </w:pPr>
            <w:r>
              <w:t>13.03.02</w:t>
            </w:r>
          </w:p>
        </w:tc>
        <w:tc>
          <w:tcPr>
            <w:tcW w:w="899" w:type="pct"/>
            <w:vAlign w:val="center"/>
          </w:tcPr>
          <w:p w14:paraId="6512D059" w14:textId="77777777" w:rsidR="00F73E55" w:rsidRDefault="00F73E55" w:rsidP="00505372">
            <w:pPr>
              <w:jc w:val="center"/>
            </w:pPr>
            <w:proofErr w:type="spellStart"/>
            <w:r>
              <w:t>Электроэнергетика</w:t>
            </w:r>
            <w:proofErr w:type="spellEnd"/>
          </w:p>
        </w:tc>
        <w:tc>
          <w:tcPr>
            <w:tcW w:w="308" w:type="pct"/>
            <w:vAlign w:val="center"/>
          </w:tcPr>
          <w:p w14:paraId="1DCFE629" w14:textId="77777777" w:rsidR="00F73E55" w:rsidRDefault="00F73E55" w:rsidP="00505372">
            <w:pPr>
              <w:jc w:val="center"/>
            </w:pPr>
            <w:r>
              <w:t>2023</w:t>
            </w:r>
          </w:p>
        </w:tc>
        <w:tc>
          <w:tcPr>
            <w:tcW w:w="229" w:type="pct"/>
            <w:vAlign w:val="center"/>
          </w:tcPr>
          <w:p w14:paraId="4BBD8816" w14:textId="77777777" w:rsidR="00F73E55" w:rsidRDefault="00F73E55" w:rsidP="00505372">
            <w:pPr>
              <w:jc w:val="center"/>
            </w:pPr>
            <w:r>
              <w:t>3</w:t>
            </w:r>
          </w:p>
        </w:tc>
        <w:tc>
          <w:tcPr>
            <w:tcW w:w="433" w:type="pct"/>
            <w:vAlign w:val="center"/>
          </w:tcPr>
          <w:p w14:paraId="411AA1FD" w14:textId="77777777" w:rsidR="00F73E55" w:rsidRDefault="00F73E55" w:rsidP="00505372">
            <w:pPr>
              <w:jc w:val="center"/>
            </w:pPr>
            <w:r>
              <w:t>ЭЭзус-23-1</w:t>
            </w:r>
          </w:p>
        </w:tc>
        <w:tc>
          <w:tcPr>
            <w:tcW w:w="1334" w:type="pct"/>
            <w:vAlign w:val="center"/>
          </w:tcPr>
          <w:p w14:paraId="35C53343" w14:textId="14976C65" w:rsidR="00F73E55" w:rsidRPr="00B808C6" w:rsidRDefault="00F73E55" w:rsidP="00505372">
            <w:pPr>
              <w:jc w:val="center"/>
              <w:rPr>
                <w:lang w:val="ru-RU"/>
              </w:rPr>
            </w:pPr>
            <w:r w:rsidRPr="00B808C6">
              <w:rPr>
                <w:lang w:val="ru-RU"/>
              </w:rPr>
              <w:t>Б1.В.</w:t>
            </w:r>
            <w:r w:rsidR="00BF37D9">
              <w:rPr>
                <w:lang w:val="ru-RU"/>
              </w:rPr>
              <w:t>10</w:t>
            </w:r>
            <w:r w:rsidRPr="00B808C6">
              <w:rPr>
                <w:lang w:val="ru-RU"/>
              </w:rPr>
              <w:t xml:space="preserve"> Релейная защита и автоматика электроэнергетических систем (7 семестр)</w:t>
            </w:r>
          </w:p>
        </w:tc>
        <w:tc>
          <w:tcPr>
            <w:tcW w:w="526" w:type="pct"/>
            <w:vAlign w:val="center"/>
          </w:tcPr>
          <w:p w14:paraId="694C6EB3" w14:textId="77777777" w:rsidR="00F73E55" w:rsidRDefault="00F73E55" w:rsidP="00505372">
            <w:pPr>
              <w:jc w:val="center"/>
            </w:pPr>
            <w:r>
              <w:t>ПК-3, ПК-4</w:t>
            </w:r>
          </w:p>
        </w:tc>
        <w:tc>
          <w:tcPr>
            <w:tcW w:w="479" w:type="pct"/>
            <w:vAlign w:val="center"/>
          </w:tcPr>
          <w:p w14:paraId="343FAF4E" w14:textId="77777777" w:rsidR="00F73E55" w:rsidRDefault="00F73E55" w:rsidP="00505372">
            <w:pPr>
              <w:jc w:val="center"/>
            </w:pPr>
            <w:r>
              <w:t>61.0%</w:t>
            </w:r>
          </w:p>
        </w:tc>
        <w:tc>
          <w:tcPr>
            <w:tcW w:w="437" w:type="pct"/>
            <w:vAlign w:val="center"/>
          </w:tcPr>
          <w:p w14:paraId="0A351ADB" w14:textId="77777777" w:rsidR="00F73E55" w:rsidRDefault="00F73E55" w:rsidP="00505372">
            <w:pPr>
              <w:jc w:val="center"/>
            </w:pPr>
            <w:r>
              <w:t>14.04.2026</w:t>
            </w:r>
          </w:p>
        </w:tc>
      </w:tr>
      <w:tr w:rsidR="00F73E55" w14:paraId="5FF3DC54" w14:textId="77777777" w:rsidTr="00505372">
        <w:tc>
          <w:tcPr>
            <w:tcW w:w="354" w:type="pct"/>
            <w:vAlign w:val="center"/>
          </w:tcPr>
          <w:p w14:paraId="5B1EDB98" w14:textId="77777777" w:rsidR="00F73E55" w:rsidRDefault="00F73E55" w:rsidP="00505372">
            <w:pPr>
              <w:jc w:val="center"/>
            </w:pPr>
            <w:r>
              <w:t>13.03.02</w:t>
            </w:r>
          </w:p>
        </w:tc>
        <w:tc>
          <w:tcPr>
            <w:tcW w:w="899" w:type="pct"/>
            <w:vAlign w:val="center"/>
          </w:tcPr>
          <w:p w14:paraId="49DB3F31" w14:textId="77777777" w:rsidR="00F73E55" w:rsidRDefault="00F73E55" w:rsidP="00505372">
            <w:pPr>
              <w:jc w:val="center"/>
            </w:pPr>
            <w:proofErr w:type="spellStart"/>
            <w:r>
              <w:t>Электроэнергетика</w:t>
            </w:r>
            <w:proofErr w:type="spellEnd"/>
          </w:p>
        </w:tc>
        <w:tc>
          <w:tcPr>
            <w:tcW w:w="308" w:type="pct"/>
            <w:vAlign w:val="center"/>
          </w:tcPr>
          <w:p w14:paraId="7B1426FE" w14:textId="77777777" w:rsidR="00F73E55" w:rsidRDefault="00F73E55" w:rsidP="00505372">
            <w:pPr>
              <w:jc w:val="center"/>
            </w:pPr>
            <w:r>
              <w:t>2023</w:t>
            </w:r>
          </w:p>
        </w:tc>
        <w:tc>
          <w:tcPr>
            <w:tcW w:w="229" w:type="pct"/>
            <w:vAlign w:val="center"/>
          </w:tcPr>
          <w:p w14:paraId="4F28E991" w14:textId="77777777" w:rsidR="00F73E55" w:rsidRDefault="00F73E55" w:rsidP="00505372">
            <w:pPr>
              <w:jc w:val="center"/>
            </w:pPr>
            <w:r>
              <w:t>3</w:t>
            </w:r>
          </w:p>
        </w:tc>
        <w:tc>
          <w:tcPr>
            <w:tcW w:w="433" w:type="pct"/>
            <w:vAlign w:val="center"/>
          </w:tcPr>
          <w:p w14:paraId="6F952CED" w14:textId="77777777" w:rsidR="00F73E55" w:rsidRDefault="00F73E55" w:rsidP="00505372">
            <w:pPr>
              <w:jc w:val="center"/>
            </w:pPr>
            <w:r>
              <w:t>ЭЭзус-23-2</w:t>
            </w:r>
          </w:p>
        </w:tc>
        <w:tc>
          <w:tcPr>
            <w:tcW w:w="1334" w:type="pct"/>
            <w:vAlign w:val="center"/>
          </w:tcPr>
          <w:p w14:paraId="48E9645A" w14:textId="70FFDF10" w:rsidR="00F73E55" w:rsidRPr="00B808C6" w:rsidRDefault="00F73E55" w:rsidP="00505372">
            <w:pPr>
              <w:jc w:val="center"/>
              <w:rPr>
                <w:lang w:val="ru-RU"/>
              </w:rPr>
            </w:pPr>
            <w:r w:rsidRPr="00B808C6">
              <w:rPr>
                <w:lang w:val="ru-RU"/>
              </w:rPr>
              <w:t>Б1.В.</w:t>
            </w:r>
            <w:r w:rsidR="00BF37D9">
              <w:rPr>
                <w:lang w:val="ru-RU"/>
              </w:rPr>
              <w:t>10</w:t>
            </w:r>
            <w:r w:rsidRPr="00B808C6">
              <w:rPr>
                <w:lang w:val="ru-RU"/>
              </w:rPr>
              <w:t xml:space="preserve"> Релейная защита и автоматика электроэнергетических систем (7 семестр)</w:t>
            </w:r>
          </w:p>
        </w:tc>
        <w:tc>
          <w:tcPr>
            <w:tcW w:w="526" w:type="pct"/>
            <w:vAlign w:val="center"/>
          </w:tcPr>
          <w:p w14:paraId="3CBBAC09" w14:textId="77777777" w:rsidR="00F73E55" w:rsidRDefault="00F73E55" w:rsidP="00505372">
            <w:pPr>
              <w:jc w:val="center"/>
            </w:pPr>
            <w:r>
              <w:t>ПК-3, ПК-4</w:t>
            </w:r>
          </w:p>
        </w:tc>
        <w:tc>
          <w:tcPr>
            <w:tcW w:w="479" w:type="pct"/>
            <w:vAlign w:val="center"/>
          </w:tcPr>
          <w:p w14:paraId="06C398DC" w14:textId="77777777" w:rsidR="00F73E55" w:rsidRDefault="00F73E55" w:rsidP="00505372">
            <w:pPr>
              <w:jc w:val="center"/>
            </w:pPr>
            <w:r>
              <w:t>54.0%</w:t>
            </w:r>
          </w:p>
        </w:tc>
        <w:tc>
          <w:tcPr>
            <w:tcW w:w="437" w:type="pct"/>
            <w:vAlign w:val="center"/>
          </w:tcPr>
          <w:p w14:paraId="18CBDD42" w14:textId="77777777" w:rsidR="00F73E55" w:rsidRDefault="00F73E55" w:rsidP="00505372">
            <w:pPr>
              <w:jc w:val="center"/>
            </w:pPr>
            <w:r>
              <w:t>15.04.2026</w:t>
            </w:r>
          </w:p>
        </w:tc>
      </w:tr>
      <w:tr w:rsidR="00F73E55" w14:paraId="7A905713" w14:textId="77777777" w:rsidTr="00505372">
        <w:tc>
          <w:tcPr>
            <w:tcW w:w="354" w:type="pct"/>
            <w:vAlign w:val="center"/>
          </w:tcPr>
          <w:p w14:paraId="29587AED" w14:textId="77777777" w:rsidR="00F73E55" w:rsidRDefault="00F73E55" w:rsidP="00505372">
            <w:pPr>
              <w:jc w:val="center"/>
            </w:pPr>
            <w:r>
              <w:t>13.03.02</w:t>
            </w:r>
          </w:p>
        </w:tc>
        <w:tc>
          <w:tcPr>
            <w:tcW w:w="899" w:type="pct"/>
            <w:vAlign w:val="center"/>
          </w:tcPr>
          <w:p w14:paraId="4270ABF7" w14:textId="77777777" w:rsidR="00F73E55" w:rsidRDefault="00F73E55" w:rsidP="00505372">
            <w:pPr>
              <w:jc w:val="center"/>
            </w:pPr>
            <w:proofErr w:type="spellStart"/>
            <w:r>
              <w:t>Электроэнергетика</w:t>
            </w:r>
            <w:proofErr w:type="spellEnd"/>
          </w:p>
        </w:tc>
        <w:tc>
          <w:tcPr>
            <w:tcW w:w="308" w:type="pct"/>
            <w:vAlign w:val="center"/>
          </w:tcPr>
          <w:p w14:paraId="778202B6" w14:textId="77777777" w:rsidR="00F73E55" w:rsidRDefault="00F73E55" w:rsidP="00505372">
            <w:pPr>
              <w:jc w:val="center"/>
            </w:pPr>
            <w:r>
              <w:t>2022</w:t>
            </w:r>
          </w:p>
        </w:tc>
        <w:tc>
          <w:tcPr>
            <w:tcW w:w="229" w:type="pct"/>
            <w:vAlign w:val="center"/>
          </w:tcPr>
          <w:p w14:paraId="51AEF41B" w14:textId="77777777" w:rsidR="00F73E55" w:rsidRDefault="00F73E55" w:rsidP="00505372">
            <w:pPr>
              <w:jc w:val="center"/>
            </w:pPr>
            <w:r>
              <w:t>4</w:t>
            </w:r>
          </w:p>
        </w:tc>
        <w:tc>
          <w:tcPr>
            <w:tcW w:w="433" w:type="pct"/>
            <w:vAlign w:val="center"/>
          </w:tcPr>
          <w:p w14:paraId="3FD7908B" w14:textId="77777777" w:rsidR="00F73E55" w:rsidRDefault="00F73E55" w:rsidP="00505372">
            <w:pPr>
              <w:jc w:val="center"/>
            </w:pPr>
            <w:r>
              <w:t>ЭЭз-22</w:t>
            </w:r>
          </w:p>
        </w:tc>
        <w:tc>
          <w:tcPr>
            <w:tcW w:w="1334" w:type="pct"/>
            <w:vAlign w:val="center"/>
          </w:tcPr>
          <w:p w14:paraId="4BD0EB14" w14:textId="67084836" w:rsidR="00F73E55" w:rsidRPr="00B808C6" w:rsidRDefault="00F73E55" w:rsidP="00505372">
            <w:pPr>
              <w:jc w:val="center"/>
              <w:rPr>
                <w:lang w:val="ru-RU"/>
              </w:rPr>
            </w:pPr>
            <w:r w:rsidRPr="00B808C6">
              <w:rPr>
                <w:lang w:val="ru-RU"/>
              </w:rPr>
              <w:t>Б1.В.04 Релейная защита и автоматика электроэнергетических систем (7 семестр)</w:t>
            </w:r>
          </w:p>
        </w:tc>
        <w:tc>
          <w:tcPr>
            <w:tcW w:w="526" w:type="pct"/>
            <w:vAlign w:val="center"/>
          </w:tcPr>
          <w:p w14:paraId="28D73C27" w14:textId="77777777" w:rsidR="00F73E55" w:rsidRDefault="00F73E55" w:rsidP="00505372">
            <w:pPr>
              <w:jc w:val="center"/>
            </w:pPr>
            <w:r>
              <w:t>ПК-3, ПК-4</w:t>
            </w:r>
          </w:p>
        </w:tc>
        <w:tc>
          <w:tcPr>
            <w:tcW w:w="479" w:type="pct"/>
            <w:vAlign w:val="center"/>
          </w:tcPr>
          <w:p w14:paraId="642B6E7F" w14:textId="77777777" w:rsidR="00F73E55" w:rsidRDefault="00F73E55" w:rsidP="00505372">
            <w:pPr>
              <w:jc w:val="center"/>
            </w:pPr>
            <w:r>
              <w:t>47.0%</w:t>
            </w:r>
          </w:p>
        </w:tc>
        <w:tc>
          <w:tcPr>
            <w:tcW w:w="437" w:type="pct"/>
            <w:vAlign w:val="center"/>
          </w:tcPr>
          <w:p w14:paraId="713ADF2B" w14:textId="77777777" w:rsidR="00F73E55" w:rsidRDefault="00F73E55" w:rsidP="00505372">
            <w:pPr>
              <w:jc w:val="center"/>
            </w:pPr>
            <w:r>
              <w:t>15.04.2026</w:t>
            </w:r>
          </w:p>
        </w:tc>
      </w:tr>
      <w:tr w:rsidR="00F73E55" w14:paraId="7EAC75FF" w14:textId="77777777" w:rsidTr="00505372">
        <w:tc>
          <w:tcPr>
            <w:tcW w:w="354" w:type="pct"/>
            <w:vAlign w:val="center"/>
          </w:tcPr>
          <w:p w14:paraId="0E6967D2" w14:textId="77777777" w:rsidR="00F73E55" w:rsidRDefault="00F73E55" w:rsidP="00505372">
            <w:pPr>
              <w:jc w:val="center"/>
            </w:pPr>
            <w:r>
              <w:t>13.03.02</w:t>
            </w:r>
          </w:p>
        </w:tc>
        <w:tc>
          <w:tcPr>
            <w:tcW w:w="899" w:type="pct"/>
            <w:vAlign w:val="center"/>
          </w:tcPr>
          <w:p w14:paraId="7CC096C3" w14:textId="77777777" w:rsidR="00F73E55" w:rsidRDefault="00F73E55" w:rsidP="00505372">
            <w:pPr>
              <w:jc w:val="center"/>
            </w:pPr>
            <w:proofErr w:type="spellStart"/>
            <w:r>
              <w:t>Электроэнергетика</w:t>
            </w:r>
            <w:proofErr w:type="spellEnd"/>
          </w:p>
        </w:tc>
        <w:tc>
          <w:tcPr>
            <w:tcW w:w="308" w:type="pct"/>
            <w:vAlign w:val="center"/>
          </w:tcPr>
          <w:p w14:paraId="0364AEE1" w14:textId="77777777" w:rsidR="00F73E55" w:rsidRDefault="00F73E55" w:rsidP="00505372">
            <w:pPr>
              <w:jc w:val="center"/>
            </w:pPr>
            <w:r>
              <w:t>2022</w:t>
            </w:r>
          </w:p>
        </w:tc>
        <w:tc>
          <w:tcPr>
            <w:tcW w:w="229" w:type="pct"/>
            <w:vAlign w:val="center"/>
          </w:tcPr>
          <w:p w14:paraId="4895A0EA" w14:textId="77777777" w:rsidR="00F73E55" w:rsidRDefault="00F73E55" w:rsidP="00505372">
            <w:pPr>
              <w:jc w:val="center"/>
            </w:pPr>
            <w:r>
              <w:t>4</w:t>
            </w:r>
          </w:p>
        </w:tc>
        <w:tc>
          <w:tcPr>
            <w:tcW w:w="433" w:type="pct"/>
            <w:vAlign w:val="center"/>
          </w:tcPr>
          <w:p w14:paraId="2F4B0D2C" w14:textId="1D9E9008" w:rsidR="00F73E55" w:rsidRDefault="00F73E55" w:rsidP="00505372">
            <w:pPr>
              <w:jc w:val="center"/>
            </w:pPr>
            <w:r>
              <w:t>ЭЭ-22</w:t>
            </w:r>
          </w:p>
        </w:tc>
        <w:tc>
          <w:tcPr>
            <w:tcW w:w="1334" w:type="pct"/>
            <w:vAlign w:val="center"/>
          </w:tcPr>
          <w:p w14:paraId="6D45147E" w14:textId="24CA0E7C" w:rsidR="00F73E55" w:rsidRPr="00B808C6" w:rsidRDefault="00F73E55" w:rsidP="00505372">
            <w:pPr>
              <w:jc w:val="center"/>
              <w:rPr>
                <w:lang w:val="ru-RU"/>
              </w:rPr>
            </w:pPr>
            <w:r w:rsidRPr="00B808C6">
              <w:rPr>
                <w:lang w:val="ru-RU"/>
              </w:rPr>
              <w:t>Б1.В.04 Релейная защита и автоматика электроэнергетических систем (8 семестр)</w:t>
            </w:r>
          </w:p>
        </w:tc>
        <w:tc>
          <w:tcPr>
            <w:tcW w:w="526" w:type="pct"/>
            <w:vAlign w:val="center"/>
          </w:tcPr>
          <w:p w14:paraId="0E3018DE" w14:textId="77777777" w:rsidR="00F73E55" w:rsidRDefault="00F73E55" w:rsidP="00505372">
            <w:pPr>
              <w:jc w:val="center"/>
            </w:pPr>
            <w:r>
              <w:t>ПК-3, ПК-4</w:t>
            </w:r>
          </w:p>
        </w:tc>
        <w:tc>
          <w:tcPr>
            <w:tcW w:w="479" w:type="pct"/>
            <w:vAlign w:val="center"/>
          </w:tcPr>
          <w:p w14:paraId="6636B01F" w14:textId="77777777" w:rsidR="00F73E55" w:rsidRDefault="00F73E55" w:rsidP="00505372">
            <w:pPr>
              <w:jc w:val="center"/>
            </w:pPr>
            <w:r>
              <w:t>55.0%</w:t>
            </w:r>
          </w:p>
        </w:tc>
        <w:tc>
          <w:tcPr>
            <w:tcW w:w="437" w:type="pct"/>
            <w:vAlign w:val="center"/>
          </w:tcPr>
          <w:p w14:paraId="5B0F8D4C" w14:textId="77777777" w:rsidR="00F73E55" w:rsidRDefault="00F73E55" w:rsidP="00505372">
            <w:pPr>
              <w:jc w:val="center"/>
            </w:pPr>
            <w:r>
              <w:t>17.04.2026</w:t>
            </w:r>
          </w:p>
        </w:tc>
      </w:tr>
      <w:tr w:rsidR="00F73E55" w14:paraId="5A8F9FC3" w14:textId="77777777" w:rsidTr="00505372">
        <w:tc>
          <w:tcPr>
            <w:tcW w:w="354" w:type="pct"/>
            <w:vAlign w:val="center"/>
          </w:tcPr>
          <w:p w14:paraId="3937AC3A" w14:textId="77777777" w:rsidR="00F73E55" w:rsidRDefault="00F73E55" w:rsidP="00505372">
            <w:pPr>
              <w:jc w:val="center"/>
            </w:pPr>
            <w:r>
              <w:t>13.03.02</w:t>
            </w:r>
          </w:p>
        </w:tc>
        <w:tc>
          <w:tcPr>
            <w:tcW w:w="899" w:type="pct"/>
            <w:vAlign w:val="center"/>
          </w:tcPr>
          <w:p w14:paraId="27D6F8D3" w14:textId="77777777" w:rsidR="00F73E55" w:rsidRDefault="00F73E55" w:rsidP="00505372">
            <w:pPr>
              <w:jc w:val="center"/>
            </w:pPr>
            <w:proofErr w:type="spellStart"/>
            <w:r>
              <w:t>Электроэнергетика</w:t>
            </w:r>
            <w:proofErr w:type="spellEnd"/>
          </w:p>
        </w:tc>
        <w:tc>
          <w:tcPr>
            <w:tcW w:w="308" w:type="pct"/>
            <w:vAlign w:val="center"/>
          </w:tcPr>
          <w:p w14:paraId="7D1482A0" w14:textId="77777777" w:rsidR="00F73E55" w:rsidRDefault="00F73E55" w:rsidP="00505372">
            <w:pPr>
              <w:jc w:val="center"/>
            </w:pPr>
            <w:r>
              <w:t>2025</w:t>
            </w:r>
          </w:p>
        </w:tc>
        <w:tc>
          <w:tcPr>
            <w:tcW w:w="229" w:type="pct"/>
            <w:vAlign w:val="center"/>
          </w:tcPr>
          <w:p w14:paraId="16E43B60" w14:textId="77777777" w:rsidR="00F73E55" w:rsidRDefault="00F73E55" w:rsidP="00505372">
            <w:pPr>
              <w:jc w:val="center"/>
            </w:pPr>
            <w:r>
              <w:t>1</w:t>
            </w:r>
          </w:p>
        </w:tc>
        <w:tc>
          <w:tcPr>
            <w:tcW w:w="433" w:type="pct"/>
            <w:vAlign w:val="center"/>
          </w:tcPr>
          <w:p w14:paraId="4CC6801B" w14:textId="77777777" w:rsidR="00F73E55" w:rsidRDefault="00F73E55" w:rsidP="00505372">
            <w:pPr>
              <w:jc w:val="center"/>
            </w:pPr>
            <w:r>
              <w:t>ЭЭзус-25-2</w:t>
            </w:r>
          </w:p>
        </w:tc>
        <w:tc>
          <w:tcPr>
            <w:tcW w:w="1334" w:type="pct"/>
            <w:vAlign w:val="center"/>
          </w:tcPr>
          <w:p w14:paraId="762D686B" w14:textId="7BF0C2FE" w:rsidR="00F73E55" w:rsidRPr="00B808C6" w:rsidRDefault="00F73E55" w:rsidP="00505372">
            <w:pPr>
              <w:jc w:val="center"/>
              <w:rPr>
                <w:lang w:val="ru-RU"/>
              </w:rPr>
            </w:pPr>
            <w:r w:rsidRPr="00B808C6">
              <w:rPr>
                <w:lang w:val="ru-RU"/>
              </w:rPr>
              <w:t>Б1.О.04.02</w:t>
            </w:r>
            <w:r w:rsidR="00016446">
              <w:rPr>
                <w:lang w:val="ru-RU"/>
              </w:rPr>
              <w:t xml:space="preserve"> </w:t>
            </w:r>
            <w:r w:rsidRPr="00B808C6">
              <w:rPr>
                <w:lang w:val="ru-RU"/>
              </w:rPr>
              <w:t>Деловые коммуникации</w:t>
            </w:r>
          </w:p>
        </w:tc>
        <w:tc>
          <w:tcPr>
            <w:tcW w:w="526" w:type="pct"/>
            <w:vAlign w:val="center"/>
          </w:tcPr>
          <w:p w14:paraId="470BBE31" w14:textId="77777777" w:rsidR="00F73E55" w:rsidRDefault="00F73E55" w:rsidP="00505372">
            <w:pPr>
              <w:jc w:val="center"/>
            </w:pPr>
            <w:r>
              <w:t>УК-4</w:t>
            </w:r>
          </w:p>
        </w:tc>
        <w:tc>
          <w:tcPr>
            <w:tcW w:w="479" w:type="pct"/>
            <w:vAlign w:val="center"/>
          </w:tcPr>
          <w:p w14:paraId="288C383E" w14:textId="77777777" w:rsidR="00F73E55" w:rsidRDefault="00F73E55" w:rsidP="00505372">
            <w:pPr>
              <w:jc w:val="center"/>
            </w:pPr>
            <w:r>
              <w:t>88.0%</w:t>
            </w:r>
          </w:p>
        </w:tc>
        <w:tc>
          <w:tcPr>
            <w:tcW w:w="437" w:type="pct"/>
            <w:vAlign w:val="center"/>
          </w:tcPr>
          <w:p w14:paraId="26565F38" w14:textId="77777777" w:rsidR="00F73E55" w:rsidRDefault="00F73E55" w:rsidP="00505372">
            <w:pPr>
              <w:jc w:val="center"/>
            </w:pPr>
            <w:r>
              <w:t>28.04.2026</w:t>
            </w:r>
          </w:p>
        </w:tc>
      </w:tr>
      <w:tr w:rsidR="00F73E55" w14:paraId="640D9D32" w14:textId="77777777" w:rsidTr="00505372">
        <w:tc>
          <w:tcPr>
            <w:tcW w:w="354" w:type="pct"/>
            <w:vAlign w:val="center"/>
          </w:tcPr>
          <w:p w14:paraId="52F0F36D" w14:textId="77777777" w:rsidR="00F73E55" w:rsidRDefault="00F73E55" w:rsidP="00505372">
            <w:pPr>
              <w:jc w:val="center"/>
            </w:pPr>
            <w:r>
              <w:t>13.03.02</w:t>
            </w:r>
          </w:p>
        </w:tc>
        <w:tc>
          <w:tcPr>
            <w:tcW w:w="899" w:type="pct"/>
            <w:vAlign w:val="center"/>
          </w:tcPr>
          <w:p w14:paraId="00B7728B" w14:textId="77777777" w:rsidR="00F73E55" w:rsidRDefault="00F73E55" w:rsidP="00505372">
            <w:pPr>
              <w:jc w:val="center"/>
            </w:pPr>
            <w:proofErr w:type="spellStart"/>
            <w:r>
              <w:t>Электроэнергетика</w:t>
            </w:r>
            <w:proofErr w:type="spellEnd"/>
          </w:p>
        </w:tc>
        <w:tc>
          <w:tcPr>
            <w:tcW w:w="308" w:type="pct"/>
            <w:vAlign w:val="center"/>
          </w:tcPr>
          <w:p w14:paraId="18B1FF16" w14:textId="77777777" w:rsidR="00F73E55" w:rsidRDefault="00F73E55" w:rsidP="00505372">
            <w:pPr>
              <w:jc w:val="center"/>
            </w:pPr>
            <w:r>
              <w:t>2024</w:t>
            </w:r>
          </w:p>
        </w:tc>
        <w:tc>
          <w:tcPr>
            <w:tcW w:w="229" w:type="pct"/>
            <w:vAlign w:val="center"/>
          </w:tcPr>
          <w:p w14:paraId="7F93B87F" w14:textId="77777777" w:rsidR="00F73E55" w:rsidRDefault="00F73E55" w:rsidP="00505372">
            <w:pPr>
              <w:jc w:val="center"/>
            </w:pPr>
            <w:r>
              <w:t>2</w:t>
            </w:r>
          </w:p>
        </w:tc>
        <w:tc>
          <w:tcPr>
            <w:tcW w:w="433" w:type="pct"/>
            <w:vAlign w:val="center"/>
          </w:tcPr>
          <w:p w14:paraId="6119CCBE" w14:textId="77777777" w:rsidR="00F73E55" w:rsidRDefault="00F73E55" w:rsidP="00505372">
            <w:pPr>
              <w:jc w:val="center"/>
            </w:pPr>
            <w:r>
              <w:t>ЭЭ-24</w:t>
            </w:r>
          </w:p>
        </w:tc>
        <w:tc>
          <w:tcPr>
            <w:tcW w:w="1334" w:type="pct"/>
            <w:vAlign w:val="center"/>
          </w:tcPr>
          <w:p w14:paraId="35D08D22" w14:textId="7CE054E1" w:rsidR="00F73E55" w:rsidRDefault="00BF37D9" w:rsidP="00505372">
            <w:pPr>
              <w:jc w:val="center"/>
            </w:pPr>
            <w:r w:rsidRPr="00BF37D9">
              <w:t>Б1.О.11</w:t>
            </w:r>
            <w:r w:rsidRPr="00BF37D9">
              <w:t xml:space="preserve"> </w:t>
            </w:r>
            <w:proofErr w:type="spellStart"/>
            <w:r w:rsidR="00F73E55">
              <w:t>Электроника</w:t>
            </w:r>
            <w:proofErr w:type="spellEnd"/>
          </w:p>
        </w:tc>
        <w:tc>
          <w:tcPr>
            <w:tcW w:w="526" w:type="pct"/>
            <w:vAlign w:val="center"/>
          </w:tcPr>
          <w:p w14:paraId="1CC331B6" w14:textId="48FA5D45" w:rsidR="00F73E55" w:rsidRPr="00BF37D9" w:rsidRDefault="00BF37D9" w:rsidP="00505372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ОПК-3</w:t>
            </w:r>
          </w:p>
        </w:tc>
        <w:tc>
          <w:tcPr>
            <w:tcW w:w="479" w:type="pct"/>
            <w:vAlign w:val="center"/>
          </w:tcPr>
          <w:p w14:paraId="0756DD3A" w14:textId="77777777" w:rsidR="00F73E55" w:rsidRDefault="00F73E55" w:rsidP="00505372">
            <w:pPr>
              <w:jc w:val="center"/>
            </w:pPr>
            <w:r>
              <w:t>62.0%</w:t>
            </w:r>
          </w:p>
        </w:tc>
        <w:tc>
          <w:tcPr>
            <w:tcW w:w="437" w:type="pct"/>
            <w:vAlign w:val="center"/>
          </w:tcPr>
          <w:p w14:paraId="2A719FD6" w14:textId="77777777" w:rsidR="00F73E55" w:rsidRDefault="00F73E55" w:rsidP="00505372">
            <w:pPr>
              <w:jc w:val="center"/>
            </w:pPr>
            <w:r>
              <w:t>07.05.2026</w:t>
            </w:r>
          </w:p>
        </w:tc>
      </w:tr>
      <w:tr w:rsidR="00F73E55" w14:paraId="413FA236" w14:textId="77777777" w:rsidTr="00505372">
        <w:tc>
          <w:tcPr>
            <w:tcW w:w="354" w:type="pct"/>
            <w:vAlign w:val="center"/>
          </w:tcPr>
          <w:p w14:paraId="795479CD" w14:textId="77777777" w:rsidR="00F73E55" w:rsidRDefault="00F73E55" w:rsidP="00505372">
            <w:pPr>
              <w:jc w:val="center"/>
            </w:pPr>
            <w:r>
              <w:t>13.03.02</w:t>
            </w:r>
          </w:p>
        </w:tc>
        <w:tc>
          <w:tcPr>
            <w:tcW w:w="899" w:type="pct"/>
            <w:vAlign w:val="center"/>
          </w:tcPr>
          <w:p w14:paraId="38D1AA3B" w14:textId="77777777" w:rsidR="00F73E55" w:rsidRDefault="00F73E55" w:rsidP="00505372">
            <w:pPr>
              <w:jc w:val="center"/>
            </w:pPr>
            <w:proofErr w:type="spellStart"/>
            <w:r>
              <w:t>Электроэнергетика</w:t>
            </w:r>
            <w:proofErr w:type="spellEnd"/>
          </w:p>
        </w:tc>
        <w:tc>
          <w:tcPr>
            <w:tcW w:w="308" w:type="pct"/>
            <w:vAlign w:val="center"/>
          </w:tcPr>
          <w:p w14:paraId="5E7C5D8B" w14:textId="77777777" w:rsidR="00F73E55" w:rsidRDefault="00F73E55" w:rsidP="00505372">
            <w:pPr>
              <w:jc w:val="center"/>
            </w:pPr>
            <w:r>
              <w:t>2024</w:t>
            </w:r>
          </w:p>
        </w:tc>
        <w:tc>
          <w:tcPr>
            <w:tcW w:w="229" w:type="pct"/>
            <w:vAlign w:val="center"/>
          </w:tcPr>
          <w:p w14:paraId="641D7B9B" w14:textId="77777777" w:rsidR="00F73E55" w:rsidRDefault="00F73E55" w:rsidP="00505372">
            <w:pPr>
              <w:jc w:val="center"/>
            </w:pPr>
            <w:r>
              <w:t>2</w:t>
            </w:r>
          </w:p>
        </w:tc>
        <w:tc>
          <w:tcPr>
            <w:tcW w:w="433" w:type="pct"/>
            <w:vAlign w:val="center"/>
          </w:tcPr>
          <w:p w14:paraId="5A1BC88B" w14:textId="77777777" w:rsidR="00F73E55" w:rsidRDefault="00F73E55" w:rsidP="00505372">
            <w:pPr>
              <w:jc w:val="center"/>
            </w:pPr>
            <w:r>
              <w:t>ЭЭ-24</w:t>
            </w:r>
          </w:p>
        </w:tc>
        <w:tc>
          <w:tcPr>
            <w:tcW w:w="1334" w:type="pct"/>
            <w:vAlign w:val="center"/>
          </w:tcPr>
          <w:p w14:paraId="76E95129" w14:textId="43C7407E" w:rsidR="00F73E55" w:rsidRPr="00B808C6" w:rsidRDefault="00F73E55" w:rsidP="00505372">
            <w:pPr>
              <w:jc w:val="center"/>
              <w:rPr>
                <w:lang w:val="ru-RU"/>
              </w:rPr>
            </w:pPr>
            <w:r w:rsidRPr="00B808C6">
              <w:rPr>
                <w:lang w:val="ru-RU"/>
              </w:rPr>
              <w:t>Б</w:t>
            </w:r>
            <w:proofErr w:type="gramStart"/>
            <w:r w:rsidRPr="00B808C6">
              <w:rPr>
                <w:lang w:val="ru-RU"/>
              </w:rPr>
              <w:t>1.О.</w:t>
            </w:r>
            <w:proofErr w:type="gramEnd"/>
            <w:r w:rsidRPr="00B808C6">
              <w:rPr>
                <w:lang w:val="ru-RU"/>
              </w:rPr>
              <w:t>07.04Элективные дисциплины по физической культуре и спорту</w:t>
            </w:r>
          </w:p>
        </w:tc>
        <w:tc>
          <w:tcPr>
            <w:tcW w:w="526" w:type="pct"/>
            <w:vAlign w:val="center"/>
          </w:tcPr>
          <w:p w14:paraId="6FDB9BD6" w14:textId="77777777" w:rsidR="00F73E55" w:rsidRDefault="00F73E55" w:rsidP="00505372">
            <w:pPr>
              <w:jc w:val="center"/>
            </w:pPr>
            <w:r>
              <w:t>УК-7</w:t>
            </w:r>
          </w:p>
        </w:tc>
        <w:tc>
          <w:tcPr>
            <w:tcW w:w="479" w:type="pct"/>
            <w:vAlign w:val="center"/>
          </w:tcPr>
          <w:p w14:paraId="56F64A04" w14:textId="77777777" w:rsidR="00F73E55" w:rsidRDefault="00F73E55" w:rsidP="00505372">
            <w:pPr>
              <w:jc w:val="center"/>
            </w:pPr>
            <w:r>
              <w:t>96.0%</w:t>
            </w:r>
          </w:p>
        </w:tc>
        <w:tc>
          <w:tcPr>
            <w:tcW w:w="437" w:type="pct"/>
            <w:vAlign w:val="center"/>
          </w:tcPr>
          <w:p w14:paraId="41825D3C" w14:textId="77777777" w:rsidR="00F73E55" w:rsidRDefault="00F73E55" w:rsidP="00505372">
            <w:pPr>
              <w:jc w:val="center"/>
            </w:pPr>
            <w:r>
              <w:t>18.05.2026</w:t>
            </w:r>
          </w:p>
        </w:tc>
      </w:tr>
      <w:tr w:rsidR="00F73E55" w14:paraId="416F21F9" w14:textId="77777777" w:rsidTr="00505372">
        <w:tc>
          <w:tcPr>
            <w:tcW w:w="354" w:type="pct"/>
            <w:vAlign w:val="center"/>
          </w:tcPr>
          <w:p w14:paraId="413EBC2C" w14:textId="77777777" w:rsidR="00F73E55" w:rsidRDefault="00F73E55" w:rsidP="00505372">
            <w:pPr>
              <w:jc w:val="center"/>
            </w:pPr>
            <w:r>
              <w:t>13.03.02</w:t>
            </w:r>
          </w:p>
        </w:tc>
        <w:tc>
          <w:tcPr>
            <w:tcW w:w="899" w:type="pct"/>
            <w:vAlign w:val="center"/>
          </w:tcPr>
          <w:p w14:paraId="1EC5B390" w14:textId="77777777" w:rsidR="00F73E55" w:rsidRDefault="00F73E55" w:rsidP="00505372">
            <w:pPr>
              <w:jc w:val="center"/>
            </w:pPr>
            <w:proofErr w:type="spellStart"/>
            <w:r>
              <w:t>Электроэнергетика</w:t>
            </w:r>
            <w:proofErr w:type="spellEnd"/>
          </w:p>
        </w:tc>
        <w:tc>
          <w:tcPr>
            <w:tcW w:w="308" w:type="pct"/>
            <w:vAlign w:val="center"/>
          </w:tcPr>
          <w:p w14:paraId="21864B0B" w14:textId="77777777" w:rsidR="00F73E55" w:rsidRDefault="00F73E55" w:rsidP="00505372">
            <w:pPr>
              <w:jc w:val="center"/>
            </w:pPr>
            <w:r>
              <w:t>2023</w:t>
            </w:r>
          </w:p>
        </w:tc>
        <w:tc>
          <w:tcPr>
            <w:tcW w:w="229" w:type="pct"/>
            <w:vAlign w:val="center"/>
          </w:tcPr>
          <w:p w14:paraId="37F9B386" w14:textId="77777777" w:rsidR="00F73E55" w:rsidRDefault="00F73E55" w:rsidP="00505372">
            <w:pPr>
              <w:jc w:val="center"/>
            </w:pPr>
            <w:r>
              <w:t>3</w:t>
            </w:r>
          </w:p>
        </w:tc>
        <w:tc>
          <w:tcPr>
            <w:tcW w:w="433" w:type="pct"/>
            <w:vAlign w:val="center"/>
          </w:tcPr>
          <w:p w14:paraId="0168DCF2" w14:textId="77777777" w:rsidR="00F73E55" w:rsidRDefault="00F73E55" w:rsidP="00505372">
            <w:pPr>
              <w:jc w:val="center"/>
            </w:pPr>
            <w:r>
              <w:t>ЭЭ-23</w:t>
            </w:r>
          </w:p>
        </w:tc>
        <w:tc>
          <w:tcPr>
            <w:tcW w:w="1334" w:type="pct"/>
            <w:vAlign w:val="center"/>
          </w:tcPr>
          <w:p w14:paraId="2EF0EB69" w14:textId="03064DB3" w:rsidR="00F73E55" w:rsidRPr="00B808C6" w:rsidRDefault="00F73E55" w:rsidP="00505372">
            <w:pPr>
              <w:jc w:val="center"/>
              <w:rPr>
                <w:lang w:val="ru-RU"/>
              </w:rPr>
            </w:pPr>
            <w:r w:rsidRPr="00B808C6">
              <w:rPr>
                <w:lang w:val="ru-RU"/>
              </w:rPr>
              <w:t>Б1.В.</w:t>
            </w:r>
            <w:r w:rsidR="00BF37D9">
              <w:rPr>
                <w:lang w:val="ru-RU"/>
              </w:rPr>
              <w:t>09</w:t>
            </w:r>
            <w:r w:rsidRPr="00B808C6">
              <w:rPr>
                <w:lang w:val="ru-RU"/>
              </w:rPr>
              <w:t xml:space="preserve"> Релейная защита и автоматика электроэнергетических систем (7 семестр)</w:t>
            </w:r>
          </w:p>
        </w:tc>
        <w:tc>
          <w:tcPr>
            <w:tcW w:w="526" w:type="pct"/>
            <w:vAlign w:val="center"/>
          </w:tcPr>
          <w:p w14:paraId="6B83D729" w14:textId="77777777" w:rsidR="00F73E55" w:rsidRDefault="00F73E55" w:rsidP="00505372">
            <w:pPr>
              <w:jc w:val="center"/>
            </w:pPr>
            <w:r>
              <w:t>ПК-3, ПК-4</w:t>
            </w:r>
          </w:p>
        </w:tc>
        <w:tc>
          <w:tcPr>
            <w:tcW w:w="479" w:type="pct"/>
            <w:vAlign w:val="center"/>
          </w:tcPr>
          <w:p w14:paraId="3BE23831" w14:textId="77777777" w:rsidR="00F73E55" w:rsidRDefault="00F73E55" w:rsidP="00505372">
            <w:pPr>
              <w:jc w:val="center"/>
            </w:pPr>
            <w:r>
              <w:t>75.0%</w:t>
            </w:r>
          </w:p>
        </w:tc>
        <w:tc>
          <w:tcPr>
            <w:tcW w:w="437" w:type="pct"/>
            <w:vAlign w:val="center"/>
          </w:tcPr>
          <w:p w14:paraId="70928E6F" w14:textId="77777777" w:rsidR="00F73E55" w:rsidRDefault="00F73E55" w:rsidP="00505372">
            <w:pPr>
              <w:jc w:val="center"/>
            </w:pPr>
            <w:r>
              <w:t>25.05.2026</w:t>
            </w:r>
          </w:p>
        </w:tc>
      </w:tr>
      <w:tr w:rsidR="00F73E55" w14:paraId="027E5178" w14:textId="77777777" w:rsidTr="00505372">
        <w:tc>
          <w:tcPr>
            <w:tcW w:w="354" w:type="pct"/>
            <w:vAlign w:val="center"/>
          </w:tcPr>
          <w:p w14:paraId="5F772BCA" w14:textId="77777777" w:rsidR="00F73E55" w:rsidRDefault="00F73E55" w:rsidP="00505372">
            <w:pPr>
              <w:jc w:val="center"/>
            </w:pPr>
            <w:r>
              <w:t>13.03.02</w:t>
            </w:r>
          </w:p>
        </w:tc>
        <w:tc>
          <w:tcPr>
            <w:tcW w:w="899" w:type="pct"/>
            <w:vAlign w:val="center"/>
          </w:tcPr>
          <w:p w14:paraId="79D7D885" w14:textId="77777777" w:rsidR="00F73E55" w:rsidRDefault="00F73E55" w:rsidP="00505372">
            <w:pPr>
              <w:jc w:val="center"/>
            </w:pPr>
            <w:proofErr w:type="spellStart"/>
            <w:r>
              <w:t>Электроэнергетика</w:t>
            </w:r>
            <w:proofErr w:type="spellEnd"/>
          </w:p>
        </w:tc>
        <w:tc>
          <w:tcPr>
            <w:tcW w:w="308" w:type="pct"/>
            <w:vAlign w:val="center"/>
          </w:tcPr>
          <w:p w14:paraId="689A54FC" w14:textId="77777777" w:rsidR="00F73E55" w:rsidRDefault="00F73E55" w:rsidP="00505372">
            <w:pPr>
              <w:jc w:val="center"/>
            </w:pPr>
            <w:r>
              <w:t>2025</w:t>
            </w:r>
          </w:p>
        </w:tc>
        <w:tc>
          <w:tcPr>
            <w:tcW w:w="229" w:type="pct"/>
            <w:vAlign w:val="center"/>
          </w:tcPr>
          <w:p w14:paraId="03BB2C54" w14:textId="77777777" w:rsidR="00F73E55" w:rsidRDefault="00F73E55" w:rsidP="00505372">
            <w:pPr>
              <w:jc w:val="center"/>
            </w:pPr>
            <w:r>
              <w:t>1</w:t>
            </w:r>
          </w:p>
        </w:tc>
        <w:tc>
          <w:tcPr>
            <w:tcW w:w="433" w:type="pct"/>
            <w:vAlign w:val="center"/>
          </w:tcPr>
          <w:p w14:paraId="3EA051C1" w14:textId="77777777" w:rsidR="00F73E55" w:rsidRDefault="00F73E55" w:rsidP="00505372">
            <w:pPr>
              <w:jc w:val="center"/>
            </w:pPr>
            <w:r>
              <w:t>ЭЭ-25</w:t>
            </w:r>
          </w:p>
        </w:tc>
        <w:tc>
          <w:tcPr>
            <w:tcW w:w="1334" w:type="pct"/>
            <w:vAlign w:val="center"/>
          </w:tcPr>
          <w:p w14:paraId="276D3EA5" w14:textId="21C06A1E" w:rsidR="00F73E55" w:rsidRPr="00B808C6" w:rsidRDefault="00F73E55" w:rsidP="00505372">
            <w:pPr>
              <w:jc w:val="center"/>
              <w:rPr>
                <w:lang w:val="ru-RU"/>
              </w:rPr>
            </w:pPr>
            <w:r w:rsidRPr="00B808C6">
              <w:rPr>
                <w:lang w:val="ru-RU"/>
              </w:rPr>
              <w:t>Б1.О.01</w:t>
            </w:r>
            <w:r w:rsidR="00016446">
              <w:rPr>
                <w:lang w:val="ru-RU"/>
              </w:rPr>
              <w:t xml:space="preserve"> </w:t>
            </w:r>
            <w:r w:rsidRPr="00B808C6">
              <w:rPr>
                <w:lang w:val="ru-RU"/>
              </w:rPr>
              <w:t>История России</w:t>
            </w:r>
          </w:p>
        </w:tc>
        <w:tc>
          <w:tcPr>
            <w:tcW w:w="526" w:type="pct"/>
            <w:vAlign w:val="center"/>
          </w:tcPr>
          <w:p w14:paraId="2508F824" w14:textId="77777777" w:rsidR="00F73E55" w:rsidRDefault="00F73E55" w:rsidP="00505372">
            <w:pPr>
              <w:jc w:val="center"/>
            </w:pPr>
            <w:r>
              <w:t>УК-5</w:t>
            </w:r>
          </w:p>
        </w:tc>
        <w:tc>
          <w:tcPr>
            <w:tcW w:w="479" w:type="pct"/>
            <w:vAlign w:val="center"/>
          </w:tcPr>
          <w:p w14:paraId="64243965" w14:textId="77777777" w:rsidR="00F73E55" w:rsidRDefault="00F73E55" w:rsidP="00505372">
            <w:pPr>
              <w:jc w:val="center"/>
            </w:pPr>
            <w:r>
              <w:t>74.0%</w:t>
            </w:r>
          </w:p>
        </w:tc>
        <w:tc>
          <w:tcPr>
            <w:tcW w:w="437" w:type="pct"/>
            <w:vAlign w:val="center"/>
          </w:tcPr>
          <w:p w14:paraId="5CBAB9FF" w14:textId="77777777" w:rsidR="00F73E55" w:rsidRDefault="00F73E55" w:rsidP="00505372">
            <w:pPr>
              <w:jc w:val="center"/>
            </w:pPr>
            <w:r>
              <w:t>29.05.2026</w:t>
            </w:r>
          </w:p>
        </w:tc>
      </w:tr>
      <w:tr w:rsidR="00F73E55" w14:paraId="3F556FC5" w14:textId="77777777" w:rsidTr="00505372">
        <w:tc>
          <w:tcPr>
            <w:tcW w:w="354" w:type="pct"/>
            <w:vAlign w:val="center"/>
          </w:tcPr>
          <w:p w14:paraId="4308164D" w14:textId="77777777" w:rsidR="00F73E55" w:rsidRDefault="00F73E55" w:rsidP="00505372">
            <w:pPr>
              <w:jc w:val="center"/>
            </w:pPr>
            <w:r>
              <w:t>13.03.02</w:t>
            </w:r>
          </w:p>
        </w:tc>
        <w:tc>
          <w:tcPr>
            <w:tcW w:w="899" w:type="pct"/>
            <w:vAlign w:val="center"/>
          </w:tcPr>
          <w:p w14:paraId="284C5A2C" w14:textId="77777777" w:rsidR="00F73E55" w:rsidRDefault="00F73E55" w:rsidP="00505372">
            <w:pPr>
              <w:jc w:val="center"/>
            </w:pPr>
            <w:proofErr w:type="spellStart"/>
            <w:r>
              <w:t>Электроэнергетика</w:t>
            </w:r>
            <w:proofErr w:type="spellEnd"/>
          </w:p>
        </w:tc>
        <w:tc>
          <w:tcPr>
            <w:tcW w:w="308" w:type="pct"/>
            <w:vAlign w:val="center"/>
          </w:tcPr>
          <w:p w14:paraId="142C1E6E" w14:textId="77777777" w:rsidR="00F73E55" w:rsidRDefault="00F73E55" w:rsidP="00505372">
            <w:pPr>
              <w:jc w:val="center"/>
            </w:pPr>
            <w:r>
              <w:t>2023</w:t>
            </w:r>
          </w:p>
        </w:tc>
        <w:tc>
          <w:tcPr>
            <w:tcW w:w="229" w:type="pct"/>
            <w:vAlign w:val="center"/>
          </w:tcPr>
          <w:p w14:paraId="7B9830A2" w14:textId="77777777" w:rsidR="00F73E55" w:rsidRDefault="00F73E55" w:rsidP="00505372">
            <w:pPr>
              <w:jc w:val="center"/>
            </w:pPr>
            <w:r>
              <w:t>3</w:t>
            </w:r>
          </w:p>
        </w:tc>
        <w:tc>
          <w:tcPr>
            <w:tcW w:w="433" w:type="pct"/>
            <w:vAlign w:val="center"/>
          </w:tcPr>
          <w:p w14:paraId="188EAC6B" w14:textId="77777777" w:rsidR="00F73E55" w:rsidRDefault="00F73E55" w:rsidP="00505372">
            <w:pPr>
              <w:jc w:val="center"/>
            </w:pPr>
            <w:r>
              <w:t>ЭЭ-23</w:t>
            </w:r>
          </w:p>
        </w:tc>
        <w:tc>
          <w:tcPr>
            <w:tcW w:w="1334" w:type="pct"/>
            <w:vAlign w:val="center"/>
          </w:tcPr>
          <w:p w14:paraId="34793833" w14:textId="1872E50B" w:rsidR="00F73E55" w:rsidRPr="00B808C6" w:rsidRDefault="00F73E55" w:rsidP="00505372">
            <w:pPr>
              <w:jc w:val="center"/>
              <w:rPr>
                <w:lang w:val="ru-RU"/>
              </w:rPr>
            </w:pPr>
            <w:r w:rsidRPr="00B808C6">
              <w:rPr>
                <w:lang w:val="ru-RU"/>
              </w:rPr>
              <w:t xml:space="preserve">Б1.В.02 Электрические станции и подстанции </w:t>
            </w:r>
            <w:r w:rsidR="003B7678">
              <w:rPr>
                <w:lang w:val="ru-RU"/>
              </w:rPr>
              <w:t>(</w:t>
            </w:r>
            <w:r w:rsidRPr="00B808C6">
              <w:rPr>
                <w:lang w:val="ru-RU"/>
              </w:rPr>
              <w:t>6 семестр</w:t>
            </w:r>
            <w:r w:rsidR="003B7678">
              <w:rPr>
                <w:lang w:val="ru-RU"/>
              </w:rPr>
              <w:t>)</w:t>
            </w:r>
          </w:p>
        </w:tc>
        <w:tc>
          <w:tcPr>
            <w:tcW w:w="526" w:type="pct"/>
            <w:vAlign w:val="center"/>
          </w:tcPr>
          <w:p w14:paraId="296DC044" w14:textId="77777777" w:rsidR="00F73E55" w:rsidRDefault="00F73E55" w:rsidP="00505372">
            <w:pPr>
              <w:jc w:val="center"/>
            </w:pPr>
            <w:r>
              <w:t>ПК-1, ПК-2, ПК-4</w:t>
            </w:r>
          </w:p>
        </w:tc>
        <w:tc>
          <w:tcPr>
            <w:tcW w:w="479" w:type="pct"/>
            <w:vAlign w:val="center"/>
          </w:tcPr>
          <w:p w14:paraId="7275ABF8" w14:textId="77777777" w:rsidR="00F73E55" w:rsidRDefault="00F73E55" w:rsidP="00505372">
            <w:pPr>
              <w:jc w:val="center"/>
            </w:pPr>
            <w:r>
              <w:t>36.0%</w:t>
            </w:r>
          </w:p>
        </w:tc>
        <w:tc>
          <w:tcPr>
            <w:tcW w:w="437" w:type="pct"/>
            <w:vAlign w:val="center"/>
          </w:tcPr>
          <w:p w14:paraId="27533CEF" w14:textId="77777777" w:rsidR="00F73E55" w:rsidRDefault="00F73E55" w:rsidP="00505372">
            <w:pPr>
              <w:jc w:val="center"/>
            </w:pPr>
            <w:r>
              <w:t>06.06.2026</w:t>
            </w:r>
          </w:p>
        </w:tc>
      </w:tr>
      <w:tr w:rsidR="00F73E55" w14:paraId="29DA5225" w14:textId="77777777" w:rsidTr="00505372">
        <w:tc>
          <w:tcPr>
            <w:tcW w:w="354" w:type="pct"/>
            <w:vAlign w:val="center"/>
          </w:tcPr>
          <w:p w14:paraId="4BADB554" w14:textId="77777777" w:rsidR="00F73E55" w:rsidRDefault="00F73E55" w:rsidP="00505372">
            <w:pPr>
              <w:jc w:val="center"/>
            </w:pPr>
            <w:r>
              <w:t>13.03.02</w:t>
            </w:r>
          </w:p>
        </w:tc>
        <w:tc>
          <w:tcPr>
            <w:tcW w:w="899" w:type="pct"/>
            <w:vAlign w:val="center"/>
          </w:tcPr>
          <w:p w14:paraId="62122C68" w14:textId="77777777" w:rsidR="00F73E55" w:rsidRDefault="00F73E55" w:rsidP="00505372">
            <w:pPr>
              <w:jc w:val="center"/>
            </w:pPr>
            <w:proofErr w:type="spellStart"/>
            <w:r>
              <w:t>Электроэнергетика</w:t>
            </w:r>
            <w:proofErr w:type="spellEnd"/>
          </w:p>
        </w:tc>
        <w:tc>
          <w:tcPr>
            <w:tcW w:w="308" w:type="pct"/>
            <w:vAlign w:val="center"/>
          </w:tcPr>
          <w:p w14:paraId="6E3E8A43" w14:textId="77777777" w:rsidR="00F73E55" w:rsidRDefault="00F73E55" w:rsidP="00505372">
            <w:pPr>
              <w:jc w:val="center"/>
            </w:pPr>
            <w:r>
              <w:t>2024</w:t>
            </w:r>
          </w:p>
        </w:tc>
        <w:tc>
          <w:tcPr>
            <w:tcW w:w="229" w:type="pct"/>
            <w:vAlign w:val="center"/>
          </w:tcPr>
          <w:p w14:paraId="704B2F89" w14:textId="77777777" w:rsidR="00F73E55" w:rsidRDefault="00F73E55" w:rsidP="00505372">
            <w:pPr>
              <w:jc w:val="center"/>
            </w:pPr>
            <w:r>
              <w:t>2</w:t>
            </w:r>
          </w:p>
        </w:tc>
        <w:tc>
          <w:tcPr>
            <w:tcW w:w="433" w:type="pct"/>
            <w:vAlign w:val="center"/>
          </w:tcPr>
          <w:p w14:paraId="0F6B9D13" w14:textId="77777777" w:rsidR="00F73E55" w:rsidRDefault="00F73E55" w:rsidP="00505372">
            <w:pPr>
              <w:jc w:val="center"/>
            </w:pPr>
            <w:r>
              <w:t>ЭЭ-24</w:t>
            </w:r>
          </w:p>
        </w:tc>
        <w:tc>
          <w:tcPr>
            <w:tcW w:w="1334" w:type="pct"/>
            <w:vAlign w:val="center"/>
          </w:tcPr>
          <w:p w14:paraId="2E759096" w14:textId="2665A725" w:rsidR="00F73E55" w:rsidRPr="00B808C6" w:rsidRDefault="00F73E55" w:rsidP="00505372">
            <w:pPr>
              <w:jc w:val="center"/>
              <w:rPr>
                <w:lang w:val="ru-RU"/>
              </w:rPr>
            </w:pPr>
            <w:r w:rsidRPr="00B808C6">
              <w:rPr>
                <w:lang w:val="ru-RU"/>
              </w:rPr>
              <w:t>Б1.О.08.03 Метрология</w:t>
            </w:r>
          </w:p>
        </w:tc>
        <w:tc>
          <w:tcPr>
            <w:tcW w:w="526" w:type="pct"/>
            <w:vAlign w:val="center"/>
          </w:tcPr>
          <w:p w14:paraId="6F38842F" w14:textId="77777777" w:rsidR="00F73E55" w:rsidRDefault="00F73E55" w:rsidP="00505372">
            <w:pPr>
              <w:jc w:val="center"/>
            </w:pPr>
            <w:r>
              <w:t>ОПК-6</w:t>
            </w:r>
          </w:p>
        </w:tc>
        <w:tc>
          <w:tcPr>
            <w:tcW w:w="479" w:type="pct"/>
            <w:vAlign w:val="center"/>
          </w:tcPr>
          <w:p w14:paraId="6633FA08" w14:textId="77777777" w:rsidR="00F73E55" w:rsidRDefault="00F73E55" w:rsidP="00505372">
            <w:pPr>
              <w:jc w:val="center"/>
            </w:pPr>
            <w:r>
              <w:t>67.5%</w:t>
            </w:r>
          </w:p>
        </w:tc>
        <w:tc>
          <w:tcPr>
            <w:tcW w:w="437" w:type="pct"/>
            <w:vAlign w:val="center"/>
          </w:tcPr>
          <w:p w14:paraId="730BE197" w14:textId="77777777" w:rsidR="00F73E55" w:rsidRDefault="00F73E55" w:rsidP="00505372">
            <w:pPr>
              <w:jc w:val="center"/>
            </w:pPr>
            <w:r>
              <w:t>06.06.2026</w:t>
            </w:r>
          </w:p>
        </w:tc>
      </w:tr>
      <w:tr w:rsidR="00BF37D9" w14:paraId="077FD404" w14:textId="77777777" w:rsidTr="00505372">
        <w:tc>
          <w:tcPr>
            <w:tcW w:w="354" w:type="pct"/>
            <w:vAlign w:val="center"/>
          </w:tcPr>
          <w:p w14:paraId="378E2BAF" w14:textId="77777777" w:rsidR="00BF37D9" w:rsidRDefault="00BF37D9" w:rsidP="00BF37D9">
            <w:pPr>
              <w:jc w:val="center"/>
            </w:pPr>
            <w:r>
              <w:t>13.03.02</w:t>
            </w:r>
          </w:p>
        </w:tc>
        <w:tc>
          <w:tcPr>
            <w:tcW w:w="899" w:type="pct"/>
            <w:vAlign w:val="center"/>
          </w:tcPr>
          <w:p w14:paraId="642EB509" w14:textId="77777777" w:rsidR="00BF37D9" w:rsidRDefault="00BF37D9" w:rsidP="00BF37D9">
            <w:pPr>
              <w:jc w:val="center"/>
            </w:pPr>
            <w:proofErr w:type="spellStart"/>
            <w:r>
              <w:t>Электроэнергетика</w:t>
            </w:r>
            <w:proofErr w:type="spellEnd"/>
          </w:p>
        </w:tc>
        <w:tc>
          <w:tcPr>
            <w:tcW w:w="308" w:type="pct"/>
            <w:vAlign w:val="center"/>
          </w:tcPr>
          <w:p w14:paraId="6EE3F9A7" w14:textId="77777777" w:rsidR="00BF37D9" w:rsidRDefault="00BF37D9" w:rsidP="00BF37D9">
            <w:pPr>
              <w:jc w:val="center"/>
            </w:pPr>
            <w:r>
              <w:t>2023</w:t>
            </w:r>
          </w:p>
        </w:tc>
        <w:tc>
          <w:tcPr>
            <w:tcW w:w="229" w:type="pct"/>
            <w:vAlign w:val="center"/>
          </w:tcPr>
          <w:p w14:paraId="3AED5E46" w14:textId="77777777" w:rsidR="00BF37D9" w:rsidRDefault="00BF37D9" w:rsidP="00BF37D9">
            <w:pPr>
              <w:jc w:val="center"/>
            </w:pPr>
            <w:r>
              <w:t>3</w:t>
            </w:r>
          </w:p>
        </w:tc>
        <w:tc>
          <w:tcPr>
            <w:tcW w:w="433" w:type="pct"/>
            <w:vAlign w:val="center"/>
          </w:tcPr>
          <w:p w14:paraId="3F467EC5" w14:textId="77777777" w:rsidR="00BF37D9" w:rsidRDefault="00BF37D9" w:rsidP="00BF37D9">
            <w:pPr>
              <w:jc w:val="center"/>
            </w:pPr>
            <w:r>
              <w:t>ЭЭ-23</w:t>
            </w:r>
          </w:p>
        </w:tc>
        <w:tc>
          <w:tcPr>
            <w:tcW w:w="1334" w:type="pct"/>
            <w:vAlign w:val="center"/>
          </w:tcPr>
          <w:p w14:paraId="0E7A0F28" w14:textId="71989D87" w:rsidR="00BF37D9" w:rsidRPr="00B808C6" w:rsidRDefault="00BF37D9" w:rsidP="00BF37D9">
            <w:pPr>
              <w:jc w:val="center"/>
              <w:rPr>
                <w:lang w:val="ru-RU"/>
              </w:rPr>
            </w:pPr>
            <w:r w:rsidRPr="00BF37D9">
              <w:rPr>
                <w:lang w:val="ru-RU"/>
              </w:rPr>
              <w:t>Б1.В.04</w:t>
            </w:r>
            <w:r w:rsidRPr="00BF37D9">
              <w:rPr>
                <w:lang w:val="ru-RU"/>
              </w:rPr>
              <w:t xml:space="preserve"> </w:t>
            </w:r>
            <w:r w:rsidRPr="00B808C6">
              <w:rPr>
                <w:lang w:val="ru-RU"/>
              </w:rPr>
              <w:t>Электроэнергетические системы и сети</w:t>
            </w:r>
          </w:p>
        </w:tc>
        <w:tc>
          <w:tcPr>
            <w:tcW w:w="526" w:type="pct"/>
            <w:vAlign w:val="center"/>
          </w:tcPr>
          <w:p w14:paraId="7BA41EDC" w14:textId="48BBFD8F" w:rsidR="00BF37D9" w:rsidRPr="00B808C6" w:rsidRDefault="00BF37D9" w:rsidP="00BF37D9">
            <w:pPr>
              <w:jc w:val="center"/>
              <w:rPr>
                <w:lang w:val="ru-RU"/>
              </w:rPr>
            </w:pPr>
            <w:r>
              <w:t>ПК-3, ПК-4</w:t>
            </w:r>
          </w:p>
        </w:tc>
        <w:tc>
          <w:tcPr>
            <w:tcW w:w="479" w:type="pct"/>
            <w:vAlign w:val="center"/>
          </w:tcPr>
          <w:p w14:paraId="6240DA00" w14:textId="77777777" w:rsidR="00BF37D9" w:rsidRDefault="00BF37D9" w:rsidP="00BF37D9">
            <w:pPr>
              <w:jc w:val="center"/>
            </w:pPr>
            <w:r>
              <w:t>81.0%</w:t>
            </w:r>
          </w:p>
        </w:tc>
        <w:tc>
          <w:tcPr>
            <w:tcW w:w="437" w:type="pct"/>
            <w:vAlign w:val="center"/>
          </w:tcPr>
          <w:p w14:paraId="6CF82A68" w14:textId="77777777" w:rsidR="00BF37D9" w:rsidRDefault="00BF37D9" w:rsidP="00BF37D9">
            <w:pPr>
              <w:jc w:val="center"/>
            </w:pPr>
            <w:r>
              <w:t>09.06.2026</w:t>
            </w:r>
          </w:p>
        </w:tc>
      </w:tr>
      <w:tr w:rsidR="00BF37D9" w14:paraId="5C6E1830" w14:textId="77777777" w:rsidTr="00505372">
        <w:tc>
          <w:tcPr>
            <w:tcW w:w="354" w:type="pct"/>
            <w:vAlign w:val="center"/>
          </w:tcPr>
          <w:p w14:paraId="4DF55739" w14:textId="77777777" w:rsidR="00BF37D9" w:rsidRDefault="00BF37D9" w:rsidP="00BF37D9">
            <w:pPr>
              <w:jc w:val="center"/>
            </w:pPr>
            <w:r>
              <w:t>13.03.02</w:t>
            </w:r>
          </w:p>
        </w:tc>
        <w:tc>
          <w:tcPr>
            <w:tcW w:w="899" w:type="pct"/>
            <w:vAlign w:val="center"/>
          </w:tcPr>
          <w:p w14:paraId="58200145" w14:textId="77777777" w:rsidR="00BF37D9" w:rsidRDefault="00BF37D9" w:rsidP="00BF37D9">
            <w:pPr>
              <w:jc w:val="center"/>
            </w:pPr>
            <w:proofErr w:type="spellStart"/>
            <w:r>
              <w:t>Электроэнергетика</w:t>
            </w:r>
            <w:proofErr w:type="spellEnd"/>
          </w:p>
        </w:tc>
        <w:tc>
          <w:tcPr>
            <w:tcW w:w="308" w:type="pct"/>
            <w:vAlign w:val="center"/>
          </w:tcPr>
          <w:p w14:paraId="5EDD8C8E" w14:textId="77777777" w:rsidR="00BF37D9" w:rsidRDefault="00BF37D9" w:rsidP="00BF37D9">
            <w:pPr>
              <w:jc w:val="center"/>
            </w:pPr>
            <w:r>
              <w:t>2023</w:t>
            </w:r>
          </w:p>
        </w:tc>
        <w:tc>
          <w:tcPr>
            <w:tcW w:w="229" w:type="pct"/>
            <w:vAlign w:val="center"/>
          </w:tcPr>
          <w:p w14:paraId="74661147" w14:textId="77777777" w:rsidR="00BF37D9" w:rsidRDefault="00BF37D9" w:rsidP="00BF37D9">
            <w:pPr>
              <w:jc w:val="center"/>
            </w:pPr>
            <w:r>
              <w:t>3</w:t>
            </w:r>
          </w:p>
        </w:tc>
        <w:tc>
          <w:tcPr>
            <w:tcW w:w="433" w:type="pct"/>
            <w:vAlign w:val="center"/>
          </w:tcPr>
          <w:p w14:paraId="0AB1CE00" w14:textId="77777777" w:rsidR="00BF37D9" w:rsidRDefault="00BF37D9" w:rsidP="00BF37D9">
            <w:pPr>
              <w:jc w:val="center"/>
            </w:pPr>
            <w:r>
              <w:t>ЭЭ-23</w:t>
            </w:r>
          </w:p>
        </w:tc>
        <w:tc>
          <w:tcPr>
            <w:tcW w:w="1334" w:type="pct"/>
            <w:vAlign w:val="center"/>
          </w:tcPr>
          <w:p w14:paraId="62389D8E" w14:textId="6EFB3774" w:rsidR="00BF37D9" w:rsidRPr="00B808C6" w:rsidRDefault="00BF37D9" w:rsidP="00BF37D9">
            <w:pPr>
              <w:jc w:val="center"/>
              <w:rPr>
                <w:lang w:val="ru-RU"/>
              </w:rPr>
            </w:pPr>
            <w:r w:rsidRPr="00B808C6">
              <w:rPr>
                <w:lang w:val="ru-RU"/>
              </w:rPr>
              <w:t>Б1.О.15 Переходные процессы в ЭЭС</w:t>
            </w:r>
          </w:p>
        </w:tc>
        <w:tc>
          <w:tcPr>
            <w:tcW w:w="526" w:type="pct"/>
            <w:vAlign w:val="center"/>
          </w:tcPr>
          <w:p w14:paraId="31013C56" w14:textId="77777777" w:rsidR="00BF37D9" w:rsidRDefault="00BF37D9" w:rsidP="00BF37D9">
            <w:pPr>
              <w:jc w:val="center"/>
            </w:pPr>
            <w:r>
              <w:t>ОПК-4</w:t>
            </w:r>
          </w:p>
        </w:tc>
        <w:tc>
          <w:tcPr>
            <w:tcW w:w="479" w:type="pct"/>
            <w:vAlign w:val="center"/>
          </w:tcPr>
          <w:p w14:paraId="17746A5D" w14:textId="77777777" w:rsidR="00BF37D9" w:rsidRDefault="00BF37D9" w:rsidP="00BF37D9">
            <w:pPr>
              <w:jc w:val="center"/>
            </w:pPr>
            <w:r>
              <w:t>76.0%</w:t>
            </w:r>
          </w:p>
        </w:tc>
        <w:tc>
          <w:tcPr>
            <w:tcW w:w="437" w:type="pct"/>
            <w:vAlign w:val="center"/>
          </w:tcPr>
          <w:p w14:paraId="68213152" w14:textId="77777777" w:rsidR="00BF37D9" w:rsidRDefault="00BF37D9" w:rsidP="00BF37D9">
            <w:pPr>
              <w:jc w:val="center"/>
            </w:pPr>
            <w:r>
              <w:t>11.06.2026</w:t>
            </w:r>
          </w:p>
        </w:tc>
      </w:tr>
      <w:tr w:rsidR="00BF37D9" w14:paraId="0231620F" w14:textId="77777777" w:rsidTr="00505372">
        <w:tc>
          <w:tcPr>
            <w:tcW w:w="354" w:type="pct"/>
            <w:vAlign w:val="center"/>
          </w:tcPr>
          <w:p w14:paraId="06A2DDE1" w14:textId="77777777" w:rsidR="00BF37D9" w:rsidRDefault="00BF37D9" w:rsidP="00BF37D9">
            <w:pPr>
              <w:jc w:val="center"/>
            </w:pPr>
            <w:r>
              <w:t>13.03.02</w:t>
            </w:r>
          </w:p>
        </w:tc>
        <w:tc>
          <w:tcPr>
            <w:tcW w:w="899" w:type="pct"/>
            <w:vAlign w:val="center"/>
          </w:tcPr>
          <w:p w14:paraId="3126BE8E" w14:textId="77777777" w:rsidR="00BF37D9" w:rsidRDefault="00BF37D9" w:rsidP="00BF37D9">
            <w:pPr>
              <w:jc w:val="center"/>
            </w:pPr>
            <w:proofErr w:type="spellStart"/>
            <w:r>
              <w:t>Электроэнергетика</w:t>
            </w:r>
            <w:proofErr w:type="spellEnd"/>
          </w:p>
        </w:tc>
        <w:tc>
          <w:tcPr>
            <w:tcW w:w="308" w:type="pct"/>
            <w:vAlign w:val="center"/>
          </w:tcPr>
          <w:p w14:paraId="366921CE" w14:textId="77777777" w:rsidR="00BF37D9" w:rsidRDefault="00BF37D9" w:rsidP="00BF37D9">
            <w:pPr>
              <w:jc w:val="center"/>
            </w:pPr>
            <w:r>
              <w:t>2023</w:t>
            </w:r>
          </w:p>
        </w:tc>
        <w:tc>
          <w:tcPr>
            <w:tcW w:w="229" w:type="pct"/>
            <w:vAlign w:val="center"/>
          </w:tcPr>
          <w:p w14:paraId="7A42BBF7" w14:textId="77777777" w:rsidR="00BF37D9" w:rsidRDefault="00BF37D9" w:rsidP="00BF37D9">
            <w:pPr>
              <w:jc w:val="center"/>
            </w:pPr>
            <w:r>
              <w:t>3</w:t>
            </w:r>
          </w:p>
        </w:tc>
        <w:tc>
          <w:tcPr>
            <w:tcW w:w="433" w:type="pct"/>
            <w:vAlign w:val="center"/>
          </w:tcPr>
          <w:p w14:paraId="6D31F4A7" w14:textId="77777777" w:rsidR="00BF37D9" w:rsidRDefault="00BF37D9" w:rsidP="00BF37D9">
            <w:pPr>
              <w:jc w:val="center"/>
            </w:pPr>
            <w:r>
              <w:t>ЭЭ-23</w:t>
            </w:r>
          </w:p>
        </w:tc>
        <w:tc>
          <w:tcPr>
            <w:tcW w:w="1334" w:type="pct"/>
            <w:vAlign w:val="center"/>
          </w:tcPr>
          <w:p w14:paraId="3083A9AC" w14:textId="4E020BCC" w:rsidR="00BF37D9" w:rsidRPr="00B808C6" w:rsidRDefault="00BF37D9" w:rsidP="00BF37D9">
            <w:pPr>
              <w:jc w:val="center"/>
              <w:rPr>
                <w:lang w:val="ru-RU"/>
              </w:rPr>
            </w:pPr>
            <w:r w:rsidRPr="00B808C6">
              <w:rPr>
                <w:lang w:val="ru-RU"/>
              </w:rPr>
              <w:t>Б1.О.15 Переходные процессы в ЭЭС</w:t>
            </w:r>
          </w:p>
        </w:tc>
        <w:tc>
          <w:tcPr>
            <w:tcW w:w="526" w:type="pct"/>
            <w:vAlign w:val="center"/>
          </w:tcPr>
          <w:p w14:paraId="461100D4" w14:textId="77777777" w:rsidR="00BF37D9" w:rsidRDefault="00BF37D9" w:rsidP="00BF37D9">
            <w:pPr>
              <w:jc w:val="center"/>
            </w:pPr>
            <w:r>
              <w:t>ОПК-3</w:t>
            </w:r>
          </w:p>
        </w:tc>
        <w:tc>
          <w:tcPr>
            <w:tcW w:w="479" w:type="pct"/>
            <w:vAlign w:val="center"/>
          </w:tcPr>
          <w:p w14:paraId="15599A96" w14:textId="77777777" w:rsidR="00BF37D9" w:rsidRDefault="00BF37D9" w:rsidP="00BF37D9">
            <w:pPr>
              <w:jc w:val="center"/>
            </w:pPr>
            <w:r>
              <w:t>53.0%</w:t>
            </w:r>
          </w:p>
        </w:tc>
        <w:tc>
          <w:tcPr>
            <w:tcW w:w="437" w:type="pct"/>
            <w:vAlign w:val="center"/>
          </w:tcPr>
          <w:p w14:paraId="298C309B" w14:textId="77777777" w:rsidR="00BF37D9" w:rsidRDefault="00BF37D9" w:rsidP="00BF37D9">
            <w:pPr>
              <w:jc w:val="center"/>
            </w:pPr>
            <w:r>
              <w:t>11.06.2026</w:t>
            </w:r>
          </w:p>
        </w:tc>
      </w:tr>
    </w:tbl>
    <w:p w14:paraId="7A04E189" w14:textId="77777777" w:rsidR="005C48D3" w:rsidRDefault="005C48D3"/>
    <w:sectPr w:rsidR="005C48D3" w:rsidSect="00505372">
      <w:pgSz w:w="15840" w:h="12240" w:orient="landscape"/>
      <w:pgMar w:top="567" w:right="567" w:bottom="283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6446"/>
    <w:rsid w:val="00034616"/>
    <w:rsid w:val="0006063C"/>
    <w:rsid w:val="00073588"/>
    <w:rsid w:val="000E7510"/>
    <w:rsid w:val="001238B4"/>
    <w:rsid w:val="00134D91"/>
    <w:rsid w:val="0015074B"/>
    <w:rsid w:val="001C3013"/>
    <w:rsid w:val="00251283"/>
    <w:rsid w:val="0029639D"/>
    <w:rsid w:val="00326F90"/>
    <w:rsid w:val="003B5616"/>
    <w:rsid w:val="003B7678"/>
    <w:rsid w:val="003F5418"/>
    <w:rsid w:val="004237EF"/>
    <w:rsid w:val="00464C7F"/>
    <w:rsid w:val="00505372"/>
    <w:rsid w:val="00592540"/>
    <w:rsid w:val="005C48D3"/>
    <w:rsid w:val="00620119"/>
    <w:rsid w:val="00702BF4"/>
    <w:rsid w:val="00770A8D"/>
    <w:rsid w:val="008B2096"/>
    <w:rsid w:val="009122B5"/>
    <w:rsid w:val="00A12853"/>
    <w:rsid w:val="00A747C5"/>
    <w:rsid w:val="00A91224"/>
    <w:rsid w:val="00AA1D8D"/>
    <w:rsid w:val="00AA446A"/>
    <w:rsid w:val="00B47730"/>
    <w:rsid w:val="00B808C6"/>
    <w:rsid w:val="00BF37D9"/>
    <w:rsid w:val="00C4015F"/>
    <w:rsid w:val="00CB0664"/>
    <w:rsid w:val="00DC6C23"/>
    <w:rsid w:val="00F73E5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5C68884"/>
  <w14:defaultImageDpi w14:val="300"/>
  <w15:docId w15:val="{553FB062-D983-4B9F-920F-C9FAEF603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285</Words>
  <Characters>1626</Characters>
  <Application>Microsoft Office Word</Application>
  <DocSecurity>0</DocSecurity>
  <Lines>13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1908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anastasia11daminova@gmail.com</cp:lastModifiedBy>
  <cp:revision>4</cp:revision>
  <dcterms:created xsi:type="dcterms:W3CDTF">2026-08-07T03:30:00Z</dcterms:created>
  <dcterms:modified xsi:type="dcterms:W3CDTF">2026-08-07T03:54:00Z</dcterms:modified>
  <cp:category/>
</cp:coreProperties>
</file>