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FFEC8" w14:textId="77777777" w:rsidR="005C48D3" w:rsidRPr="00F73E55" w:rsidRDefault="00B808C6">
      <w:pPr>
        <w:rPr>
          <w:lang w:val="ru-RU"/>
        </w:rPr>
      </w:pPr>
      <w:r w:rsidRPr="00F73E55">
        <w:rPr>
          <w:lang w:val="ru-RU"/>
        </w:rPr>
        <w:t>Отчёт по результатам тестирования 'ООП'</w:t>
      </w:r>
    </w:p>
    <w:p w14:paraId="489E02B1" w14:textId="77777777" w:rsidR="005C48D3" w:rsidRPr="00F73E55" w:rsidRDefault="00B808C6">
      <w:pPr>
        <w:rPr>
          <w:lang w:val="ru-RU"/>
        </w:rPr>
      </w:pPr>
      <w:r w:rsidRPr="00F73E55">
        <w:rPr>
          <w:lang w:val="ru-RU"/>
        </w:rPr>
        <w:t>Анализ данных по дисциплинам</w:t>
      </w:r>
    </w:p>
    <w:tbl>
      <w:tblPr>
        <w:tblStyle w:val="aff0"/>
        <w:tblW w:w="5000" w:type="pct"/>
        <w:tblLook w:val="04A0" w:firstRow="1" w:lastRow="0" w:firstColumn="1" w:lastColumn="0" w:noHBand="0" w:noVBand="1"/>
      </w:tblPr>
      <w:tblGrid>
        <w:gridCol w:w="1041"/>
        <w:gridCol w:w="2643"/>
        <w:gridCol w:w="906"/>
        <w:gridCol w:w="674"/>
        <w:gridCol w:w="1273"/>
        <w:gridCol w:w="3921"/>
        <w:gridCol w:w="1546"/>
        <w:gridCol w:w="1408"/>
        <w:gridCol w:w="1284"/>
      </w:tblGrid>
      <w:tr w:rsidR="00F73E55" w14:paraId="612A44C8" w14:textId="77777777" w:rsidTr="00505372">
        <w:tc>
          <w:tcPr>
            <w:tcW w:w="354" w:type="pct"/>
            <w:vAlign w:val="center"/>
          </w:tcPr>
          <w:p w14:paraId="73BEE674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899" w:type="pct"/>
            <w:vAlign w:val="center"/>
          </w:tcPr>
          <w:p w14:paraId="7D9BF536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Профиль</w:t>
            </w:r>
          </w:p>
        </w:tc>
        <w:tc>
          <w:tcPr>
            <w:tcW w:w="308" w:type="pct"/>
            <w:vAlign w:val="center"/>
          </w:tcPr>
          <w:p w14:paraId="631B093C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Год набора</w:t>
            </w:r>
          </w:p>
        </w:tc>
        <w:tc>
          <w:tcPr>
            <w:tcW w:w="229" w:type="pct"/>
            <w:vAlign w:val="center"/>
          </w:tcPr>
          <w:p w14:paraId="1F3E1CF0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Курс</w:t>
            </w:r>
          </w:p>
        </w:tc>
        <w:tc>
          <w:tcPr>
            <w:tcW w:w="433" w:type="pct"/>
            <w:vAlign w:val="center"/>
          </w:tcPr>
          <w:p w14:paraId="2CE8EA5F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Группа</w:t>
            </w:r>
          </w:p>
        </w:tc>
        <w:tc>
          <w:tcPr>
            <w:tcW w:w="1334" w:type="pct"/>
            <w:vAlign w:val="center"/>
          </w:tcPr>
          <w:p w14:paraId="7E74076A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Дисциплина</w:t>
            </w:r>
          </w:p>
        </w:tc>
        <w:tc>
          <w:tcPr>
            <w:tcW w:w="526" w:type="pct"/>
            <w:vAlign w:val="center"/>
          </w:tcPr>
          <w:p w14:paraId="444D6398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Компетенции</w:t>
            </w:r>
          </w:p>
        </w:tc>
        <w:tc>
          <w:tcPr>
            <w:tcW w:w="479" w:type="pct"/>
            <w:vAlign w:val="center"/>
          </w:tcPr>
          <w:p w14:paraId="67F2A23F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Средний % по дисциплине</w:t>
            </w:r>
          </w:p>
        </w:tc>
        <w:tc>
          <w:tcPr>
            <w:tcW w:w="437" w:type="pct"/>
            <w:vAlign w:val="center"/>
          </w:tcPr>
          <w:p w14:paraId="62473788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Дата</w:t>
            </w:r>
          </w:p>
        </w:tc>
      </w:tr>
      <w:tr w:rsidR="00F73E55" w14:paraId="3B7BD506" w14:textId="77777777" w:rsidTr="00505372">
        <w:tc>
          <w:tcPr>
            <w:tcW w:w="354" w:type="pct"/>
            <w:vAlign w:val="center"/>
          </w:tcPr>
          <w:p w14:paraId="3B8B9252" w14:textId="77777777" w:rsidR="00F73E55" w:rsidRDefault="00F73E55" w:rsidP="00505372">
            <w:pPr>
              <w:jc w:val="center"/>
            </w:pPr>
            <w:r>
              <w:t>13.04.02</w:t>
            </w:r>
          </w:p>
        </w:tc>
        <w:tc>
          <w:tcPr>
            <w:tcW w:w="899" w:type="pct"/>
            <w:vAlign w:val="center"/>
          </w:tcPr>
          <w:p w14:paraId="74792875" w14:textId="77777777" w:rsidR="00F73E55" w:rsidRDefault="00F73E55" w:rsidP="00505372">
            <w:pPr>
              <w:jc w:val="center"/>
            </w:pPr>
            <w:r>
              <w:t>Электроэнергетические системы и сети</w:t>
            </w:r>
          </w:p>
        </w:tc>
        <w:tc>
          <w:tcPr>
            <w:tcW w:w="308" w:type="pct"/>
            <w:vAlign w:val="center"/>
          </w:tcPr>
          <w:p w14:paraId="67120B16" w14:textId="77777777" w:rsidR="00F73E55" w:rsidRDefault="00F73E55" w:rsidP="00505372">
            <w:pPr>
              <w:jc w:val="center"/>
            </w:pPr>
            <w:r>
              <w:t>2025</w:t>
            </w:r>
          </w:p>
        </w:tc>
        <w:tc>
          <w:tcPr>
            <w:tcW w:w="229" w:type="pct"/>
            <w:vAlign w:val="center"/>
          </w:tcPr>
          <w:p w14:paraId="3A402B20" w14:textId="77777777" w:rsidR="00F73E55" w:rsidRDefault="00F73E55" w:rsidP="00505372">
            <w:pPr>
              <w:jc w:val="center"/>
            </w:pPr>
            <w:r>
              <w:t>1</w:t>
            </w:r>
          </w:p>
        </w:tc>
        <w:tc>
          <w:tcPr>
            <w:tcW w:w="433" w:type="pct"/>
            <w:vAlign w:val="center"/>
          </w:tcPr>
          <w:p w14:paraId="4AC34630" w14:textId="77777777" w:rsidR="00F73E55" w:rsidRDefault="00F73E55" w:rsidP="00505372">
            <w:pPr>
              <w:jc w:val="center"/>
            </w:pPr>
            <w:r>
              <w:t>ЭСиСм-25</w:t>
            </w:r>
          </w:p>
        </w:tc>
        <w:tc>
          <w:tcPr>
            <w:tcW w:w="1334" w:type="pct"/>
            <w:vAlign w:val="center"/>
          </w:tcPr>
          <w:p w14:paraId="406877EE" w14:textId="7B93B6BA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Б1.О.02.01 Теория принятия решений</w:t>
            </w:r>
          </w:p>
        </w:tc>
        <w:tc>
          <w:tcPr>
            <w:tcW w:w="526" w:type="pct"/>
            <w:vAlign w:val="center"/>
          </w:tcPr>
          <w:p w14:paraId="02CDACCC" w14:textId="77777777" w:rsidR="00F73E55" w:rsidRDefault="00F73E55" w:rsidP="00505372">
            <w:pPr>
              <w:jc w:val="center"/>
            </w:pPr>
            <w:r>
              <w:t>УК-1</w:t>
            </w:r>
          </w:p>
        </w:tc>
        <w:tc>
          <w:tcPr>
            <w:tcW w:w="479" w:type="pct"/>
            <w:vAlign w:val="center"/>
          </w:tcPr>
          <w:p w14:paraId="276ABE97" w14:textId="77777777" w:rsidR="00F73E55" w:rsidRDefault="00F73E55" w:rsidP="00505372">
            <w:pPr>
              <w:jc w:val="center"/>
            </w:pPr>
            <w:r>
              <w:t>69.0%</w:t>
            </w:r>
          </w:p>
        </w:tc>
        <w:tc>
          <w:tcPr>
            <w:tcW w:w="437" w:type="pct"/>
            <w:vAlign w:val="center"/>
          </w:tcPr>
          <w:p w14:paraId="451E6E57" w14:textId="77777777" w:rsidR="00F73E55" w:rsidRDefault="00F73E55" w:rsidP="00505372">
            <w:pPr>
              <w:jc w:val="center"/>
            </w:pPr>
            <w:r>
              <w:t>15.05.2026</w:t>
            </w:r>
          </w:p>
        </w:tc>
      </w:tr>
    </w:tbl>
    <w:p w14:paraId="7A04E189" w14:textId="77777777" w:rsidR="005C48D3" w:rsidRDefault="005C48D3"/>
    <w:sectPr w:rsidR="005C48D3" w:rsidSect="00505372">
      <w:pgSz w:w="15840" w:h="12240" w:orient="landscape"/>
      <w:pgMar w:top="567" w:right="567" w:bottom="283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3588"/>
    <w:rsid w:val="000E7510"/>
    <w:rsid w:val="001238B4"/>
    <w:rsid w:val="00134D91"/>
    <w:rsid w:val="0015074B"/>
    <w:rsid w:val="001C3013"/>
    <w:rsid w:val="00251283"/>
    <w:rsid w:val="0029639D"/>
    <w:rsid w:val="00326F90"/>
    <w:rsid w:val="003B5616"/>
    <w:rsid w:val="004237EF"/>
    <w:rsid w:val="00464C7F"/>
    <w:rsid w:val="00505372"/>
    <w:rsid w:val="00592540"/>
    <w:rsid w:val="005C48D3"/>
    <w:rsid w:val="00620119"/>
    <w:rsid w:val="00702BF4"/>
    <w:rsid w:val="00770A8D"/>
    <w:rsid w:val="00851C8E"/>
    <w:rsid w:val="008B2096"/>
    <w:rsid w:val="009122B5"/>
    <w:rsid w:val="00A12853"/>
    <w:rsid w:val="00A747C5"/>
    <w:rsid w:val="00A91224"/>
    <w:rsid w:val="00AA1D8D"/>
    <w:rsid w:val="00AA446A"/>
    <w:rsid w:val="00B47730"/>
    <w:rsid w:val="00B808C6"/>
    <w:rsid w:val="00C4015F"/>
    <w:rsid w:val="00C84B78"/>
    <w:rsid w:val="00CB0664"/>
    <w:rsid w:val="00D76AAA"/>
    <w:rsid w:val="00DC6C23"/>
    <w:rsid w:val="00E15850"/>
    <w:rsid w:val="00EA020C"/>
    <w:rsid w:val="00F73E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68884"/>
  <w14:defaultImageDpi w14:val="300"/>
  <w15:docId w15:val="{553FB062-D983-4B9F-920F-C9FAEF60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4</cp:revision>
  <dcterms:created xsi:type="dcterms:W3CDTF">2026-08-07T03:54:00Z</dcterms:created>
  <dcterms:modified xsi:type="dcterms:W3CDTF">2026-08-07T03:56:00Z</dcterms:modified>
  <cp:category/>
</cp:coreProperties>
</file>