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9D6C6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Отчёт по результатам тестирования 'ООП'</w:t>
      </w:r>
    </w:p>
    <w:p w14:paraId="57E15CB8" w14:textId="77777777" w:rsidR="00EB31A2" w:rsidRPr="00506650" w:rsidRDefault="00C1529F">
      <w:pPr>
        <w:rPr>
          <w:lang w:val="ru-RU"/>
        </w:rPr>
      </w:pPr>
      <w:r w:rsidRPr="00506650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39"/>
        <w:gridCol w:w="2672"/>
        <w:gridCol w:w="902"/>
        <w:gridCol w:w="685"/>
        <w:gridCol w:w="1267"/>
        <w:gridCol w:w="3906"/>
        <w:gridCol w:w="1541"/>
        <w:gridCol w:w="1403"/>
        <w:gridCol w:w="1281"/>
      </w:tblGrid>
      <w:tr w:rsidR="00506650" w14:paraId="4D2E221D" w14:textId="77777777" w:rsidTr="00B14D8A">
        <w:tc>
          <w:tcPr>
            <w:tcW w:w="353" w:type="pct"/>
            <w:vAlign w:val="center"/>
          </w:tcPr>
          <w:p w14:paraId="084C5D1C" w14:textId="77777777" w:rsidR="00506650" w:rsidRDefault="00506650" w:rsidP="00506650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909" w:type="pct"/>
            <w:vAlign w:val="center"/>
          </w:tcPr>
          <w:p w14:paraId="749CB949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7" w:type="pct"/>
            <w:vAlign w:val="center"/>
          </w:tcPr>
          <w:p w14:paraId="3B7D159D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33" w:type="pct"/>
            <w:vAlign w:val="center"/>
          </w:tcPr>
          <w:p w14:paraId="48B2F7AF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1" w:type="pct"/>
            <w:vAlign w:val="center"/>
          </w:tcPr>
          <w:p w14:paraId="14D4D1A3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29" w:type="pct"/>
            <w:vAlign w:val="center"/>
          </w:tcPr>
          <w:p w14:paraId="437B249E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4" w:type="pct"/>
            <w:vAlign w:val="center"/>
          </w:tcPr>
          <w:p w14:paraId="6638A966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7" w:type="pct"/>
            <w:vAlign w:val="center"/>
          </w:tcPr>
          <w:p w14:paraId="26C78C64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6" w:type="pct"/>
            <w:vAlign w:val="center"/>
          </w:tcPr>
          <w:p w14:paraId="5061A61A" w14:textId="77777777" w:rsidR="00506650" w:rsidRDefault="00506650" w:rsidP="00506650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506650" w14:paraId="4B7A4991" w14:textId="77777777" w:rsidTr="00B14D8A">
        <w:tc>
          <w:tcPr>
            <w:tcW w:w="353" w:type="pct"/>
            <w:vAlign w:val="center"/>
          </w:tcPr>
          <w:p w14:paraId="4F330EC8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74CAFFB8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2AC139B8" w14:textId="77777777" w:rsidR="00506650" w:rsidRDefault="00506650" w:rsidP="00506650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51D015B2" w14:textId="77777777" w:rsidR="00506650" w:rsidRDefault="00506650" w:rsidP="00506650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36DD1CF0" w14:textId="77777777" w:rsidR="00506650" w:rsidRDefault="00506650" w:rsidP="00506650">
            <w:pPr>
              <w:jc w:val="center"/>
            </w:pPr>
            <w:r>
              <w:t>МЛ-24</w:t>
            </w:r>
          </w:p>
        </w:tc>
        <w:tc>
          <w:tcPr>
            <w:tcW w:w="1329" w:type="pct"/>
            <w:vAlign w:val="center"/>
          </w:tcPr>
          <w:p w14:paraId="5BAC03C5" w14:textId="422BDF79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Б1.О.02.03</w:t>
            </w:r>
            <w:r w:rsidR="00E43A65">
              <w:rPr>
                <w:lang w:val="ru-RU"/>
              </w:rPr>
              <w:t xml:space="preserve"> </w:t>
            </w:r>
            <w:r w:rsidRPr="00C1529F">
              <w:rPr>
                <w:lang w:val="ru-RU"/>
              </w:rPr>
              <w:t>Правоведение</w:t>
            </w:r>
          </w:p>
        </w:tc>
        <w:tc>
          <w:tcPr>
            <w:tcW w:w="524" w:type="pct"/>
            <w:vAlign w:val="center"/>
          </w:tcPr>
          <w:p w14:paraId="71197B93" w14:textId="63651683" w:rsidR="00506650" w:rsidRPr="00B14D8A" w:rsidRDefault="00506650" w:rsidP="00506650">
            <w:pPr>
              <w:jc w:val="center"/>
              <w:rPr>
                <w:lang w:val="ru-RU"/>
              </w:rPr>
            </w:pPr>
            <w:r>
              <w:t>УК-1, УК-2</w:t>
            </w:r>
            <w:r w:rsidR="00B14D8A">
              <w:rPr>
                <w:lang w:val="ru-RU"/>
              </w:rPr>
              <w:t>, УК-11</w:t>
            </w:r>
          </w:p>
        </w:tc>
        <w:tc>
          <w:tcPr>
            <w:tcW w:w="477" w:type="pct"/>
            <w:vAlign w:val="center"/>
          </w:tcPr>
          <w:p w14:paraId="79A69C87" w14:textId="77777777" w:rsidR="00506650" w:rsidRDefault="00506650" w:rsidP="00506650">
            <w:pPr>
              <w:jc w:val="center"/>
            </w:pPr>
            <w:r>
              <w:t>80.0%</w:t>
            </w:r>
          </w:p>
        </w:tc>
        <w:tc>
          <w:tcPr>
            <w:tcW w:w="436" w:type="pct"/>
            <w:vAlign w:val="center"/>
          </w:tcPr>
          <w:p w14:paraId="07CFD711" w14:textId="77777777" w:rsidR="00506650" w:rsidRDefault="00506650" w:rsidP="00506650">
            <w:pPr>
              <w:jc w:val="center"/>
            </w:pPr>
            <w:r>
              <w:t>14.05.2026</w:t>
            </w:r>
          </w:p>
        </w:tc>
      </w:tr>
      <w:tr w:rsidR="00506650" w14:paraId="36A01BA6" w14:textId="77777777" w:rsidTr="00B14D8A">
        <w:tc>
          <w:tcPr>
            <w:tcW w:w="353" w:type="pct"/>
            <w:vAlign w:val="center"/>
          </w:tcPr>
          <w:p w14:paraId="2D6527D4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1CB5B5ED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02110AA3" w14:textId="77777777" w:rsidR="00506650" w:rsidRDefault="00506650" w:rsidP="00506650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62D1B1E8" w14:textId="77777777" w:rsidR="00506650" w:rsidRDefault="00506650" w:rsidP="00506650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21A2EEF2" w14:textId="77777777" w:rsidR="00506650" w:rsidRDefault="00506650" w:rsidP="00506650">
            <w:pPr>
              <w:jc w:val="center"/>
            </w:pPr>
            <w:r>
              <w:t>МЛ-24</w:t>
            </w:r>
          </w:p>
        </w:tc>
        <w:tc>
          <w:tcPr>
            <w:tcW w:w="1329" w:type="pct"/>
            <w:vAlign w:val="center"/>
          </w:tcPr>
          <w:p w14:paraId="02B58658" w14:textId="603526B2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Б1.О.07.04 Элективные дисциплины по физической культуре и спорту</w:t>
            </w:r>
          </w:p>
        </w:tc>
        <w:tc>
          <w:tcPr>
            <w:tcW w:w="524" w:type="pct"/>
            <w:vAlign w:val="center"/>
          </w:tcPr>
          <w:p w14:paraId="08EF9BF0" w14:textId="77777777" w:rsidR="00506650" w:rsidRDefault="00506650" w:rsidP="00506650">
            <w:pPr>
              <w:jc w:val="center"/>
            </w:pPr>
            <w:r>
              <w:t>УК-7</w:t>
            </w:r>
          </w:p>
        </w:tc>
        <w:tc>
          <w:tcPr>
            <w:tcW w:w="477" w:type="pct"/>
            <w:vAlign w:val="center"/>
          </w:tcPr>
          <w:p w14:paraId="6B3E01FB" w14:textId="77777777" w:rsidR="00506650" w:rsidRDefault="00506650" w:rsidP="00506650">
            <w:pPr>
              <w:jc w:val="center"/>
            </w:pPr>
            <w:r>
              <w:t>69.0%</w:t>
            </w:r>
          </w:p>
        </w:tc>
        <w:tc>
          <w:tcPr>
            <w:tcW w:w="436" w:type="pct"/>
            <w:vAlign w:val="center"/>
          </w:tcPr>
          <w:p w14:paraId="44DEE911" w14:textId="77777777" w:rsidR="00506650" w:rsidRDefault="00506650" w:rsidP="00506650">
            <w:pPr>
              <w:jc w:val="center"/>
            </w:pPr>
            <w:r>
              <w:t>14.05.2026</w:t>
            </w:r>
          </w:p>
        </w:tc>
      </w:tr>
      <w:tr w:rsidR="00506650" w14:paraId="13A6AAB7" w14:textId="77777777" w:rsidTr="00B14D8A">
        <w:tc>
          <w:tcPr>
            <w:tcW w:w="353" w:type="pct"/>
            <w:vAlign w:val="center"/>
          </w:tcPr>
          <w:p w14:paraId="37518D6A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4EAAFABE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10621FB2" w14:textId="77777777" w:rsidR="00506650" w:rsidRDefault="00506650" w:rsidP="00506650">
            <w:pPr>
              <w:jc w:val="center"/>
            </w:pPr>
            <w:r>
              <w:t>2023</w:t>
            </w:r>
          </w:p>
        </w:tc>
        <w:tc>
          <w:tcPr>
            <w:tcW w:w="233" w:type="pct"/>
            <w:vAlign w:val="center"/>
          </w:tcPr>
          <w:p w14:paraId="1F66ACE2" w14:textId="77777777" w:rsidR="00506650" w:rsidRDefault="00506650" w:rsidP="00506650">
            <w:pPr>
              <w:jc w:val="center"/>
            </w:pPr>
            <w:r>
              <w:t>3</w:t>
            </w:r>
          </w:p>
        </w:tc>
        <w:tc>
          <w:tcPr>
            <w:tcW w:w="431" w:type="pct"/>
            <w:vAlign w:val="center"/>
          </w:tcPr>
          <w:p w14:paraId="41031CF0" w14:textId="77777777" w:rsidR="00506650" w:rsidRDefault="00506650" w:rsidP="00506650">
            <w:pPr>
              <w:jc w:val="center"/>
            </w:pPr>
            <w:r>
              <w:t>МЛ-23</w:t>
            </w:r>
          </w:p>
        </w:tc>
        <w:tc>
          <w:tcPr>
            <w:tcW w:w="1329" w:type="pct"/>
            <w:vAlign w:val="center"/>
          </w:tcPr>
          <w:p w14:paraId="2F79FDED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Б1.В.08 Практикум машиниста лесозаготовительной техники</w:t>
            </w:r>
          </w:p>
        </w:tc>
        <w:tc>
          <w:tcPr>
            <w:tcW w:w="524" w:type="pct"/>
            <w:vAlign w:val="center"/>
          </w:tcPr>
          <w:p w14:paraId="760F45A9" w14:textId="445F3DCE" w:rsidR="00506650" w:rsidRPr="00C1529F" w:rsidRDefault="00B14D8A" w:rsidP="00506650">
            <w:pPr>
              <w:jc w:val="center"/>
              <w:rPr>
                <w:lang w:val="ru-RU"/>
              </w:rPr>
            </w:pPr>
            <w:r w:rsidRPr="00B14D8A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B14D8A">
              <w:rPr>
                <w:lang w:val="ru-RU"/>
              </w:rPr>
              <w:t xml:space="preserve"> ПК-2</w:t>
            </w:r>
          </w:p>
        </w:tc>
        <w:tc>
          <w:tcPr>
            <w:tcW w:w="477" w:type="pct"/>
            <w:vAlign w:val="center"/>
          </w:tcPr>
          <w:p w14:paraId="42F0590F" w14:textId="77777777" w:rsidR="00506650" w:rsidRDefault="00506650" w:rsidP="00506650">
            <w:pPr>
              <w:jc w:val="center"/>
            </w:pPr>
            <w:r>
              <w:t>37.0%</w:t>
            </w:r>
          </w:p>
        </w:tc>
        <w:tc>
          <w:tcPr>
            <w:tcW w:w="436" w:type="pct"/>
            <w:vAlign w:val="center"/>
          </w:tcPr>
          <w:p w14:paraId="1995673F" w14:textId="77777777" w:rsidR="00506650" w:rsidRDefault="00506650" w:rsidP="00506650">
            <w:pPr>
              <w:jc w:val="center"/>
            </w:pPr>
            <w:r>
              <w:t>15.05.2026</w:t>
            </w:r>
          </w:p>
        </w:tc>
      </w:tr>
      <w:tr w:rsidR="00506650" w14:paraId="21378E71" w14:textId="77777777" w:rsidTr="00B14D8A">
        <w:tc>
          <w:tcPr>
            <w:tcW w:w="353" w:type="pct"/>
            <w:vAlign w:val="center"/>
          </w:tcPr>
          <w:p w14:paraId="7BEFE540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3D3ABFFC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11E40A94" w14:textId="77777777" w:rsidR="00506650" w:rsidRDefault="00506650" w:rsidP="00506650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7476960C" w14:textId="77777777" w:rsidR="00506650" w:rsidRDefault="00506650" w:rsidP="00506650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046732BD" w14:textId="77777777" w:rsidR="00506650" w:rsidRDefault="00506650" w:rsidP="00506650">
            <w:pPr>
              <w:jc w:val="center"/>
            </w:pPr>
            <w:r>
              <w:t>МЛ-24</w:t>
            </w:r>
          </w:p>
        </w:tc>
        <w:tc>
          <w:tcPr>
            <w:tcW w:w="1329" w:type="pct"/>
            <w:vAlign w:val="center"/>
          </w:tcPr>
          <w:p w14:paraId="06123130" w14:textId="77777777" w:rsidR="00506650" w:rsidRDefault="00506650" w:rsidP="00506650">
            <w:pPr>
              <w:jc w:val="center"/>
            </w:pPr>
            <w:r>
              <w:t xml:space="preserve">Б1.О.03.02 </w:t>
            </w:r>
            <w:proofErr w:type="spellStart"/>
            <w:r>
              <w:t>Финансовая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</w:p>
        </w:tc>
        <w:tc>
          <w:tcPr>
            <w:tcW w:w="524" w:type="pct"/>
            <w:vAlign w:val="center"/>
          </w:tcPr>
          <w:p w14:paraId="02F5BE95" w14:textId="54AE0D6C" w:rsidR="00506650" w:rsidRDefault="00B14D8A" w:rsidP="00506650">
            <w:pPr>
              <w:jc w:val="center"/>
            </w:pPr>
            <w:r w:rsidRPr="00B14D8A">
              <w:t>УК-10</w:t>
            </w:r>
            <w:r>
              <w:rPr>
                <w:lang w:val="ru-RU"/>
              </w:rPr>
              <w:t>,</w:t>
            </w:r>
            <w:r w:rsidRPr="00B14D8A">
              <w:t xml:space="preserve"> ОПК-3</w:t>
            </w:r>
          </w:p>
        </w:tc>
        <w:tc>
          <w:tcPr>
            <w:tcW w:w="477" w:type="pct"/>
            <w:vAlign w:val="center"/>
          </w:tcPr>
          <w:p w14:paraId="289CF9D3" w14:textId="77777777" w:rsidR="00506650" w:rsidRDefault="00506650" w:rsidP="00506650">
            <w:pPr>
              <w:jc w:val="center"/>
            </w:pPr>
            <w:r>
              <w:t>68.0%</w:t>
            </w:r>
          </w:p>
        </w:tc>
        <w:tc>
          <w:tcPr>
            <w:tcW w:w="436" w:type="pct"/>
            <w:vAlign w:val="center"/>
          </w:tcPr>
          <w:p w14:paraId="2928E720" w14:textId="77777777" w:rsidR="00506650" w:rsidRDefault="00506650" w:rsidP="00506650">
            <w:pPr>
              <w:jc w:val="center"/>
            </w:pPr>
            <w:r>
              <w:t>15.05.2026</w:t>
            </w:r>
          </w:p>
        </w:tc>
      </w:tr>
      <w:tr w:rsidR="00506650" w14:paraId="7431E137" w14:textId="77777777" w:rsidTr="00B14D8A">
        <w:tc>
          <w:tcPr>
            <w:tcW w:w="353" w:type="pct"/>
            <w:vAlign w:val="center"/>
          </w:tcPr>
          <w:p w14:paraId="6B605A64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6A78AA42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3228909A" w14:textId="77777777" w:rsidR="00506650" w:rsidRDefault="00506650" w:rsidP="00506650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594029A1" w14:textId="77777777" w:rsidR="00506650" w:rsidRDefault="00506650" w:rsidP="00506650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0D89DC7C" w14:textId="77777777" w:rsidR="00506650" w:rsidRDefault="00506650" w:rsidP="00506650">
            <w:pPr>
              <w:jc w:val="center"/>
            </w:pPr>
            <w:r>
              <w:t>МЛ-24</w:t>
            </w:r>
          </w:p>
        </w:tc>
        <w:tc>
          <w:tcPr>
            <w:tcW w:w="1329" w:type="pct"/>
            <w:vAlign w:val="center"/>
          </w:tcPr>
          <w:p w14:paraId="7CDC3019" w14:textId="721A729F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Б1.О.08.06 Теория механизмов и машин</w:t>
            </w:r>
          </w:p>
        </w:tc>
        <w:tc>
          <w:tcPr>
            <w:tcW w:w="524" w:type="pct"/>
            <w:vAlign w:val="center"/>
          </w:tcPr>
          <w:p w14:paraId="262E31FC" w14:textId="77777777" w:rsidR="00506650" w:rsidRDefault="00506650" w:rsidP="00506650">
            <w:pPr>
              <w:jc w:val="center"/>
            </w:pPr>
            <w:r>
              <w:t>ОПК-1, ОПК-5</w:t>
            </w:r>
          </w:p>
        </w:tc>
        <w:tc>
          <w:tcPr>
            <w:tcW w:w="477" w:type="pct"/>
            <w:vAlign w:val="center"/>
          </w:tcPr>
          <w:p w14:paraId="5540509C" w14:textId="77777777" w:rsidR="00506650" w:rsidRDefault="00506650" w:rsidP="00506650">
            <w:pPr>
              <w:jc w:val="center"/>
            </w:pPr>
            <w:r>
              <w:t>81.0%</w:t>
            </w:r>
          </w:p>
        </w:tc>
        <w:tc>
          <w:tcPr>
            <w:tcW w:w="436" w:type="pct"/>
            <w:vAlign w:val="center"/>
          </w:tcPr>
          <w:p w14:paraId="1F615621" w14:textId="77777777" w:rsidR="00506650" w:rsidRDefault="00506650" w:rsidP="00506650">
            <w:pPr>
              <w:jc w:val="center"/>
            </w:pPr>
            <w:r>
              <w:t>30.05.2026</w:t>
            </w:r>
          </w:p>
        </w:tc>
      </w:tr>
      <w:tr w:rsidR="00506650" w14:paraId="3A4959BD" w14:textId="77777777" w:rsidTr="00B14D8A">
        <w:tc>
          <w:tcPr>
            <w:tcW w:w="353" w:type="pct"/>
            <w:vAlign w:val="center"/>
          </w:tcPr>
          <w:p w14:paraId="3899E1C8" w14:textId="77777777" w:rsidR="00506650" w:rsidRDefault="00506650" w:rsidP="00506650">
            <w:pPr>
              <w:jc w:val="center"/>
            </w:pPr>
            <w:r>
              <w:t>15.03.02</w:t>
            </w:r>
          </w:p>
        </w:tc>
        <w:tc>
          <w:tcPr>
            <w:tcW w:w="909" w:type="pct"/>
            <w:vAlign w:val="center"/>
          </w:tcPr>
          <w:p w14:paraId="02779797" w14:textId="77777777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Машины и оборудование лесного комплекса</w:t>
            </w:r>
          </w:p>
        </w:tc>
        <w:tc>
          <w:tcPr>
            <w:tcW w:w="307" w:type="pct"/>
            <w:vAlign w:val="center"/>
          </w:tcPr>
          <w:p w14:paraId="40FF3ED7" w14:textId="77777777" w:rsidR="00506650" w:rsidRDefault="00506650" w:rsidP="00506650">
            <w:pPr>
              <w:jc w:val="center"/>
            </w:pPr>
            <w:r>
              <w:t>2024</w:t>
            </w:r>
          </w:p>
        </w:tc>
        <w:tc>
          <w:tcPr>
            <w:tcW w:w="233" w:type="pct"/>
            <w:vAlign w:val="center"/>
          </w:tcPr>
          <w:p w14:paraId="1B1AA6C9" w14:textId="77777777" w:rsidR="00506650" w:rsidRDefault="00506650" w:rsidP="00506650">
            <w:pPr>
              <w:jc w:val="center"/>
            </w:pPr>
            <w:r>
              <w:t>2</w:t>
            </w:r>
          </w:p>
        </w:tc>
        <w:tc>
          <w:tcPr>
            <w:tcW w:w="431" w:type="pct"/>
            <w:vAlign w:val="center"/>
          </w:tcPr>
          <w:p w14:paraId="687D2DFB" w14:textId="77777777" w:rsidR="00506650" w:rsidRDefault="00506650" w:rsidP="00506650">
            <w:pPr>
              <w:jc w:val="center"/>
            </w:pPr>
            <w:r>
              <w:t>МЛ-24</w:t>
            </w:r>
          </w:p>
        </w:tc>
        <w:tc>
          <w:tcPr>
            <w:tcW w:w="1329" w:type="pct"/>
            <w:vAlign w:val="center"/>
          </w:tcPr>
          <w:p w14:paraId="2559E288" w14:textId="49DEEFFA" w:rsidR="00506650" w:rsidRPr="00C1529F" w:rsidRDefault="00506650" w:rsidP="00506650">
            <w:pPr>
              <w:jc w:val="center"/>
              <w:rPr>
                <w:lang w:val="ru-RU"/>
              </w:rPr>
            </w:pPr>
            <w:r w:rsidRPr="00C1529F">
              <w:rPr>
                <w:lang w:val="ru-RU"/>
              </w:rPr>
              <w:t>Б1.0.08.05 Технология конструкционных материалов</w:t>
            </w:r>
          </w:p>
        </w:tc>
        <w:tc>
          <w:tcPr>
            <w:tcW w:w="524" w:type="pct"/>
            <w:vAlign w:val="center"/>
          </w:tcPr>
          <w:p w14:paraId="045447E9" w14:textId="5E76B304" w:rsidR="00506650" w:rsidRPr="00B14D8A" w:rsidRDefault="00506650" w:rsidP="00506650">
            <w:pPr>
              <w:jc w:val="center"/>
              <w:rPr>
                <w:lang w:val="ru-RU"/>
              </w:rPr>
            </w:pPr>
            <w:r>
              <w:t>УК-2, ОПК-5</w:t>
            </w:r>
            <w:r w:rsidR="00B14D8A">
              <w:rPr>
                <w:lang w:val="ru-RU"/>
              </w:rPr>
              <w:t xml:space="preserve">, </w:t>
            </w:r>
            <w:r w:rsidR="00B14D8A" w:rsidRPr="00C1529F">
              <w:rPr>
                <w:lang w:val="ru-RU"/>
              </w:rPr>
              <w:t>ОПК-12</w:t>
            </w:r>
          </w:p>
        </w:tc>
        <w:tc>
          <w:tcPr>
            <w:tcW w:w="477" w:type="pct"/>
            <w:vAlign w:val="center"/>
          </w:tcPr>
          <w:p w14:paraId="30577A94" w14:textId="77777777" w:rsidR="00506650" w:rsidRDefault="00506650" w:rsidP="00506650">
            <w:pPr>
              <w:jc w:val="center"/>
            </w:pPr>
            <w:r>
              <w:t>71.0%</w:t>
            </w:r>
          </w:p>
        </w:tc>
        <w:tc>
          <w:tcPr>
            <w:tcW w:w="436" w:type="pct"/>
            <w:vAlign w:val="center"/>
          </w:tcPr>
          <w:p w14:paraId="27065DCD" w14:textId="77777777" w:rsidR="00506650" w:rsidRDefault="00506650" w:rsidP="00506650">
            <w:pPr>
              <w:jc w:val="center"/>
            </w:pPr>
            <w:r>
              <w:t>30.05.2026</w:t>
            </w:r>
          </w:p>
        </w:tc>
      </w:tr>
    </w:tbl>
    <w:p w14:paraId="02732C6C" w14:textId="77777777" w:rsidR="00EB31A2" w:rsidRDefault="00EB31A2"/>
    <w:sectPr w:rsidR="00EB31A2" w:rsidSect="00506650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0DBC"/>
    <w:rsid w:val="00326F90"/>
    <w:rsid w:val="00506650"/>
    <w:rsid w:val="007930ED"/>
    <w:rsid w:val="00AA1D8D"/>
    <w:rsid w:val="00B14D8A"/>
    <w:rsid w:val="00B47730"/>
    <w:rsid w:val="00C1529F"/>
    <w:rsid w:val="00CB0664"/>
    <w:rsid w:val="00E43A65"/>
    <w:rsid w:val="00EB31A2"/>
    <w:rsid w:val="00F634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6236A"/>
  <w14:defaultImageDpi w14:val="300"/>
  <w15:docId w15:val="{C6D283CC-52D1-413E-89AC-F64494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2026-08-06T09:03:00Z</dcterms:created>
  <dcterms:modified xsi:type="dcterms:W3CDTF">2026-08-06T09:09:00Z</dcterms:modified>
  <cp:category/>
</cp:coreProperties>
</file>