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ABAC" w14:textId="77777777" w:rsidR="00203864" w:rsidRPr="002B37AD" w:rsidRDefault="00834AD1">
      <w:pPr>
        <w:rPr>
          <w:lang w:val="ru-RU"/>
        </w:rPr>
      </w:pPr>
      <w:r w:rsidRPr="002B37AD">
        <w:rPr>
          <w:lang w:val="ru-RU"/>
        </w:rPr>
        <w:t>Отчёт по результатам дисциплин 'ООП'</w:t>
      </w:r>
    </w:p>
    <w:p w14:paraId="3BC3B0F0" w14:textId="690F83E4" w:rsidR="00203864" w:rsidRDefault="00834AD1">
      <w:pPr>
        <w:rPr>
          <w:lang w:val="ru-RU"/>
        </w:rPr>
      </w:pPr>
      <w:r w:rsidRPr="002B37A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01"/>
        <w:gridCol w:w="941"/>
        <w:gridCol w:w="729"/>
        <w:gridCol w:w="1080"/>
        <w:gridCol w:w="1557"/>
        <w:gridCol w:w="1307"/>
        <w:gridCol w:w="2097"/>
      </w:tblGrid>
      <w:tr w:rsidR="009B3AA7" w14:paraId="7C299FA9" w14:textId="77777777" w:rsidTr="00A570CD">
        <w:tc>
          <w:tcPr>
            <w:tcW w:w="1073" w:type="dxa"/>
          </w:tcPr>
          <w:p w14:paraId="2607DCDD" w14:textId="77777777" w:rsidR="009B3AA7" w:rsidRDefault="009B3AA7" w:rsidP="00A81103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</w:tcPr>
          <w:p w14:paraId="16B0D5D1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9" w:type="dxa"/>
          </w:tcPr>
          <w:p w14:paraId="19076A00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40" w:type="dxa"/>
          </w:tcPr>
          <w:p w14:paraId="4C7A48E2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6" w:type="dxa"/>
          </w:tcPr>
          <w:p w14:paraId="0A4AD980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63" w:type="dxa"/>
          </w:tcPr>
          <w:p w14:paraId="7486BD57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</w:tcPr>
          <w:p w14:paraId="701ABB7F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</w:tcPr>
          <w:p w14:paraId="4C97F1F2" w14:textId="77777777" w:rsidR="009B3AA7" w:rsidRDefault="009B3AA7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9B3AA7" w14:paraId="57BDF636" w14:textId="77777777" w:rsidTr="002B37AD">
        <w:tc>
          <w:tcPr>
            <w:tcW w:w="1073" w:type="dxa"/>
            <w:vAlign w:val="center"/>
          </w:tcPr>
          <w:p w14:paraId="63DF12EC" w14:textId="77777777" w:rsidR="009B3AA7" w:rsidRDefault="009B3AA7" w:rsidP="002B37AD">
            <w:pPr>
              <w:jc w:val="center"/>
            </w:pPr>
            <w:r>
              <w:t>15.03.02</w:t>
            </w:r>
          </w:p>
        </w:tc>
        <w:tc>
          <w:tcPr>
            <w:tcW w:w="2789" w:type="dxa"/>
            <w:vAlign w:val="center"/>
          </w:tcPr>
          <w:p w14:paraId="7FE5E3BD" w14:textId="77777777" w:rsidR="009B3AA7" w:rsidRPr="002B37AD" w:rsidRDefault="009B3AA7" w:rsidP="002B37AD">
            <w:pPr>
              <w:jc w:val="center"/>
              <w:rPr>
                <w:lang w:val="ru-RU"/>
              </w:rPr>
            </w:pPr>
            <w:r w:rsidRPr="002B37AD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949" w:type="dxa"/>
            <w:vAlign w:val="center"/>
          </w:tcPr>
          <w:p w14:paraId="315EBB1A" w14:textId="77777777" w:rsidR="009B3AA7" w:rsidRDefault="009B3AA7" w:rsidP="002B37AD">
            <w:pPr>
              <w:jc w:val="center"/>
            </w:pPr>
            <w:r>
              <w:t>2023</w:t>
            </w:r>
          </w:p>
        </w:tc>
        <w:tc>
          <w:tcPr>
            <w:tcW w:w="740" w:type="dxa"/>
            <w:vAlign w:val="center"/>
          </w:tcPr>
          <w:p w14:paraId="1A3CAE96" w14:textId="77777777" w:rsidR="009B3AA7" w:rsidRDefault="009B3AA7" w:rsidP="002B37AD">
            <w:pPr>
              <w:jc w:val="center"/>
            </w:pPr>
            <w:r>
              <w:t>3</w:t>
            </w:r>
          </w:p>
        </w:tc>
        <w:tc>
          <w:tcPr>
            <w:tcW w:w="1086" w:type="dxa"/>
            <w:vAlign w:val="center"/>
          </w:tcPr>
          <w:p w14:paraId="250277AD" w14:textId="77777777" w:rsidR="009B3AA7" w:rsidRDefault="009B3AA7" w:rsidP="002B37AD">
            <w:pPr>
              <w:jc w:val="center"/>
            </w:pPr>
            <w:r>
              <w:t>37.0%</w:t>
            </w:r>
          </w:p>
        </w:tc>
        <w:tc>
          <w:tcPr>
            <w:tcW w:w="1563" w:type="dxa"/>
            <w:vAlign w:val="center"/>
          </w:tcPr>
          <w:p w14:paraId="6AB5F0C0" w14:textId="77777777" w:rsidR="009B3AA7" w:rsidRDefault="009B3AA7" w:rsidP="002B37AD">
            <w:pPr>
              <w:jc w:val="center"/>
            </w:pPr>
            <w:r w:rsidRPr="00B14D8A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B14D8A">
              <w:rPr>
                <w:lang w:val="ru-RU"/>
              </w:rPr>
              <w:t xml:space="preserve"> ПК-2</w:t>
            </w:r>
          </w:p>
        </w:tc>
        <w:tc>
          <w:tcPr>
            <w:tcW w:w="1309" w:type="dxa"/>
            <w:vAlign w:val="center"/>
          </w:tcPr>
          <w:p w14:paraId="60E1EBD6" w14:textId="77777777" w:rsidR="009B3AA7" w:rsidRDefault="009B3AA7" w:rsidP="002B37AD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562154C5" w14:textId="77777777" w:rsidR="009B3AA7" w:rsidRDefault="009B3AA7" w:rsidP="002B37AD">
            <w:pPr>
              <w:jc w:val="center"/>
            </w:pPr>
            <w:proofErr w:type="spellStart"/>
            <w:r>
              <w:t>Низкий</w:t>
            </w:r>
            <w:proofErr w:type="spellEnd"/>
          </w:p>
        </w:tc>
      </w:tr>
      <w:tr w:rsidR="009B3AA7" w14:paraId="783F2FB0" w14:textId="77777777" w:rsidTr="002B37AD">
        <w:tc>
          <w:tcPr>
            <w:tcW w:w="1073" w:type="dxa"/>
            <w:vAlign w:val="center"/>
          </w:tcPr>
          <w:p w14:paraId="2D9B5DFE" w14:textId="77777777" w:rsidR="009B3AA7" w:rsidRDefault="009B3AA7" w:rsidP="002B37AD">
            <w:pPr>
              <w:jc w:val="center"/>
            </w:pPr>
            <w:r>
              <w:t>15.03.02</w:t>
            </w:r>
          </w:p>
        </w:tc>
        <w:tc>
          <w:tcPr>
            <w:tcW w:w="2789" w:type="dxa"/>
            <w:vAlign w:val="center"/>
          </w:tcPr>
          <w:p w14:paraId="3C71B416" w14:textId="77777777" w:rsidR="009B3AA7" w:rsidRPr="002B37AD" w:rsidRDefault="009B3AA7" w:rsidP="002B37AD">
            <w:pPr>
              <w:jc w:val="center"/>
              <w:rPr>
                <w:lang w:val="ru-RU"/>
              </w:rPr>
            </w:pPr>
            <w:r w:rsidRPr="002B37AD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949" w:type="dxa"/>
            <w:vAlign w:val="center"/>
          </w:tcPr>
          <w:p w14:paraId="71168F86" w14:textId="77777777" w:rsidR="009B3AA7" w:rsidRDefault="009B3AA7" w:rsidP="002B37AD">
            <w:pPr>
              <w:jc w:val="center"/>
            </w:pPr>
            <w:r>
              <w:t>2024</w:t>
            </w:r>
          </w:p>
        </w:tc>
        <w:tc>
          <w:tcPr>
            <w:tcW w:w="740" w:type="dxa"/>
            <w:vAlign w:val="center"/>
          </w:tcPr>
          <w:p w14:paraId="098CF83A" w14:textId="77777777" w:rsidR="009B3AA7" w:rsidRDefault="009B3AA7" w:rsidP="002B37AD">
            <w:pPr>
              <w:jc w:val="center"/>
            </w:pPr>
            <w:r>
              <w:t>2</w:t>
            </w:r>
          </w:p>
        </w:tc>
        <w:tc>
          <w:tcPr>
            <w:tcW w:w="1086" w:type="dxa"/>
            <w:vAlign w:val="center"/>
          </w:tcPr>
          <w:p w14:paraId="001B75F5" w14:textId="77777777" w:rsidR="009B3AA7" w:rsidRDefault="009B3AA7" w:rsidP="002B37AD">
            <w:pPr>
              <w:jc w:val="center"/>
            </w:pPr>
            <w:r>
              <w:t>73.8%</w:t>
            </w:r>
          </w:p>
        </w:tc>
        <w:tc>
          <w:tcPr>
            <w:tcW w:w="1563" w:type="dxa"/>
            <w:vAlign w:val="center"/>
          </w:tcPr>
          <w:p w14:paraId="3888E3EA" w14:textId="77777777" w:rsidR="009B3AA7" w:rsidRPr="009B3AA7" w:rsidRDefault="009B3AA7" w:rsidP="002B37AD">
            <w:pPr>
              <w:jc w:val="center"/>
              <w:rPr>
                <w:lang w:val="ru-RU"/>
              </w:rPr>
            </w:pPr>
            <w:r w:rsidRPr="002B37AD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2B37AD">
              <w:rPr>
                <w:lang w:val="ru-RU"/>
              </w:rPr>
              <w:t xml:space="preserve"> УК-2</w:t>
            </w:r>
            <w:r>
              <w:rPr>
                <w:lang w:val="ru-RU"/>
              </w:rPr>
              <w:t>,</w:t>
            </w:r>
            <w:r w:rsidRPr="002B37AD">
              <w:rPr>
                <w:lang w:val="ru-RU"/>
              </w:rPr>
              <w:t xml:space="preserve"> УК-7</w:t>
            </w:r>
            <w:r>
              <w:rPr>
                <w:lang w:val="ru-RU"/>
              </w:rPr>
              <w:t>,</w:t>
            </w:r>
            <w:r w:rsidRPr="009B3AA7">
              <w:rPr>
                <w:lang w:val="ru-RU"/>
              </w:rPr>
              <w:t xml:space="preserve"> УК-10</w:t>
            </w:r>
            <w:r>
              <w:rPr>
                <w:lang w:val="ru-RU"/>
              </w:rPr>
              <w:t>,</w:t>
            </w:r>
            <w:r w:rsidRPr="009B3AA7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УК-11, </w:t>
            </w:r>
            <w:r w:rsidRPr="002B37AD">
              <w:rPr>
                <w:lang w:val="ru-RU"/>
              </w:rPr>
              <w:t>ОПК-1</w:t>
            </w:r>
            <w:r>
              <w:rPr>
                <w:lang w:val="ru-RU"/>
              </w:rPr>
              <w:t>,</w:t>
            </w:r>
            <w:r w:rsidRPr="002B37AD">
              <w:rPr>
                <w:lang w:val="ru-RU"/>
              </w:rPr>
              <w:t xml:space="preserve"> </w:t>
            </w:r>
            <w:r w:rsidRPr="009B3AA7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Pr="002B37AD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 ОПК-12</w:t>
            </w:r>
          </w:p>
        </w:tc>
        <w:tc>
          <w:tcPr>
            <w:tcW w:w="1309" w:type="dxa"/>
            <w:vAlign w:val="center"/>
          </w:tcPr>
          <w:p w14:paraId="769C4C6A" w14:textId="77777777" w:rsidR="009B3AA7" w:rsidRDefault="009B3AA7" w:rsidP="002B37AD">
            <w:pPr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14:paraId="652C86E0" w14:textId="77777777" w:rsidR="009B3AA7" w:rsidRDefault="009B3AA7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6C80F323" w14:textId="77777777" w:rsidR="00834AD1" w:rsidRDefault="00834AD1"/>
    <w:sectPr w:rsidR="00834AD1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864"/>
    <w:rsid w:val="0029639D"/>
    <w:rsid w:val="002B37AD"/>
    <w:rsid w:val="00326F90"/>
    <w:rsid w:val="003A38EF"/>
    <w:rsid w:val="00834AD1"/>
    <w:rsid w:val="009B3AA7"/>
    <w:rsid w:val="00A570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7D131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2</cp:revision>
  <dcterms:created xsi:type="dcterms:W3CDTF">2026-08-06T09:11:00Z</dcterms:created>
  <dcterms:modified xsi:type="dcterms:W3CDTF">2026-08-06T09:11:00Z</dcterms:modified>
  <cp:category/>
</cp:coreProperties>
</file>