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4D06E6CF" w14:textId="77777777" w:rsidTr="00505372">
        <w:tc>
          <w:tcPr>
            <w:tcW w:w="354" w:type="pct"/>
            <w:vAlign w:val="center"/>
          </w:tcPr>
          <w:p w14:paraId="788690F6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5D741A16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4A19AD69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561E72CE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6927249F" w14:textId="40E69A73" w:rsidR="00F73E55" w:rsidRDefault="00F73E55" w:rsidP="00505372">
            <w:pPr>
              <w:jc w:val="center"/>
            </w:pPr>
            <w:r>
              <w:t>ТМ-22</w:t>
            </w:r>
          </w:p>
        </w:tc>
        <w:tc>
          <w:tcPr>
            <w:tcW w:w="1334" w:type="pct"/>
            <w:vAlign w:val="center"/>
          </w:tcPr>
          <w:p w14:paraId="1DB4D529" w14:textId="6D4E36F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Б1.В.01.03</w:t>
            </w:r>
            <w:r w:rsidR="002826B6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 xml:space="preserve">Автоматизация машиностроительных производств </w:t>
            </w:r>
          </w:p>
        </w:tc>
        <w:tc>
          <w:tcPr>
            <w:tcW w:w="526" w:type="pct"/>
            <w:vAlign w:val="center"/>
          </w:tcPr>
          <w:p w14:paraId="3D6240DD" w14:textId="77777777" w:rsidR="00F73E55" w:rsidRDefault="00F73E55" w:rsidP="00505372">
            <w:pPr>
              <w:jc w:val="center"/>
            </w:pPr>
            <w:r>
              <w:t>ПК-5</w:t>
            </w:r>
          </w:p>
        </w:tc>
        <w:tc>
          <w:tcPr>
            <w:tcW w:w="479" w:type="pct"/>
            <w:vAlign w:val="center"/>
          </w:tcPr>
          <w:p w14:paraId="7D5F363F" w14:textId="77777777" w:rsidR="00F73E55" w:rsidRDefault="00F73E55" w:rsidP="00505372">
            <w:pPr>
              <w:jc w:val="center"/>
            </w:pPr>
            <w:r>
              <w:t>86.0%</w:t>
            </w:r>
          </w:p>
        </w:tc>
        <w:tc>
          <w:tcPr>
            <w:tcW w:w="437" w:type="pct"/>
            <w:vAlign w:val="center"/>
          </w:tcPr>
          <w:p w14:paraId="48B11888" w14:textId="77777777" w:rsidR="00F73E55" w:rsidRDefault="00F73E55" w:rsidP="00505372">
            <w:pPr>
              <w:jc w:val="center"/>
            </w:pPr>
            <w:r>
              <w:t>30.04.2026</w:t>
            </w:r>
          </w:p>
        </w:tc>
      </w:tr>
      <w:tr w:rsidR="00F73E55" w14:paraId="187E25A9" w14:textId="77777777" w:rsidTr="00505372">
        <w:tc>
          <w:tcPr>
            <w:tcW w:w="354" w:type="pct"/>
            <w:vAlign w:val="center"/>
          </w:tcPr>
          <w:p w14:paraId="1CD15F07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2737627E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12CA322D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71F396E0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28F007DD" w14:textId="77777777" w:rsidR="00F73E55" w:rsidRDefault="00F73E55" w:rsidP="00505372">
            <w:pPr>
              <w:jc w:val="center"/>
            </w:pPr>
            <w:r>
              <w:t>ТМ-25</w:t>
            </w:r>
          </w:p>
        </w:tc>
        <w:tc>
          <w:tcPr>
            <w:tcW w:w="1334" w:type="pct"/>
            <w:vAlign w:val="center"/>
          </w:tcPr>
          <w:p w14:paraId="1B6A5FC3" w14:textId="6C9E822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Б1.О.09.09  Введение в профессиональную карьеру</w:t>
            </w:r>
          </w:p>
        </w:tc>
        <w:tc>
          <w:tcPr>
            <w:tcW w:w="526" w:type="pct"/>
            <w:vAlign w:val="center"/>
          </w:tcPr>
          <w:p w14:paraId="5AE87156" w14:textId="77777777" w:rsidR="00F73E55" w:rsidRDefault="00F73E55" w:rsidP="00505372">
            <w:pPr>
              <w:jc w:val="center"/>
            </w:pPr>
            <w:r>
              <w:t>УК-1, УК-2, ОПК-8</w:t>
            </w:r>
          </w:p>
        </w:tc>
        <w:tc>
          <w:tcPr>
            <w:tcW w:w="479" w:type="pct"/>
            <w:vAlign w:val="center"/>
          </w:tcPr>
          <w:p w14:paraId="2250E49C" w14:textId="77777777" w:rsidR="00F73E55" w:rsidRDefault="00F73E55" w:rsidP="00505372">
            <w:pPr>
              <w:jc w:val="center"/>
            </w:pPr>
            <w:r>
              <w:t>63.0%</w:t>
            </w:r>
          </w:p>
        </w:tc>
        <w:tc>
          <w:tcPr>
            <w:tcW w:w="437" w:type="pct"/>
            <w:vAlign w:val="center"/>
          </w:tcPr>
          <w:p w14:paraId="145EEB86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6F495E1E" w14:textId="77777777" w:rsidTr="00505372">
        <w:tc>
          <w:tcPr>
            <w:tcW w:w="354" w:type="pct"/>
            <w:vAlign w:val="center"/>
          </w:tcPr>
          <w:p w14:paraId="3A777DCA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15218D78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433CFB54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5828AFA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C1A5AE8" w14:textId="77777777" w:rsidR="00F73E55" w:rsidRDefault="00F73E55" w:rsidP="00505372">
            <w:pPr>
              <w:jc w:val="center"/>
            </w:pPr>
            <w:r>
              <w:t>ТМ-23</w:t>
            </w:r>
          </w:p>
        </w:tc>
        <w:tc>
          <w:tcPr>
            <w:tcW w:w="1334" w:type="pct"/>
            <w:vAlign w:val="center"/>
          </w:tcPr>
          <w:p w14:paraId="2A1E5810" w14:textId="3ACB16F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Б1.В.01.07 Контроль в технологических процессах</w:t>
            </w:r>
            <w:r w:rsidR="002826B6">
              <w:rPr>
                <w:lang w:val="ru-RU"/>
              </w:rPr>
              <w:t xml:space="preserve"> </w:t>
            </w:r>
          </w:p>
        </w:tc>
        <w:tc>
          <w:tcPr>
            <w:tcW w:w="526" w:type="pct"/>
            <w:vAlign w:val="center"/>
          </w:tcPr>
          <w:p w14:paraId="69253939" w14:textId="77777777" w:rsidR="00F73E55" w:rsidRDefault="00F73E55" w:rsidP="00505372">
            <w:pPr>
              <w:jc w:val="center"/>
            </w:pPr>
            <w:r>
              <w:t>ПК-3, ПК-4</w:t>
            </w:r>
          </w:p>
        </w:tc>
        <w:tc>
          <w:tcPr>
            <w:tcW w:w="479" w:type="pct"/>
            <w:vAlign w:val="center"/>
          </w:tcPr>
          <w:p w14:paraId="541130A0" w14:textId="77777777" w:rsidR="00F73E55" w:rsidRDefault="00F73E55" w:rsidP="00505372">
            <w:pPr>
              <w:jc w:val="center"/>
            </w:pPr>
            <w:r>
              <w:t>52.0%</w:t>
            </w:r>
          </w:p>
        </w:tc>
        <w:tc>
          <w:tcPr>
            <w:tcW w:w="437" w:type="pct"/>
            <w:vAlign w:val="center"/>
          </w:tcPr>
          <w:p w14:paraId="328339B3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50C74F38" w14:textId="77777777" w:rsidTr="00505372">
        <w:tc>
          <w:tcPr>
            <w:tcW w:w="354" w:type="pct"/>
            <w:vAlign w:val="center"/>
          </w:tcPr>
          <w:p w14:paraId="433AEA27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4635B415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154A6246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61A8C655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2CD9FD8" w14:textId="77777777" w:rsidR="00F73E55" w:rsidRDefault="00F73E55" w:rsidP="00505372">
            <w:pPr>
              <w:jc w:val="center"/>
            </w:pPr>
            <w:r>
              <w:t>ТМ-23</w:t>
            </w:r>
          </w:p>
        </w:tc>
        <w:tc>
          <w:tcPr>
            <w:tcW w:w="1334" w:type="pct"/>
            <w:vAlign w:val="center"/>
          </w:tcPr>
          <w:p w14:paraId="4579E9B3" w14:textId="1C3D3B4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Б1.О.09.05 Резание материалов и режущий инструмент</w:t>
            </w:r>
          </w:p>
        </w:tc>
        <w:tc>
          <w:tcPr>
            <w:tcW w:w="526" w:type="pct"/>
            <w:vAlign w:val="center"/>
          </w:tcPr>
          <w:p w14:paraId="710755C3" w14:textId="77777777" w:rsidR="00F73E55" w:rsidRDefault="00F73E55" w:rsidP="00505372">
            <w:pPr>
              <w:jc w:val="center"/>
            </w:pPr>
            <w:r>
              <w:t>ОПК-5, ОПК-8</w:t>
            </w:r>
          </w:p>
        </w:tc>
        <w:tc>
          <w:tcPr>
            <w:tcW w:w="479" w:type="pct"/>
            <w:vAlign w:val="center"/>
          </w:tcPr>
          <w:p w14:paraId="4171FC98" w14:textId="77777777" w:rsidR="00F73E55" w:rsidRDefault="00F73E55" w:rsidP="00505372">
            <w:pPr>
              <w:jc w:val="center"/>
            </w:pPr>
            <w:r>
              <w:t>69.0%</w:t>
            </w:r>
          </w:p>
        </w:tc>
        <w:tc>
          <w:tcPr>
            <w:tcW w:w="437" w:type="pct"/>
            <w:vAlign w:val="center"/>
          </w:tcPr>
          <w:p w14:paraId="4CF43CA4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2C06FF8D" w14:textId="77777777" w:rsidTr="00505372">
        <w:tc>
          <w:tcPr>
            <w:tcW w:w="354" w:type="pct"/>
            <w:vAlign w:val="center"/>
          </w:tcPr>
          <w:p w14:paraId="093709EA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1F83FF12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25DD1DB2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EC90C6F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1EEBED6" w14:textId="77777777" w:rsidR="00F73E55" w:rsidRDefault="00F73E55" w:rsidP="00505372">
            <w:pPr>
              <w:jc w:val="center"/>
            </w:pPr>
            <w:r>
              <w:t>ТМ-24</w:t>
            </w:r>
          </w:p>
        </w:tc>
        <w:tc>
          <w:tcPr>
            <w:tcW w:w="1334" w:type="pct"/>
            <w:vAlign w:val="center"/>
          </w:tcPr>
          <w:p w14:paraId="6F1C00A4" w14:textId="7416FC8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Б1.О.09.08  Оборудование машиностроительных производств</w:t>
            </w:r>
          </w:p>
        </w:tc>
        <w:tc>
          <w:tcPr>
            <w:tcW w:w="526" w:type="pct"/>
            <w:vAlign w:val="center"/>
          </w:tcPr>
          <w:p w14:paraId="205178CF" w14:textId="77777777" w:rsidR="00F73E55" w:rsidRDefault="00F73E55" w:rsidP="00505372">
            <w:pPr>
              <w:jc w:val="center"/>
            </w:pPr>
            <w:r>
              <w:t>ОПК-3, ОПК-8</w:t>
            </w:r>
          </w:p>
        </w:tc>
        <w:tc>
          <w:tcPr>
            <w:tcW w:w="479" w:type="pct"/>
            <w:vAlign w:val="center"/>
          </w:tcPr>
          <w:p w14:paraId="70945FF5" w14:textId="77777777" w:rsidR="00F73E55" w:rsidRDefault="00F73E55" w:rsidP="00505372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07323424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6BF7D63A" w14:textId="77777777" w:rsidTr="00505372">
        <w:tc>
          <w:tcPr>
            <w:tcW w:w="354" w:type="pct"/>
            <w:vAlign w:val="center"/>
          </w:tcPr>
          <w:p w14:paraId="2386A016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7EB839FD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7C95A27B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3874764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7CA80CC" w14:textId="77777777" w:rsidR="00F73E55" w:rsidRDefault="00F73E55" w:rsidP="00505372">
            <w:pPr>
              <w:jc w:val="center"/>
            </w:pPr>
            <w:r>
              <w:t>ТМ-24</w:t>
            </w:r>
          </w:p>
        </w:tc>
        <w:tc>
          <w:tcPr>
            <w:tcW w:w="1334" w:type="pct"/>
            <w:vAlign w:val="center"/>
          </w:tcPr>
          <w:p w14:paraId="3EBBF82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Б1.0.06.04 Физическая культура и спорт</w:t>
            </w:r>
          </w:p>
        </w:tc>
        <w:tc>
          <w:tcPr>
            <w:tcW w:w="526" w:type="pct"/>
            <w:vAlign w:val="center"/>
          </w:tcPr>
          <w:p w14:paraId="4C2C25DE" w14:textId="0E8EB660" w:rsidR="00F73E55" w:rsidRPr="00B808C6" w:rsidRDefault="00F304D6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УК-7</w:t>
            </w:r>
          </w:p>
        </w:tc>
        <w:tc>
          <w:tcPr>
            <w:tcW w:w="479" w:type="pct"/>
            <w:vAlign w:val="center"/>
          </w:tcPr>
          <w:p w14:paraId="54B5A1D8" w14:textId="77777777" w:rsidR="00F73E55" w:rsidRDefault="00F73E55" w:rsidP="00505372">
            <w:pPr>
              <w:jc w:val="center"/>
            </w:pPr>
            <w:r>
              <w:t>79.0%</w:t>
            </w:r>
          </w:p>
        </w:tc>
        <w:tc>
          <w:tcPr>
            <w:tcW w:w="437" w:type="pct"/>
            <w:vAlign w:val="center"/>
          </w:tcPr>
          <w:p w14:paraId="570EC065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176A2DCD" w14:textId="77777777" w:rsidTr="00505372">
        <w:tc>
          <w:tcPr>
            <w:tcW w:w="354" w:type="pct"/>
            <w:vAlign w:val="center"/>
          </w:tcPr>
          <w:p w14:paraId="1DE272B9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1357DC3B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2CA87FAD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5736EB2F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70E95405" w14:textId="77777777" w:rsidR="00F73E55" w:rsidRDefault="00F73E55" w:rsidP="00505372">
            <w:pPr>
              <w:jc w:val="center"/>
            </w:pPr>
            <w:r>
              <w:t>ТМ-25</w:t>
            </w:r>
          </w:p>
        </w:tc>
        <w:tc>
          <w:tcPr>
            <w:tcW w:w="1334" w:type="pct"/>
            <w:vAlign w:val="center"/>
          </w:tcPr>
          <w:p w14:paraId="42493DE0" w14:textId="7E50044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26" w:type="pct"/>
            <w:vAlign w:val="center"/>
          </w:tcPr>
          <w:p w14:paraId="0ED7902C" w14:textId="2411908A" w:rsidR="00F73E55" w:rsidRPr="00F304D6" w:rsidRDefault="00F73E55" w:rsidP="00505372">
            <w:pPr>
              <w:jc w:val="center"/>
              <w:rPr>
                <w:lang w:val="ru-RU"/>
              </w:rPr>
            </w:pPr>
            <w:r>
              <w:t>ОПК-</w:t>
            </w:r>
            <w:r w:rsidR="00F304D6">
              <w:rPr>
                <w:lang w:val="ru-RU"/>
              </w:rPr>
              <w:t>6</w:t>
            </w:r>
          </w:p>
        </w:tc>
        <w:tc>
          <w:tcPr>
            <w:tcW w:w="479" w:type="pct"/>
            <w:vAlign w:val="center"/>
          </w:tcPr>
          <w:p w14:paraId="7EC29AA2" w14:textId="77777777" w:rsidR="00F73E55" w:rsidRDefault="00F73E55" w:rsidP="00505372">
            <w:pPr>
              <w:jc w:val="center"/>
            </w:pPr>
            <w:r>
              <w:t>77.0%</w:t>
            </w:r>
          </w:p>
        </w:tc>
        <w:tc>
          <w:tcPr>
            <w:tcW w:w="437" w:type="pct"/>
            <w:vAlign w:val="center"/>
          </w:tcPr>
          <w:p w14:paraId="0AB330F7" w14:textId="77777777" w:rsidR="00F73E55" w:rsidRDefault="00F73E55" w:rsidP="00505372">
            <w:pPr>
              <w:jc w:val="center"/>
            </w:pPr>
            <w:r>
              <w:t>19.05.2026</w:t>
            </w:r>
          </w:p>
        </w:tc>
      </w:tr>
      <w:tr w:rsidR="00F73E55" w14:paraId="61CF9751" w14:textId="77777777" w:rsidTr="00505372">
        <w:tc>
          <w:tcPr>
            <w:tcW w:w="354" w:type="pct"/>
            <w:vAlign w:val="center"/>
          </w:tcPr>
          <w:p w14:paraId="5F6BE28B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48DEDCDE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28CBF97B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342EAC71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D9A2CD6" w14:textId="77777777" w:rsidR="00F73E55" w:rsidRDefault="00F73E55" w:rsidP="00505372">
            <w:pPr>
              <w:jc w:val="center"/>
            </w:pPr>
            <w:r>
              <w:t>ТМ-24</w:t>
            </w:r>
          </w:p>
        </w:tc>
        <w:tc>
          <w:tcPr>
            <w:tcW w:w="1334" w:type="pct"/>
            <w:vAlign w:val="center"/>
          </w:tcPr>
          <w:p w14:paraId="1EB6FA04" w14:textId="4E47F2E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Б1.О.07.01 Процессы и операции формообразования</w:t>
            </w:r>
          </w:p>
        </w:tc>
        <w:tc>
          <w:tcPr>
            <w:tcW w:w="526" w:type="pct"/>
            <w:vAlign w:val="center"/>
          </w:tcPr>
          <w:p w14:paraId="6CA2310F" w14:textId="77777777" w:rsidR="00F73E55" w:rsidRDefault="00F73E55" w:rsidP="00505372">
            <w:pPr>
              <w:jc w:val="center"/>
            </w:pPr>
            <w:r>
              <w:t>ОПК-5, ОПК-9</w:t>
            </w:r>
          </w:p>
        </w:tc>
        <w:tc>
          <w:tcPr>
            <w:tcW w:w="479" w:type="pct"/>
            <w:vAlign w:val="center"/>
          </w:tcPr>
          <w:p w14:paraId="254102D6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4A16A548" w14:textId="77777777" w:rsidR="00F73E55" w:rsidRDefault="00F73E55" w:rsidP="00505372">
            <w:pPr>
              <w:jc w:val="center"/>
            </w:pPr>
            <w:r>
              <w:t>19.05.2026</w:t>
            </w:r>
          </w:p>
        </w:tc>
      </w:tr>
      <w:tr w:rsidR="00F73E55" w14:paraId="04D53B9F" w14:textId="77777777" w:rsidTr="00505372">
        <w:tc>
          <w:tcPr>
            <w:tcW w:w="354" w:type="pct"/>
            <w:vAlign w:val="center"/>
          </w:tcPr>
          <w:p w14:paraId="73ECE84C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62989EB3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140D12DF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5499A05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4A8432E" w14:textId="77777777" w:rsidR="00F73E55" w:rsidRDefault="00F73E55" w:rsidP="00505372">
            <w:pPr>
              <w:jc w:val="center"/>
            </w:pPr>
            <w:r>
              <w:t>ТМ-23</w:t>
            </w:r>
          </w:p>
        </w:tc>
        <w:tc>
          <w:tcPr>
            <w:tcW w:w="1334" w:type="pct"/>
            <w:vAlign w:val="center"/>
          </w:tcPr>
          <w:p w14:paraId="662609EF" w14:textId="393E351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Б1.В.ДВ.01.01 Технология композиционных материалов</w:t>
            </w:r>
          </w:p>
        </w:tc>
        <w:tc>
          <w:tcPr>
            <w:tcW w:w="526" w:type="pct"/>
            <w:vAlign w:val="center"/>
          </w:tcPr>
          <w:p w14:paraId="5C5807F0" w14:textId="77777777" w:rsidR="00F73E55" w:rsidRDefault="00F73E55" w:rsidP="00505372">
            <w:pPr>
              <w:jc w:val="center"/>
            </w:pPr>
            <w:r>
              <w:t>ПК-2</w:t>
            </w:r>
          </w:p>
        </w:tc>
        <w:tc>
          <w:tcPr>
            <w:tcW w:w="479" w:type="pct"/>
            <w:vAlign w:val="center"/>
          </w:tcPr>
          <w:p w14:paraId="38357487" w14:textId="77777777" w:rsidR="00F73E55" w:rsidRDefault="00F73E55" w:rsidP="00505372">
            <w:pPr>
              <w:jc w:val="center"/>
            </w:pPr>
            <w:r>
              <w:t>50.0%</w:t>
            </w:r>
          </w:p>
        </w:tc>
        <w:tc>
          <w:tcPr>
            <w:tcW w:w="437" w:type="pct"/>
            <w:vAlign w:val="center"/>
          </w:tcPr>
          <w:p w14:paraId="75C43FEC" w14:textId="77777777" w:rsidR="00F73E55" w:rsidRDefault="00F73E55" w:rsidP="00505372">
            <w:pPr>
              <w:jc w:val="center"/>
            </w:pPr>
            <w:r>
              <w:t>23.05.2026</w:t>
            </w:r>
          </w:p>
        </w:tc>
      </w:tr>
      <w:tr w:rsidR="00F73E55" w14:paraId="0A99AE3F" w14:textId="77777777" w:rsidTr="00505372">
        <w:tc>
          <w:tcPr>
            <w:tcW w:w="354" w:type="pct"/>
            <w:vAlign w:val="center"/>
          </w:tcPr>
          <w:p w14:paraId="035CF20C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1FBE5B14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64B8C1E4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EF32770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13CC4D5" w14:textId="77777777" w:rsidR="00F73E55" w:rsidRDefault="00F73E55" w:rsidP="00505372">
            <w:pPr>
              <w:jc w:val="center"/>
            </w:pPr>
            <w:r>
              <w:t>ТМ-24</w:t>
            </w:r>
          </w:p>
        </w:tc>
        <w:tc>
          <w:tcPr>
            <w:tcW w:w="1334" w:type="pct"/>
            <w:vAlign w:val="center"/>
          </w:tcPr>
          <w:p w14:paraId="435814B7" w14:textId="744E0C3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Б1.О.09.02</w:t>
            </w:r>
            <w:r w:rsidR="00D05E77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Технологические процессы в машиностроении</w:t>
            </w:r>
          </w:p>
        </w:tc>
        <w:tc>
          <w:tcPr>
            <w:tcW w:w="526" w:type="pct"/>
            <w:vAlign w:val="center"/>
          </w:tcPr>
          <w:p w14:paraId="251F9BB4" w14:textId="77777777" w:rsidR="00F73E55" w:rsidRDefault="00F73E55" w:rsidP="00505372">
            <w:pPr>
              <w:jc w:val="center"/>
            </w:pPr>
            <w:r>
              <w:t>ОПК-9</w:t>
            </w:r>
          </w:p>
        </w:tc>
        <w:tc>
          <w:tcPr>
            <w:tcW w:w="479" w:type="pct"/>
            <w:vAlign w:val="center"/>
          </w:tcPr>
          <w:p w14:paraId="48A51F75" w14:textId="77777777" w:rsidR="00F73E55" w:rsidRDefault="00F73E55" w:rsidP="00505372">
            <w:pPr>
              <w:jc w:val="center"/>
            </w:pPr>
            <w:r>
              <w:t>75.5%</w:t>
            </w:r>
          </w:p>
        </w:tc>
        <w:tc>
          <w:tcPr>
            <w:tcW w:w="437" w:type="pct"/>
            <w:vAlign w:val="center"/>
          </w:tcPr>
          <w:p w14:paraId="01B4A7E5" w14:textId="77777777" w:rsidR="00F73E55" w:rsidRDefault="00F73E55" w:rsidP="00505372">
            <w:pPr>
              <w:jc w:val="center"/>
            </w:pPr>
            <w:r>
              <w:t>25.05.2026</w:t>
            </w:r>
          </w:p>
        </w:tc>
      </w:tr>
      <w:tr w:rsidR="00F73E55" w14:paraId="64A6746C" w14:textId="77777777" w:rsidTr="00505372">
        <w:tc>
          <w:tcPr>
            <w:tcW w:w="354" w:type="pct"/>
            <w:vAlign w:val="center"/>
          </w:tcPr>
          <w:p w14:paraId="44BE6741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578BF435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2F246A60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311A58A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7086F9A" w14:textId="77777777" w:rsidR="00F73E55" w:rsidRDefault="00F73E55" w:rsidP="00505372">
            <w:pPr>
              <w:jc w:val="center"/>
            </w:pPr>
            <w:r>
              <w:t>ТМ-24</w:t>
            </w:r>
          </w:p>
        </w:tc>
        <w:tc>
          <w:tcPr>
            <w:tcW w:w="1334" w:type="pct"/>
            <w:vAlign w:val="center"/>
          </w:tcPr>
          <w:p w14:paraId="19AE6A4C" w14:textId="58E4407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Б1.О.09.02</w:t>
            </w:r>
            <w:r w:rsidR="00D05E77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Технологические процессы в машиностроении</w:t>
            </w:r>
          </w:p>
        </w:tc>
        <w:tc>
          <w:tcPr>
            <w:tcW w:w="526" w:type="pct"/>
            <w:vAlign w:val="center"/>
          </w:tcPr>
          <w:p w14:paraId="5330A91E" w14:textId="77777777" w:rsidR="00F73E55" w:rsidRDefault="00F73E55" w:rsidP="00505372">
            <w:pPr>
              <w:jc w:val="center"/>
            </w:pPr>
            <w:r>
              <w:t>ОПК-5</w:t>
            </w:r>
          </w:p>
        </w:tc>
        <w:tc>
          <w:tcPr>
            <w:tcW w:w="479" w:type="pct"/>
            <w:vAlign w:val="center"/>
          </w:tcPr>
          <w:p w14:paraId="0CD4D6FE" w14:textId="77777777" w:rsidR="00F73E55" w:rsidRDefault="00F73E55" w:rsidP="00505372">
            <w:pPr>
              <w:jc w:val="center"/>
            </w:pPr>
            <w:r>
              <w:t>85.0%</w:t>
            </w:r>
          </w:p>
        </w:tc>
        <w:tc>
          <w:tcPr>
            <w:tcW w:w="437" w:type="pct"/>
            <w:vAlign w:val="center"/>
          </w:tcPr>
          <w:p w14:paraId="5C4881BF" w14:textId="77777777" w:rsidR="00F73E55" w:rsidRDefault="00F73E55" w:rsidP="00505372">
            <w:pPr>
              <w:jc w:val="center"/>
            </w:pPr>
            <w:r>
              <w:t>25.05.2026</w:t>
            </w:r>
          </w:p>
        </w:tc>
      </w:tr>
      <w:tr w:rsidR="00F73E55" w14:paraId="43F76A19" w14:textId="77777777" w:rsidTr="00505372">
        <w:tc>
          <w:tcPr>
            <w:tcW w:w="354" w:type="pct"/>
            <w:vAlign w:val="center"/>
          </w:tcPr>
          <w:p w14:paraId="60CD2C9F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3A35C45A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3BBA7C73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C4513C0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113B400" w14:textId="77777777" w:rsidR="00F73E55" w:rsidRDefault="00F73E55" w:rsidP="00505372">
            <w:pPr>
              <w:jc w:val="center"/>
            </w:pPr>
            <w:r>
              <w:t>ТМ-23</w:t>
            </w:r>
          </w:p>
        </w:tc>
        <w:tc>
          <w:tcPr>
            <w:tcW w:w="1334" w:type="pct"/>
            <w:vAlign w:val="center"/>
          </w:tcPr>
          <w:p w14:paraId="6BED123A" w14:textId="61CF17C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Б1.В.01.01</w:t>
            </w:r>
            <w:r w:rsidR="00D05E77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Металлорежущие станки</w:t>
            </w:r>
          </w:p>
        </w:tc>
        <w:tc>
          <w:tcPr>
            <w:tcW w:w="526" w:type="pct"/>
            <w:vAlign w:val="center"/>
          </w:tcPr>
          <w:p w14:paraId="00E13E0D" w14:textId="77777777" w:rsidR="00F73E55" w:rsidRDefault="00F73E55" w:rsidP="00505372">
            <w:pPr>
              <w:jc w:val="center"/>
            </w:pPr>
            <w:r>
              <w:t>ПК-5, ПК-6</w:t>
            </w:r>
          </w:p>
        </w:tc>
        <w:tc>
          <w:tcPr>
            <w:tcW w:w="479" w:type="pct"/>
            <w:vAlign w:val="center"/>
          </w:tcPr>
          <w:p w14:paraId="5C1624DB" w14:textId="77777777" w:rsidR="00F73E55" w:rsidRDefault="00F73E55" w:rsidP="00505372">
            <w:pPr>
              <w:jc w:val="center"/>
            </w:pPr>
            <w:r>
              <w:t>62.0%</w:t>
            </w:r>
          </w:p>
        </w:tc>
        <w:tc>
          <w:tcPr>
            <w:tcW w:w="437" w:type="pct"/>
            <w:vAlign w:val="center"/>
          </w:tcPr>
          <w:p w14:paraId="5890BEE0" w14:textId="77777777" w:rsidR="00F73E55" w:rsidRDefault="00F73E55" w:rsidP="00505372">
            <w:pPr>
              <w:jc w:val="center"/>
            </w:pPr>
            <w:r>
              <w:t>26.05.2026</w:t>
            </w:r>
          </w:p>
        </w:tc>
      </w:tr>
      <w:tr w:rsidR="00F73E55" w14:paraId="3BA63AE5" w14:textId="77777777" w:rsidTr="00505372">
        <w:tc>
          <w:tcPr>
            <w:tcW w:w="354" w:type="pct"/>
            <w:vAlign w:val="center"/>
          </w:tcPr>
          <w:p w14:paraId="05AE08F1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0099C073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2578A66A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094F18D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0D036051" w14:textId="77777777" w:rsidR="00F73E55" w:rsidRDefault="00F73E55" w:rsidP="00505372">
            <w:pPr>
              <w:jc w:val="center"/>
            </w:pPr>
            <w:r>
              <w:t>ТМ-25</w:t>
            </w:r>
          </w:p>
        </w:tc>
        <w:tc>
          <w:tcPr>
            <w:tcW w:w="1334" w:type="pct"/>
            <w:vAlign w:val="center"/>
          </w:tcPr>
          <w:p w14:paraId="5592B417" w14:textId="51749BD2" w:rsidR="00F73E55" w:rsidRDefault="00D05E77" w:rsidP="00505372">
            <w:pPr>
              <w:jc w:val="center"/>
            </w:pPr>
            <w:r w:rsidRPr="00D05E77">
              <w:t>Б1.О.06.02</w:t>
            </w:r>
            <w:r w:rsidRPr="00D05E77">
              <w:t xml:space="preserve"> </w:t>
            </w:r>
            <w:proofErr w:type="spellStart"/>
            <w:r w:rsidR="00F73E55">
              <w:t>Физика</w:t>
            </w:r>
            <w:proofErr w:type="spellEnd"/>
          </w:p>
        </w:tc>
        <w:tc>
          <w:tcPr>
            <w:tcW w:w="526" w:type="pct"/>
            <w:vAlign w:val="center"/>
          </w:tcPr>
          <w:p w14:paraId="7813C270" w14:textId="598E3E0A" w:rsidR="00F73E55" w:rsidRPr="00D05E77" w:rsidRDefault="00D05E77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УК-1, ОПК-5</w:t>
            </w:r>
          </w:p>
        </w:tc>
        <w:tc>
          <w:tcPr>
            <w:tcW w:w="479" w:type="pct"/>
            <w:vAlign w:val="center"/>
          </w:tcPr>
          <w:p w14:paraId="29173062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79A7F671" w14:textId="77777777" w:rsidR="00F73E55" w:rsidRDefault="00F73E55" w:rsidP="00505372">
            <w:pPr>
              <w:jc w:val="center"/>
            </w:pPr>
            <w:r>
              <w:t>26.05.2026</w:t>
            </w:r>
          </w:p>
        </w:tc>
      </w:tr>
      <w:tr w:rsidR="00F73E55" w14:paraId="5E7871CA" w14:textId="77777777" w:rsidTr="00505372">
        <w:tc>
          <w:tcPr>
            <w:tcW w:w="354" w:type="pct"/>
            <w:vAlign w:val="center"/>
          </w:tcPr>
          <w:p w14:paraId="732E481E" w14:textId="77777777" w:rsidR="00F73E55" w:rsidRDefault="00F73E55" w:rsidP="00505372">
            <w:pPr>
              <w:jc w:val="center"/>
            </w:pPr>
            <w:r>
              <w:t>15.03.05</w:t>
            </w:r>
          </w:p>
        </w:tc>
        <w:tc>
          <w:tcPr>
            <w:tcW w:w="899" w:type="pct"/>
            <w:vAlign w:val="center"/>
          </w:tcPr>
          <w:p w14:paraId="51919A70" w14:textId="77777777" w:rsidR="00F73E55" w:rsidRDefault="00F73E55" w:rsidP="00D05E77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308" w:type="pct"/>
            <w:vAlign w:val="center"/>
          </w:tcPr>
          <w:p w14:paraId="59DE981F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B7ECA82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A2BB09F" w14:textId="77777777" w:rsidR="00F73E55" w:rsidRDefault="00F73E55" w:rsidP="00505372">
            <w:pPr>
              <w:jc w:val="center"/>
            </w:pPr>
            <w:r>
              <w:t>ТМ-24</w:t>
            </w:r>
          </w:p>
        </w:tc>
        <w:tc>
          <w:tcPr>
            <w:tcW w:w="1334" w:type="pct"/>
            <w:vAlign w:val="center"/>
          </w:tcPr>
          <w:p w14:paraId="5923A3F8" w14:textId="56DD257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Б1.О.08.05 Теория механизмов и машин</w:t>
            </w:r>
          </w:p>
        </w:tc>
        <w:tc>
          <w:tcPr>
            <w:tcW w:w="526" w:type="pct"/>
            <w:vAlign w:val="center"/>
          </w:tcPr>
          <w:p w14:paraId="475643A0" w14:textId="77777777" w:rsidR="00F73E55" w:rsidRDefault="00F73E55" w:rsidP="00505372">
            <w:pPr>
              <w:jc w:val="center"/>
            </w:pPr>
            <w:r>
              <w:t>ОПК-5, ОПК-8</w:t>
            </w:r>
          </w:p>
        </w:tc>
        <w:tc>
          <w:tcPr>
            <w:tcW w:w="479" w:type="pct"/>
            <w:vAlign w:val="center"/>
          </w:tcPr>
          <w:p w14:paraId="536D257E" w14:textId="77777777" w:rsidR="00F73E55" w:rsidRDefault="00F73E55" w:rsidP="00505372">
            <w:pPr>
              <w:jc w:val="center"/>
            </w:pPr>
            <w:r>
              <w:t>64.33%</w:t>
            </w:r>
          </w:p>
        </w:tc>
        <w:tc>
          <w:tcPr>
            <w:tcW w:w="437" w:type="pct"/>
            <w:vAlign w:val="center"/>
          </w:tcPr>
          <w:p w14:paraId="1D4440D8" w14:textId="77777777" w:rsidR="00F73E55" w:rsidRDefault="00F73E55" w:rsidP="00505372">
            <w:pPr>
              <w:jc w:val="center"/>
            </w:pPr>
            <w:r>
              <w:t>29.05.2026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7D1B9D"/>
    <w:multiLevelType w:val="hybridMultilevel"/>
    <w:tmpl w:val="06A8A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1C3013"/>
    <w:rsid w:val="002826B6"/>
    <w:rsid w:val="0029639D"/>
    <w:rsid w:val="00326F90"/>
    <w:rsid w:val="003B5616"/>
    <w:rsid w:val="00505372"/>
    <w:rsid w:val="00592540"/>
    <w:rsid w:val="005C48D3"/>
    <w:rsid w:val="00702BF4"/>
    <w:rsid w:val="00770A8D"/>
    <w:rsid w:val="009122B5"/>
    <w:rsid w:val="00A747C5"/>
    <w:rsid w:val="00A91224"/>
    <w:rsid w:val="00AA1D8D"/>
    <w:rsid w:val="00AA446A"/>
    <w:rsid w:val="00AD1BAC"/>
    <w:rsid w:val="00B47730"/>
    <w:rsid w:val="00B808C6"/>
    <w:rsid w:val="00CB0664"/>
    <w:rsid w:val="00CC1833"/>
    <w:rsid w:val="00CC5A17"/>
    <w:rsid w:val="00D05E77"/>
    <w:rsid w:val="00DC6C23"/>
    <w:rsid w:val="00F304D6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6</cp:revision>
  <dcterms:created xsi:type="dcterms:W3CDTF">2026-08-06T12:46:00Z</dcterms:created>
  <dcterms:modified xsi:type="dcterms:W3CDTF">2026-08-06T13:00:00Z</dcterms:modified>
  <cp:category/>
</cp:coreProperties>
</file>