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71FCC3" w14:textId="77777777" w:rsidR="00D42075" w:rsidRPr="003704DD" w:rsidRDefault="006210DE">
      <w:pPr>
        <w:rPr>
          <w:lang w:val="ru-RU"/>
        </w:rPr>
      </w:pPr>
      <w:r w:rsidRPr="003704DD">
        <w:rPr>
          <w:lang w:val="ru-RU"/>
        </w:rPr>
        <w:t>Отчёт по результатам дисциплин 'ООП'</w:t>
      </w:r>
    </w:p>
    <w:p w14:paraId="7EFA84C0" w14:textId="77777777" w:rsidR="00D42075" w:rsidRPr="003704DD" w:rsidRDefault="006210DE">
      <w:pPr>
        <w:rPr>
          <w:lang w:val="ru-RU"/>
        </w:rPr>
      </w:pPr>
      <w:r w:rsidRPr="003704DD">
        <w:rPr>
          <w:lang w:val="ru-RU"/>
        </w:rPr>
        <w:t>Анализ по профилям групп</w:t>
      </w: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1069"/>
        <w:gridCol w:w="2631"/>
        <w:gridCol w:w="942"/>
        <w:gridCol w:w="732"/>
        <w:gridCol w:w="1080"/>
        <w:gridCol w:w="1525"/>
        <w:gridCol w:w="1304"/>
        <w:gridCol w:w="2097"/>
      </w:tblGrid>
      <w:tr w:rsidR="00030141" w14:paraId="38DCE622" w14:textId="77777777" w:rsidTr="004313B3">
        <w:tc>
          <w:tcPr>
            <w:tcW w:w="1069" w:type="dxa"/>
            <w:vAlign w:val="center"/>
          </w:tcPr>
          <w:p w14:paraId="4518F496" w14:textId="77777777" w:rsidR="00030141" w:rsidRDefault="00030141" w:rsidP="006E7F4C">
            <w:pPr>
              <w:jc w:val="center"/>
            </w:pPr>
            <w:r>
              <w:rPr>
                <w:b/>
                <w:sz w:val="20"/>
              </w:rPr>
              <w:t>ООП</w:t>
            </w:r>
          </w:p>
        </w:tc>
        <w:tc>
          <w:tcPr>
            <w:tcW w:w="2631" w:type="dxa"/>
            <w:vAlign w:val="center"/>
          </w:tcPr>
          <w:p w14:paraId="696BF508" w14:textId="77777777" w:rsidR="00030141" w:rsidRDefault="00030141" w:rsidP="006E7F4C">
            <w:pPr>
              <w:jc w:val="center"/>
            </w:pPr>
            <w:r>
              <w:rPr>
                <w:b/>
                <w:sz w:val="20"/>
              </w:rPr>
              <w:t>Профиль</w:t>
            </w:r>
          </w:p>
        </w:tc>
        <w:tc>
          <w:tcPr>
            <w:tcW w:w="942" w:type="dxa"/>
            <w:vAlign w:val="center"/>
          </w:tcPr>
          <w:p w14:paraId="6DA42C3D" w14:textId="77777777" w:rsidR="00030141" w:rsidRDefault="00030141" w:rsidP="006E7F4C">
            <w:pPr>
              <w:jc w:val="center"/>
            </w:pPr>
            <w:r>
              <w:rPr>
                <w:b/>
                <w:sz w:val="20"/>
              </w:rPr>
              <w:t>Год набора</w:t>
            </w:r>
          </w:p>
        </w:tc>
        <w:tc>
          <w:tcPr>
            <w:tcW w:w="732" w:type="dxa"/>
            <w:vAlign w:val="center"/>
          </w:tcPr>
          <w:p w14:paraId="4E42156C" w14:textId="77777777" w:rsidR="00030141" w:rsidRDefault="00030141" w:rsidP="006E7F4C">
            <w:pPr>
              <w:jc w:val="center"/>
            </w:pPr>
            <w:r>
              <w:rPr>
                <w:b/>
                <w:sz w:val="20"/>
              </w:rPr>
              <w:t>Курс</w:t>
            </w:r>
          </w:p>
        </w:tc>
        <w:tc>
          <w:tcPr>
            <w:tcW w:w="1080" w:type="dxa"/>
            <w:vAlign w:val="center"/>
          </w:tcPr>
          <w:p w14:paraId="583CB46A" w14:textId="77777777" w:rsidR="00030141" w:rsidRDefault="00030141" w:rsidP="006E7F4C">
            <w:pPr>
              <w:jc w:val="center"/>
            </w:pPr>
            <w:r>
              <w:rPr>
                <w:b/>
                <w:sz w:val="20"/>
              </w:rPr>
              <w:t>Средний % ОПОП</w:t>
            </w:r>
          </w:p>
        </w:tc>
        <w:tc>
          <w:tcPr>
            <w:tcW w:w="1525" w:type="dxa"/>
            <w:vAlign w:val="center"/>
          </w:tcPr>
          <w:p w14:paraId="2BE21ABB" w14:textId="77777777" w:rsidR="00030141" w:rsidRDefault="00030141" w:rsidP="006E7F4C">
            <w:pPr>
              <w:jc w:val="center"/>
            </w:pPr>
            <w:r>
              <w:rPr>
                <w:b/>
                <w:sz w:val="20"/>
              </w:rPr>
              <w:t>Перечень оценённых компетенций</w:t>
            </w:r>
          </w:p>
        </w:tc>
        <w:tc>
          <w:tcPr>
            <w:tcW w:w="1304" w:type="dxa"/>
            <w:vAlign w:val="center"/>
          </w:tcPr>
          <w:p w14:paraId="1C2831B5" w14:textId="77777777" w:rsidR="00030141" w:rsidRDefault="00030141" w:rsidP="006E7F4C">
            <w:pPr>
              <w:jc w:val="center"/>
            </w:pPr>
            <w:r>
              <w:rPr>
                <w:b/>
                <w:sz w:val="20"/>
              </w:rPr>
              <w:t>Кол-во дисциплин</w:t>
            </w:r>
          </w:p>
        </w:tc>
        <w:tc>
          <w:tcPr>
            <w:tcW w:w="2097" w:type="dxa"/>
            <w:vAlign w:val="center"/>
          </w:tcPr>
          <w:p w14:paraId="4D07A1F4" w14:textId="77777777" w:rsidR="00030141" w:rsidRDefault="00030141" w:rsidP="006E7F4C">
            <w:pPr>
              <w:jc w:val="center"/>
            </w:pPr>
            <w:r>
              <w:rPr>
                <w:b/>
                <w:sz w:val="20"/>
              </w:rPr>
              <w:t>Уровень сформированности</w:t>
            </w:r>
          </w:p>
        </w:tc>
      </w:tr>
      <w:tr w:rsidR="00030141" w14:paraId="184D88FE" w14:textId="77777777" w:rsidTr="004313B3">
        <w:tc>
          <w:tcPr>
            <w:tcW w:w="1069" w:type="dxa"/>
            <w:vAlign w:val="center"/>
          </w:tcPr>
          <w:p w14:paraId="0D756DB0" w14:textId="77777777" w:rsidR="00030141" w:rsidRDefault="00030141" w:rsidP="006E7F4C">
            <w:pPr>
              <w:jc w:val="center"/>
            </w:pPr>
            <w:r>
              <w:t>15.03.05</w:t>
            </w:r>
          </w:p>
        </w:tc>
        <w:tc>
          <w:tcPr>
            <w:tcW w:w="2631" w:type="dxa"/>
            <w:vAlign w:val="center"/>
          </w:tcPr>
          <w:p w14:paraId="6CFDA96A" w14:textId="77777777" w:rsidR="00030141" w:rsidRDefault="00030141" w:rsidP="006E7F4C">
            <w:pPr>
              <w:jc w:val="center"/>
            </w:pPr>
            <w:r>
              <w:t>Технология машиностроения</w:t>
            </w:r>
          </w:p>
        </w:tc>
        <w:tc>
          <w:tcPr>
            <w:tcW w:w="942" w:type="dxa"/>
            <w:vAlign w:val="center"/>
          </w:tcPr>
          <w:p w14:paraId="5A59355A" w14:textId="77777777" w:rsidR="00030141" w:rsidRDefault="00030141" w:rsidP="006E7F4C">
            <w:pPr>
              <w:jc w:val="center"/>
            </w:pPr>
            <w:r>
              <w:t>2022</w:t>
            </w:r>
          </w:p>
        </w:tc>
        <w:tc>
          <w:tcPr>
            <w:tcW w:w="732" w:type="dxa"/>
            <w:vAlign w:val="center"/>
          </w:tcPr>
          <w:p w14:paraId="2B60A2A0" w14:textId="77777777" w:rsidR="00030141" w:rsidRDefault="00030141" w:rsidP="006E7F4C">
            <w:pPr>
              <w:jc w:val="center"/>
            </w:pPr>
            <w:r>
              <w:t>4</w:t>
            </w:r>
          </w:p>
        </w:tc>
        <w:tc>
          <w:tcPr>
            <w:tcW w:w="1080" w:type="dxa"/>
            <w:vAlign w:val="center"/>
          </w:tcPr>
          <w:p w14:paraId="354BA14D" w14:textId="77777777" w:rsidR="00030141" w:rsidRDefault="00030141" w:rsidP="006E7F4C">
            <w:pPr>
              <w:jc w:val="center"/>
            </w:pPr>
            <w:r>
              <w:t>86.0%</w:t>
            </w:r>
          </w:p>
        </w:tc>
        <w:tc>
          <w:tcPr>
            <w:tcW w:w="1525" w:type="dxa"/>
            <w:vAlign w:val="center"/>
          </w:tcPr>
          <w:p w14:paraId="3177E442" w14:textId="77777777" w:rsidR="00030141" w:rsidRDefault="00030141" w:rsidP="006E7F4C">
            <w:pPr>
              <w:jc w:val="center"/>
            </w:pPr>
            <w:r>
              <w:t>ПК-5</w:t>
            </w:r>
          </w:p>
        </w:tc>
        <w:tc>
          <w:tcPr>
            <w:tcW w:w="1304" w:type="dxa"/>
            <w:vAlign w:val="center"/>
          </w:tcPr>
          <w:p w14:paraId="5F7C9749" w14:textId="77777777" w:rsidR="00030141" w:rsidRDefault="00030141" w:rsidP="006E7F4C">
            <w:pPr>
              <w:jc w:val="center"/>
            </w:pPr>
            <w:r>
              <w:t>1</w:t>
            </w:r>
          </w:p>
        </w:tc>
        <w:tc>
          <w:tcPr>
            <w:tcW w:w="2097" w:type="dxa"/>
            <w:vAlign w:val="center"/>
          </w:tcPr>
          <w:p w14:paraId="49C4A728" w14:textId="77777777" w:rsidR="00030141" w:rsidRDefault="00030141" w:rsidP="006E7F4C">
            <w:pPr>
              <w:jc w:val="center"/>
            </w:pPr>
            <w:r>
              <w:t>Высокий</w:t>
            </w:r>
          </w:p>
        </w:tc>
      </w:tr>
      <w:tr w:rsidR="00030141" w14:paraId="66B1C9B7" w14:textId="77777777" w:rsidTr="004313B3">
        <w:tc>
          <w:tcPr>
            <w:tcW w:w="1069" w:type="dxa"/>
            <w:vAlign w:val="center"/>
          </w:tcPr>
          <w:p w14:paraId="718D3B7B" w14:textId="77777777" w:rsidR="00030141" w:rsidRDefault="00030141" w:rsidP="006E7F4C">
            <w:pPr>
              <w:jc w:val="center"/>
            </w:pPr>
            <w:r>
              <w:t>15.03.05</w:t>
            </w:r>
          </w:p>
        </w:tc>
        <w:tc>
          <w:tcPr>
            <w:tcW w:w="2631" w:type="dxa"/>
            <w:vAlign w:val="center"/>
          </w:tcPr>
          <w:p w14:paraId="522FDB43" w14:textId="77777777" w:rsidR="00030141" w:rsidRDefault="00030141" w:rsidP="006E7F4C">
            <w:pPr>
              <w:jc w:val="center"/>
            </w:pPr>
            <w:r>
              <w:t>Технология машиностроения</w:t>
            </w:r>
          </w:p>
        </w:tc>
        <w:tc>
          <w:tcPr>
            <w:tcW w:w="942" w:type="dxa"/>
            <w:vAlign w:val="center"/>
          </w:tcPr>
          <w:p w14:paraId="10FB83AB" w14:textId="77777777" w:rsidR="00030141" w:rsidRDefault="00030141" w:rsidP="006E7F4C">
            <w:pPr>
              <w:jc w:val="center"/>
            </w:pPr>
            <w:r>
              <w:t>2023</w:t>
            </w:r>
          </w:p>
        </w:tc>
        <w:tc>
          <w:tcPr>
            <w:tcW w:w="732" w:type="dxa"/>
            <w:vAlign w:val="center"/>
          </w:tcPr>
          <w:p w14:paraId="1BF6E0EF" w14:textId="77777777" w:rsidR="00030141" w:rsidRDefault="00030141" w:rsidP="006E7F4C">
            <w:pPr>
              <w:jc w:val="center"/>
            </w:pPr>
            <w:r>
              <w:t>3</w:t>
            </w:r>
          </w:p>
        </w:tc>
        <w:tc>
          <w:tcPr>
            <w:tcW w:w="1080" w:type="dxa"/>
            <w:vAlign w:val="center"/>
          </w:tcPr>
          <w:p w14:paraId="691FF1EF" w14:textId="77777777" w:rsidR="00030141" w:rsidRDefault="00030141" w:rsidP="006E7F4C">
            <w:pPr>
              <w:jc w:val="center"/>
            </w:pPr>
            <w:r>
              <w:t>58.25%</w:t>
            </w:r>
          </w:p>
        </w:tc>
        <w:tc>
          <w:tcPr>
            <w:tcW w:w="1525" w:type="dxa"/>
            <w:vAlign w:val="center"/>
          </w:tcPr>
          <w:p w14:paraId="0991581C" w14:textId="49814507" w:rsidR="00030141" w:rsidRPr="007B438D" w:rsidRDefault="00030141" w:rsidP="006E7F4C">
            <w:pPr>
              <w:jc w:val="center"/>
              <w:rPr>
                <w:lang w:val="ru-RU"/>
              </w:rPr>
            </w:pPr>
            <w:r w:rsidRPr="007B438D">
              <w:rPr>
                <w:lang w:val="ru-RU"/>
              </w:rPr>
              <w:t>ОПК-5</w:t>
            </w:r>
            <w:r>
              <w:rPr>
                <w:lang w:val="ru-RU"/>
              </w:rPr>
              <w:t>,</w:t>
            </w:r>
            <w:r w:rsidRPr="007B438D">
              <w:rPr>
                <w:lang w:val="ru-RU"/>
              </w:rPr>
              <w:t xml:space="preserve"> ОПК-8</w:t>
            </w:r>
            <w:r>
              <w:rPr>
                <w:lang w:val="ru-RU"/>
              </w:rPr>
              <w:t>,</w:t>
            </w:r>
            <w:r w:rsidRPr="007B438D">
              <w:rPr>
                <w:lang w:val="ru-RU"/>
              </w:rPr>
              <w:t xml:space="preserve"> ПК-2</w:t>
            </w:r>
            <w:r>
              <w:rPr>
                <w:lang w:val="ru-RU"/>
              </w:rPr>
              <w:t>,</w:t>
            </w:r>
            <w:r w:rsidRPr="007B438D">
              <w:rPr>
                <w:lang w:val="ru-RU"/>
              </w:rPr>
              <w:t xml:space="preserve"> ПК-3</w:t>
            </w:r>
            <w:r>
              <w:rPr>
                <w:lang w:val="ru-RU"/>
              </w:rPr>
              <w:t>,</w:t>
            </w:r>
            <w:r w:rsidRPr="007B438D">
              <w:rPr>
                <w:lang w:val="ru-RU"/>
              </w:rPr>
              <w:t xml:space="preserve"> ПК-4</w:t>
            </w:r>
            <w:r>
              <w:rPr>
                <w:lang w:val="ru-RU"/>
              </w:rPr>
              <w:t>,</w:t>
            </w:r>
            <w:r w:rsidRPr="007B438D">
              <w:rPr>
                <w:lang w:val="ru-RU"/>
              </w:rPr>
              <w:t xml:space="preserve"> ПК-5</w:t>
            </w:r>
            <w:r>
              <w:rPr>
                <w:lang w:val="ru-RU"/>
              </w:rPr>
              <w:t>,</w:t>
            </w:r>
            <w:r w:rsidRPr="007B438D">
              <w:rPr>
                <w:lang w:val="ru-RU"/>
              </w:rPr>
              <w:t xml:space="preserve"> ПК-6</w:t>
            </w:r>
          </w:p>
        </w:tc>
        <w:tc>
          <w:tcPr>
            <w:tcW w:w="1304" w:type="dxa"/>
            <w:vAlign w:val="center"/>
          </w:tcPr>
          <w:p w14:paraId="27EDEE6F" w14:textId="77777777" w:rsidR="00030141" w:rsidRDefault="00030141" w:rsidP="006E7F4C">
            <w:pPr>
              <w:jc w:val="center"/>
            </w:pPr>
            <w:r>
              <w:t>4</w:t>
            </w:r>
          </w:p>
        </w:tc>
        <w:tc>
          <w:tcPr>
            <w:tcW w:w="2097" w:type="dxa"/>
            <w:vAlign w:val="center"/>
          </w:tcPr>
          <w:p w14:paraId="6DE0DE01" w14:textId="77777777" w:rsidR="00030141" w:rsidRDefault="00030141" w:rsidP="006E7F4C">
            <w:pPr>
              <w:jc w:val="center"/>
            </w:pPr>
            <w:r>
              <w:t>Средний</w:t>
            </w:r>
          </w:p>
        </w:tc>
      </w:tr>
      <w:tr w:rsidR="00030141" w14:paraId="2D693920" w14:textId="77777777" w:rsidTr="004313B3">
        <w:tc>
          <w:tcPr>
            <w:tcW w:w="1069" w:type="dxa"/>
            <w:vAlign w:val="center"/>
          </w:tcPr>
          <w:p w14:paraId="4D946D56" w14:textId="77777777" w:rsidR="00030141" w:rsidRDefault="00030141" w:rsidP="006E7F4C">
            <w:pPr>
              <w:jc w:val="center"/>
            </w:pPr>
            <w:r>
              <w:t>15.03.05</w:t>
            </w:r>
          </w:p>
        </w:tc>
        <w:tc>
          <w:tcPr>
            <w:tcW w:w="2631" w:type="dxa"/>
            <w:vAlign w:val="center"/>
          </w:tcPr>
          <w:p w14:paraId="52335FBF" w14:textId="77777777" w:rsidR="00030141" w:rsidRDefault="00030141" w:rsidP="006E7F4C">
            <w:pPr>
              <w:jc w:val="center"/>
            </w:pPr>
            <w:r>
              <w:t>Технология машиностроения</w:t>
            </w:r>
          </w:p>
        </w:tc>
        <w:tc>
          <w:tcPr>
            <w:tcW w:w="942" w:type="dxa"/>
            <w:vAlign w:val="center"/>
          </w:tcPr>
          <w:p w14:paraId="17ED049F" w14:textId="77777777" w:rsidR="00030141" w:rsidRDefault="00030141" w:rsidP="006E7F4C">
            <w:pPr>
              <w:jc w:val="center"/>
            </w:pPr>
            <w:r>
              <w:t>2024</w:t>
            </w:r>
          </w:p>
        </w:tc>
        <w:tc>
          <w:tcPr>
            <w:tcW w:w="732" w:type="dxa"/>
            <w:vAlign w:val="center"/>
          </w:tcPr>
          <w:p w14:paraId="7AD70041" w14:textId="77777777" w:rsidR="00030141" w:rsidRDefault="00030141" w:rsidP="006E7F4C">
            <w:pPr>
              <w:jc w:val="center"/>
            </w:pPr>
            <w:r>
              <w:t>2</w:t>
            </w:r>
          </w:p>
        </w:tc>
        <w:tc>
          <w:tcPr>
            <w:tcW w:w="1080" w:type="dxa"/>
            <w:vAlign w:val="center"/>
          </w:tcPr>
          <w:p w14:paraId="2531BC2B" w14:textId="77777777" w:rsidR="00030141" w:rsidRDefault="00030141" w:rsidP="006E7F4C">
            <w:pPr>
              <w:jc w:val="center"/>
            </w:pPr>
            <w:r>
              <w:t>74.97%</w:t>
            </w:r>
          </w:p>
        </w:tc>
        <w:tc>
          <w:tcPr>
            <w:tcW w:w="1525" w:type="dxa"/>
            <w:vAlign w:val="center"/>
          </w:tcPr>
          <w:p w14:paraId="000C8F86" w14:textId="5E4A358A" w:rsidR="00030141" w:rsidRPr="00030141" w:rsidRDefault="00030141" w:rsidP="006E7F4C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УК-7, </w:t>
            </w:r>
            <w:r w:rsidRPr="00030141">
              <w:rPr>
                <w:lang w:val="ru-RU"/>
              </w:rPr>
              <w:t>ОПК-3</w:t>
            </w:r>
            <w:r>
              <w:rPr>
                <w:lang w:val="ru-RU"/>
              </w:rPr>
              <w:t>,</w:t>
            </w:r>
            <w:r w:rsidRPr="00030141">
              <w:rPr>
                <w:lang w:val="ru-RU"/>
              </w:rPr>
              <w:t xml:space="preserve"> ОПК-5</w:t>
            </w:r>
            <w:r>
              <w:rPr>
                <w:lang w:val="ru-RU"/>
              </w:rPr>
              <w:t>,</w:t>
            </w:r>
            <w:r w:rsidRPr="00030141">
              <w:rPr>
                <w:lang w:val="ru-RU"/>
              </w:rPr>
              <w:t xml:space="preserve"> ОПК-8</w:t>
            </w:r>
            <w:r>
              <w:rPr>
                <w:lang w:val="ru-RU"/>
              </w:rPr>
              <w:t>,</w:t>
            </w:r>
            <w:r w:rsidRPr="00030141">
              <w:rPr>
                <w:lang w:val="ru-RU"/>
              </w:rPr>
              <w:t xml:space="preserve"> ОПК-9</w:t>
            </w:r>
          </w:p>
        </w:tc>
        <w:tc>
          <w:tcPr>
            <w:tcW w:w="1304" w:type="dxa"/>
            <w:vAlign w:val="center"/>
          </w:tcPr>
          <w:p w14:paraId="7CEAA93F" w14:textId="77777777" w:rsidR="00030141" w:rsidRDefault="00030141" w:rsidP="006E7F4C">
            <w:pPr>
              <w:jc w:val="center"/>
            </w:pPr>
            <w:r>
              <w:t>6</w:t>
            </w:r>
          </w:p>
        </w:tc>
        <w:tc>
          <w:tcPr>
            <w:tcW w:w="2097" w:type="dxa"/>
            <w:vAlign w:val="center"/>
          </w:tcPr>
          <w:p w14:paraId="516BBE1D" w14:textId="77777777" w:rsidR="00030141" w:rsidRDefault="00030141" w:rsidP="006E7F4C">
            <w:pPr>
              <w:jc w:val="center"/>
            </w:pPr>
            <w:r>
              <w:t>Высокий</w:t>
            </w:r>
          </w:p>
        </w:tc>
      </w:tr>
      <w:tr w:rsidR="00030141" w14:paraId="4EADD84E" w14:textId="77777777" w:rsidTr="004313B3">
        <w:tc>
          <w:tcPr>
            <w:tcW w:w="1069" w:type="dxa"/>
            <w:vAlign w:val="center"/>
          </w:tcPr>
          <w:p w14:paraId="38C14B41" w14:textId="77777777" w:rsidR="00030141" w:rsidRDefault="00030141" w:rsidP="006E7F4C">
            <w:pPr>
              <w:jc w:val="center"/>
            </w:pPr>
            <w:r>
              <w:t>15.03.05</w:t>
            </w:r>
          </w:p>
        </w:tc>
        <w:tc>
          <w:tcPr>
            <w:tcW w:w="2631" w:type="dxa"/>
            <w:vAlign w:val="center"/>
          </w:tcPr>
          <w:p w14:paraId="6A70D327" w14:textId="77777777" w:rsidR="00030141" w:rsidRDefault="00030141" w:rsidP="006E7F4C">
            <w:pPr>
              <w:jc w:val="center"/>
            </w:pPr>
            <w:r>
              <w:t>Технология машиностроения</w:t>
            </w:r>
          </w:p>
        </w:tc>
        <w:tc>
          <w:tcPr>
            <w:tcW w:w="942" w:type="dxa"/>
            <w:vAlign w:val="center"/>
          </w:tcPr>
          <w:p w14:paraId="05617782" w14:textId="77777777" w:rsidR="00030141" w:rsidRDefault="00030141" w:rsidP="006E7F4C">
            <w:pPr>
              <w:jc w:val="center"/>
            </w:pPr>
            <w:r>
              <w:t>2025</w:t>
            </w:r>
          </w:p>
        </w:tc>
        <w:tc>
          <w:tcPr>
            <w:tcW w:w="732" w:type="dxa"/>
            <w:vAlign w:val="center"/>
          </w:tcPr>
          <w:p w14:paraId="07325EC4" w14:textId="77777777" w:rsidR="00030141" w:rsidRDefault="00030141" w:rsidP="006E7F4C">
            <w:pPr>
              <w:jc w:val="center"/>
            </w:pPr>
            <w:r>
              <w:t>1</w:t>
            </w:r>
          </w:p>
        </w:tc>
        <w:tc>
          <w:tcPr>
            <w:tcW w:w="1080" w:type="dxa"/>
            <w:vAlign w:val="center"/>
          </w:tcPr>
          <w:p w14:paraId="326A42F2" w14:textId="77777777" w:rsidR="00030141" w:rsidRDefault="00030141" w:rsidP="006E7F4C">
            <w:pPr>
              <w:jc w:val="center"/>
            </w:pPr>
            <w:r>
              <w:t>70.67%</w:t>
            </w:r>
          </w:p>
        </w:tc>
        <w:tc>
          <w:tcPr>
            <w:tcW w:w="1525" w:type="dxa"/>
            <w:vAlign w:val="center"/>
          </w:tcPr>
          <w:p w14:paraId="31970B2B" w14:textId="35440B1F" w:rsidR="00030141" w:rsidRPr="007B438D" w:rsidRDefault="00030141" w:rsidP="006E7F4C">
            <w:pPr>
              <w:jc w:val="center"/>
              <w:rPr>
                <w:lang w:val="ru-RU"/>
              </w:rPr>
            </w:pPr>
            <w:r w:rsidRPr="007B438D">
              <w:rPr>
                <w:lang w:val="ru-RU"/>
              </w:rPr>
              <w:t>УК-1</w:t>
            </w:r>
            <w:r>
              <w:rPr>
                <w:lang w:val="ru-RU"/>
              </w:rPr>
              <w:t>,</w:t>
            </w:r>
            <w:r w:rsidRPr="007B438D">
              <w:rPr>
                <w:lang w:val="ru-RU"/>
              </w:rPr>
              <w:t xml:space="preserve"> УК-2</w:t>
            </w:r>
            <w:r w:rsidRPr="00030141">
              <w:rPr>
                <w:lang w:val="ru-RU"/>
              </w:rPr>
              <w:t xml:space="preserve">, </w:t>
            </w:r>
            <w:r>
              <w:rPr>
                <w:lang w:val="ru-RU"/>
              </w:rPr>
              <w:t xml:space="preserve">ОПК-5, ОПК-6, </w:t>
            </w:r>
            <w:r w:rsidRPr="007B438D">
              <w:rPr>
                <w:lang w:val="ru-RU"/>
              </w:rPr>
              <w:t xml:space="preserve">ОПК-8 </w:t>
            </w:r>
          </w:p>
        </w:tc>
        <w:tc>
          <w:tcPr>
            <w:tcW w:w="1304" w:type="dxa"/>
            <w:vAlign w:val="center"/>
          </w:tcPr>
          <w:p w14:paraId="0A942E84" w14:textId="77777777" w:rsidR="00030141" w:rsidRDefault="00030141" w:rsidP="006E7F4C">
            <w:pPr>
              <w:jc w:val="center"/>
            </w:pPr>
            <w:r>
              <w:t>3</w:t>
            </w:r>
          </w:p>
        </w:tc>
        <w:tc>
          <w:tcPr>
            <w:tcW w:w="2097" w:type="dxa"/>
            <w:vAlign w:val="center"/>
          </w:tcPr>
          <w:p w14:paraId="71C932C6" w14:textId="77777777" w:rsidR="00030141" w:rsidRDefault="00030141" w:rsidP="006E7F4C">
            <w:pPr>
              <w:jc w:val="center"/>
            </w:pPr>
            <w:r>
              <w:t>Высокий</w:t>
            </w:r>
          </w:p>
        </w:tc>
      </w:tr>
    </w:tbl>
    <w:p w14:paraId="4AD6B6D0" w14:textId="77777777" w:rsidR="006210DE" w:rsidRDefault="006210DE"/>
    <w:sectPr w:rsidR="006210DE" w:rsidSect="00034616">
      <w:pgSz w:w="12240" w:h="15840"/>
      <w:pgMar w:top="567" w:right="283" w:bottom="567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0141"/>
    <w:rsid w:val="00034616"/>
    <w:rsid w:val="0006063C"/>
    <w:rsid w:val="000B06D4"/>
    <w:rsid w:val="0015074B"/>
    <w:rsid w:val="001817CB"/>
    <w:rsid w:val="0029639D"/>
    <w:rsid w:val="00326F90"/>
    <w:rsid w:val="003704DD"/>
    <w:rsid w:val="004313B3"/>
    <w:rsid w:val="004533B1"/>
    <w:rsid w:val="00505EA1"/>
    <w:rsid w:val="00586473"/>
    <w:rsid w:val="006210DE"/>
    <w:rsid w:val="006E7F4C"/>
    <w:rsid w:val="007B438D"/>
    <w:rsid w:val="008657F1"/>
    <w:rsid w:val="008A61DE"/>
    <w:rsid w:val="00952B49"/>
    <w:rsid w:val="00995D0C"/>
    <w:rsid w:val="00AA1D8D"/>
    <w:rsid w:val="00B47730"/>
    <w:rsid w:val="00CB0664"/>
    <w:rsid w:val="00CC52DB"/>
    <w:rsid w:val="00D00904"/>
    <w:rsid w:val="00D16BF6"/>
    <w:rsid w:val="00D42075"/>
    <w:rsid w:val="00E41064"/>
    <w:rsid w:val="00E8704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46E294C"/>
  <w14:defaultImageDpi w14:val="300"/>
  <w15:docId w15:val="{553FB062-D983-4B9F-920F-C9FAEF603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79</Words>
  <Characters>454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532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anastasia11daminova@gmail.com</cp:lastModifiedBy>
  <cp:revision>5</cp:revision>
  <dcterms:created xsi:type="dcterms:W3CDTF">2026-08-06T12:47:00Z</dcterms:created>
  <dcterms:modified xsi:type="dcterms:W3CDTF">2026-08-06T13:00:00Z</dcterms:modified>
  <cp:category/>
</cp:coreProperties>
</file>