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CC1833" w14:paraId="57CEDB13" w14:textId="77777777" w:rsidTr="00A42CEF">
        <w:tc>
          <w:tcPr>
            <w:tcW w:w="354" w:type="pct"/>
            <w:vAlign w:val="center"/>
          </w:tcPr>
          <w:p w14:paraId="708E52AB" w14:textId="77777777" w:rsidR="00CC1833" w:rsidRDefault="00CC1833" w:rsidP="00A42CEF">
            <w:pPr>
              <w:jc w:val="center"/>
            </w:pPr>
            <w:r>
              <w:t>15.04.05</w:t>
            </w:r>
          </w:p>
        </w:tc>
        <w:tc>
          <w:tcPr>
            <w:tcW w:w="899" w:type="pct"/>
            <w:vAlign w:val="center"/>
          </w:tcPr>
          <w:p w14:paraId="1F06665B" w14:textId="77777777" w:rsidR="00CC1833" w:rsidRDefault="00CC1833" w:rsidP="00A42CEF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53916AD4" w14:textId="77777777" w:rsidR="00CC1833" w:rsidRDefault="00CC1833" w:rsidP="00A42CEF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0CBC2295" w14:textId="77777777" w:rsidR="00CC1833" w:rsidRDefault="00CC1833" w:rsidP="00A42CEF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28876042" w14:textId="77777777" w:rsidR="00CC1833" w:rsidRDefault="00CC1833" w:rsidP="00A42CEF">
            <w:pPr>
              <w:jc w:val="center"/>
            </w:pPr>
            <w:r>
              <w:t>ТМм-25</w:t>
            </w:r>
          </w:p>
        </w:tc>
        <w:tc>
          <w:tcPr>
            <w:tcW w:w="1334" w:type="pct"/>
            <w:vAlign w:val="center"/>
          </w:tcPr>
          <w:p w14:paraId="6C848B4E" w14:textId="39B0EEC9" w:rsidR="00CC1833" w:rsidRPr="00B808C6" w:rsidRDefault="00CC1833" w:rsidP="00A42CEF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Б1.В.01.01 Контактные процессы при резании и шлифовании металлов</w:t>
            </w:r>
          </w:p>
        </w:tc>
        <w:tc>
          <w:tcPr>
            <w:tcW w:w="526" w:type="pct"/>
            <w:vAlign w:val="center"/>
          </w:tcPr>
          <w:p w14:paraId="33E12C8B" w14:textId="77777777" w:rsidR="00CC1833" w:rsidRDefault="00CC1833" w:rsidP="00A42CEF">
            <w:pPr>
              <w:jc w:val="center"/>
            </w:pPr>
            <w:r>
              <w:t>ПК-3</w:t>
            </w:r>
          </w:p>
        </w:tc>
        <w:tc>
          <w:tcPr>
            <w:tcW w:w="479" w:type="pct"/>
            <w:vAlign w:val="center"/>
          </w:tcPr>
          <w:p w14:paraId="6076980D" w14:textId="77777777" w:rsidR="00CC1833" w:rsidRDefault="00CC1833" w:rsidP="00A42CEF">
            <w:pPr>
              <w:jc w:val="center"/>
            </w:pPr>
            <w:r>
              <w:t>47.0%</w:t>
            </w:r>
          </w:p>
        </w:tc>
        <w:tc>
          <w:tcPr>
            <w:tcW w:w="437" w:type="pct"/>
            <w:vAlign w:val="center"/>
          </w:tcPr>
          <w:p w14:paraId="40B41678" w14:textId="77777777" w:rsidR="00CC1833" w:rsidRDefault="00CC1833" w:rsidP="00A42CEF">
            <w:pPr>
              <w:jc w:val="center"/>
            </w:pPr>
            <w:r>
              <w:t>14.05.2026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5074B"/>
    <w:rsid w:val="001C3013"/>
    <w:rsid w:val="0029639D"/>
    <w:rsid w:val="002B5469"/>
    <w:rsid w:val="00326F90"/>
    <w:rsid w:val="003B5616"/>
    <w:rsid w:val="004A38B5"/>
    <w:rsid w:val="00505372"/>
    <w:rsid w:val="00592540"/>
    <w:rsid w:val="005C48D3"/>
    <w:rsid w:val="00702BF4"/>
    <w:rsid w:val="00770A8D"/>
    <w:rsid w:val="009122B5"/>
    <w:rsid w:val="00A747C5"/>
    <w:rsid w:val="00A91224"/>
    <w:rsid w:val="00AA1D8D"/>
    <w:rsid w:val="00AA446A"/>
    <w:rsid w:val="00B47730"/>
    <w:rsid w:val="00B808C6"/>
    <w:rsid w:val="00CB0664"/>
    <w:rsid w:val="00CC1833"/>
    <w:rsid w:val="00CC5A17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2026-08-06T12:49:00Z</dcterms:created>
  <dcterms:modified xsi:type="dcterms:W3CDTF">2026-08-06T12:50:00Z</dcterms:modified>
  <cp:category/>
</cp:coreProperties>
</file>