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Группа</w:t>
            </w:r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Дисциплина</w:t>
            </w:r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Средний % по дисциплине</w:t>
            </w:r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Дата</w:t>
            </w:r>
          </w:p>
        </w:tc>
      </w:tr>
      <w:tr w:rsidR="00F73E55" w14:paraId="4525EB11" w14:textId="77777777" w:rsidTr="00505372">
        <w:tc>
          <w:tcPr>
            <w:tcW w:w="354" w:type="pct"/>
            <w:vAlign w:val="center"/>
          </w:tcPr>
          <w:p w14:paraId="3FF90D5A" w14:textId="77777777" w:rsidR="00F73E55" w:rsidRDefault="00F73E55" w:rsidP="00505372">
            <w:pPr>
              <w:jc w:val="center"/>
            </w:pPr>
            <w:r>
              <w:t>23.03.02</w:t>
            </w:r>
          </w:p>
        </w:tc>
        <w:tc>
          <w:tcPr>
            <w:tcW w:w="899" w:type="pct"/>
            <w:vAlign w:val="center"/>
          </w:tcPr>
          <w:p w14:paraId="50820CC3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машины и оборудование</w:t>
            </w:r>
          </w:p>
        </w:tc>
        <w:tc>
          <w:tcPr>
            <w:tcW w:w="308" w:type="pct"/>
            <w:vAlign w:val="center"/>
          </w:tcPr>
          <w:p w14:paraId="2830713A" w14:textId="77777777" w:rsidR="00F73E55" w:rsidRDefault="00F73E55" w:rsidP="00505372">
            <w:pPr>
              <w:jc w:val="center"/>
            </w:pPr>
            <w:r>
              <w:t>2021</w:t>
            </w:r>
          </w:p>
        </w:tc>
        <w:tc>
          <w:tcPr>
            <w:tcW w:w="229" w:type="pct"/>
            <w:vAlign w:val="center"/>
          </w:tcPr>
          <w:p w14:paraId="6574967C" w14:textId="77777777" w:rsidR="00F73E55" w:rsidRDefault="00F73E55" w:rsidP="00505372">
            <w:pPr>
              <w:jc w:val="center"/>
            </w:pPr>
            <w:r>
              <w:t>5</w:t>
            </w:r>
          </w:p>
        </w:tc>
        <w:tc>
          <w:tcPr>
            <w:tcW w:w="433" w:type="pct"/>
            <w:vAlign w:val="center"/>
          </w:tcPr>
          <w:p w14:paraId="44BDF9C6" w14:textId="77777777" w:rsidR="00F73E55" w:rsidRDefault="00F73E55" w:rsidP="00505372">
            <w:pPr>
              <w:jc w:val="center"/>
            </w:pPr>
            <w:r>
              <w:t>СДМз-21</w:t>
            </w:r>
          </w:p>
        </w:tc>
        <w:tc>
          <w:tcPr>
            <w:tcW w:w="1334" w:type="pct"/>
            <w:vAlign w:val="center"/>
          </w:tcPr>
          <w:p w14:paraId="4723FBE4" w14:textId="625A9E28" w:rsidR="00F73E55" w:rsidRPr="00B808C6" w:rsidRDefault="00E64D3E" w:rsidP="00505372">
            <w:pPr>
              <w:jc w:val="center"/>
              <w:rPr>
                <w:lang w:val="ru-RU"/>
              </w:rPr>
            </w:pPr>
            <w:r w:rsidRPr="00E64D3E">
              <w:rPr>
                <w:lang w:val="ru-RU"/>
              </w:rPr>
              <w:t>Б1.О.07.08</w:t>
            </w:r>
            <w:r>
              <w:rPr>
                <w:lang w:val="ru-RU"/>
              </w:rPr>
              <w:t xml:space="preserve"> </w:t>
            </w:r>
            <w:r w:rsidRPr="00E64D3E">
              <w:rPr>
                <w:lang w:val="ru-RU"/>
              </w:rPr>
              <w:t>Организация производства</w:t>
            </w:r>
          </w:p>
        </w:tc>
        <w:tc>
          <w:tcPr>
            <w:tcW w:w="526" w:type="pct"/>
            <w:vAlign w:val="center"/>
          </w:tcPr>
          <w:p w14:paraId="4A83474C" w14:textId="3FCC88CE" w:rsidR="00F73E55" w:rsidRDefault="00E64D3E" w:rsidP="00505372">
            <w:pPr>
              <w:jc w:val="center"/>
            </w:pPr>
            <w:r>
              <w:rPr>
                <w:lang w:val="ru-RU"/>
              </w:rPr>
              <w:t>О</w:t>
            </w:r>
            <w:r w:rsidR="00F73E55">
              <w:t>ПК-2</w:t>
            </w:r>
          </w:p>
        </w:tc>
        <w:tc>
          <w:tcPr>
            <w:tcW w:w="479" w:type="pct"/>
            <w:vAlign w:val="center"/>
          </w:tcPr>
          <w:p w14:paraId="295316E9" w14:textId="77777777" w:rsidR="00F73E55" w:rsidRDefault="00F73E55" w:rsidP="00505372">
            <w:pPr>
              <w:jc w:val="center"/>
            </w:pPr>
            <w:r>
              <w:t>80.0%</w:t>
            </w:r>
          </w:p>
        </w:tc>
        <w:tc>
          <w:tcPr>
            <w:tcW w:w="437" w:type="pct"/>
            <w:vAlign w:val="center"/>
          </w:tcPr>
          <w:p w14:paraId="73A2BC7D" w14:textId="77777777" w:rsidR="00F73E55" w:rsidRDefault="00F73E55" w:rsidP="00505372">
            <w:pPr>
              <w:jc w:val="center"/>
            </w:pPr>
            <w:r>
              <w:t>23.03.2026</w:t>
            </w:r>
          </w:p>
        </w:tc>
      </w:tr>
      <w:tr w:rsidR="00F73E55" w14:paraId="02FA92EC" w14:textId="77777777" w:rsidTr="00505372">
        <w:tc>
          <w:tcPr>
            <w:tcW w:w="354" w:type="pct"/>
            <w:vAlign w:val="center"/>
          </w:tcPr>
          <w:p w14:paraId="5AB7B521" w14:textId="77777777" w:rsidR="00F73E55" w:rsidRDefault="00F73E55" w:rsidP="00505372">
            <w:pPr>
              <w:jc w:val="center"/>
            </w:pPr>
            <w:r>
              <w:t>23.03.02</w:t>
            </w:r>
          </w:p>
        </w:tc>
        <w:tc>
          <w:tcPr>
            <w:tcW w:w="899" w:type="pct"/>
            <w:vAlign w:val="center"/>
          </w:tcPr>
          <w:p w14:paraId="54AC978B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машины и оборудование</w:t>
            </w:r>
          </w:p>
        </w:tc>
        <w:tc>
          <w:tcPr>
            <w:tcW w:w="308" w:type="pct"/>
            <w:vAlign w:val="center"/>
          </w:tcPr>
          <w:p w14:paraId="7C3E8031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04C8C9B2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25EE68BD" w14:textId="77777777" w:rsidR="00F73E55" w:rsidRDefault="00F73E55" w:rsidP="00505372">
            <w:pPr>
              <w:jc w:val="center"/>
            </w:pPr>
            <w:r>
              <w:t>СДМзус-23</w:t>
            </w:r>
          </w:p>
        </w:tc>
        <w:tc>
          <w:tcPr>
            <w:tcW w:w="1334" w:type="pct"/>
            <w:vAlign w:val="center"/>
          </w:tcPr>
          <w:p w14:paraId="4634E18B" w14:textId="17F0E801" w:rsidR="00F73E55" w:rsidRPr="00B808C6" w:rsidRDefault="00E64D3E" w:rsidP="00505372">
            <w:pPr>
              <w:jc w:val="center"/>
              <w:rPr>
                <w:lang w:val="ru-RU"/>
              </w:rPr>
            </w:pPr>
            <w:r w:rsidRPr="00E64D3E">
              <w:rPr>
                <w:lang w:val="ru-RU"/>
              </w:rPr>
              <w:t>Б1.В.01.09</w:t>
            </w:r>
            <w:r>
              <w:rPr>
                <w:lang w:val="ru-RU"/>
              </w:rPr>
              <w:t xml:space="preserve"> </w:t>
            </w:r>
            <w:r w:rsidRPr="00E64D3E">
              <w:rPr>
                <w:lang w:val="ru-RU"/>
              </w:rPr>
              <w:t>Технология производства и ремонт подъемно-транспортных, строительных, дорожных машин и оборудования</w:t>
            </w:r>
          </w:p>
        </w:tc>
        <w:tc>
          <w:tcPr>
            <w:tcW w:w="526" w:type="pct"/>
            <w:vAlign w:val="center"/>
          </w:tcPr>
          <w:p w14:paraId="75BD64E3" w14:textId="2ADAD2BF" w:rsidR="00F73E55" w:rsidRPr="009D4AA6" w:rsidRDefault="009D4AA6" w:rsidP="00505372">
            <w:pPr>
              <w:jc w:val="center"/>
              <w:rPr>
                <w:lang w:val="ru-RU"/>
              </w:rPr>
            </w:pPr>
            <w:r w:rsidRPr="009D4AA6">
              <w:t>ПК-</w:t>
            </w:r>
            <w:r>
              <w:rPr>
                <w:lang w:val="ru-RU"/>
              </w:rPr>
              <w:t>3,</w:t>
            </w:r>
            <w:r w:rsidRPr="009D4AA6">
              <w:t xml:space="preserve"> ПК-</w:t>
            </w:r>
            <w:r>
              <w:rPr>
                <w:lang w:val="ru-RU"/>
              </w:rPr>
              <w:t>7</w:t>
            </w:r>
          </w:p>
        </w:tc>
        <w:tc>
          <w:tcPr>
            <w:tcW w:w="479" w:type="pct"/>
            <w:vAlign w:val="center"/>
          </w:tcPr>
          <w:p w14:paraId="7DD45F08" w14:textId="77777777" w:rsidR="00F73E55" w:rsidRDefault="00F73E55" w:rsidP="00505372">
            <w:pPr>
              <w:jc w:val="center"/>
            </w:pPr>
            <w:r>
              <w:t>73.0%</w:t>
            </w:r>
          </w:p>
        </w:tc>
        <w:tc>
          <w:tcPr>
            <w:tcW w:w="437" w:type="pct"/>
            <w:vAlign w:val="center"/>
          </w:tcPr>
          <w:p w14:paraId="574EBECD" w14:textId="77777777" w:rsidR="00F73E55" w:rsidRDefault="00F73E55" w:rsidP="00505372">
            <w:pPr>
              <w:jc w:val="center"/>
            </w:pPr>
            <w:r>
              <w:t>24.03.2026</w:t>
            </w:r>
          </w:p>
        </w:tc>
      </w:tr>
      <w:tr w:rsidR="00F73E55" w14:paraId="10DB0A9A" w14:textId="77777777" w:rsidTr="00505372">
        <w:tc>
          <w:tcPr>
            <w:tcW w:w="354" w:type="pct"/>
            <w:vAlign w:val="center"/>
          </w:tcPr>
          <w:p w14:paraId="61E3100B" w14:textId="77777777" w:rsidR="00F73E55" w:rsidRDefault="00F73E55" w:rsidP="00505372">
            <w:pPr>
              <w:jc w:val="center"/>
            </w:pPr>
            <w:r>
              <w:t>23.03.02</w:t>
            </w:r>
          </w:p>
        </w:tc>
        <w:tc>
          <w:tcPr>
            <w:tcW w:w="899" w:type="pct"/>
            <w:vAlign w:val="center"/>
          </w:tcPr>
          <w:p w14:paraId="5EEB6B8F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машины и оборудование</w:t>
            </w:r>
          </w:p>
        </w:tc>
        <w:tc>
          <w:tcPr>
            <w:tcW w:w="308" w:type="pct"/>
            <w:vAlign w:val="center"/>
          </w:tcPr>
          <w:p w14:paraId="088A3D92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3A68BDBE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5F43E23C" w14:textId="77777777" w:rsidR="00F73E55" w:rsidRDefault="00F73E55" w:rsidP="00505372">
            <w:pPr>
              <w:jc w:val="center"/>
            </w:pPr>
            <w:r>
              <w:t>СДМзус-23</w:t>
            </w:r>
          </w:p>
        </w:tc>
        <w:tc>
          <w:tcPr>
            <w:tcW w:w="1334" w:type="pct"/>
            <w:vAlign w:val="center"/>
          </w:tcPr>
          <w:p w14:paraId="4A4B0B30" w14:textId="3C33BAD6" w:rsidR="00F73E55" w:rsidRPr="00B808C6" w:rsidRDefault="009D4AA6" w:rsidP="00505372">
            <w:pPr>
              <w:jc w:val="center"/>
              <w:rPr>
                <w:lang w:val="ru-RU"/>
              </w:rPr>
            </w:pPr>
            <w:r w:rsidRPr="009D4AA6">
              <w:rPr>
                <w:lang w:val="ru-RU"/>
              </w:rPr>
              <w:t>Б1.О.09.08</w:t>
            </w:r>
            <w:r>
              <w:rPr>
                <w:lang w:val="ru-RU"/>
              </w:rPr>
              <w:t xml:space="preserve"> </w:t>
            </w:r>
            <w:r w:rsidRPr="009D4AA6">
              <w:rPr>
                <w:lang w:val="ru-RU"/>
              </w:rPr>
              <w:t>Организация производства</w:t>
            </w:r>
          </w:p>
        </w:tc>
        <w:tc>
          <w:tcPr>
            <w:tcW w:w="526" w:type="pct"/>
            <w:vAlign w:val="center"/>
          </w:tcPr>
          <w:p w14:paraId="3BF8FFCA" w14:textId="5E7C835D" w:rsidR="00F73E55" w:rsidRDefault="009D4AA6" w:rsidP="00505372">
            <w:pPr>
              <w:jc w:val="center"/>
            </w:pPr>
            <w:r>
              <w:rPr>
                <w:lang w:val="ru-RU"/>
              </w:rPr>
              <w:t>О</w:t>
            </w:r>
            <w:r w:rsidR="00F73E55">
              <w:t>ПК-2</w:t>
            </w:r>
          </w:p>
        </w:tc>
        <w:tc>
          <w:tcPr>
            <w:tcW w:w="479" w:type="pct"/>
            <w:vAlign w:val="center"/>
          </w:tcPr>
          <w:p w14:paraId="5A79A992" w14:textId="77777777" w:rsidR="00F73E55" w:rsidRDefault="00F73E55" w:rsidP="00505372">
            <w:pPr>
              <w:jc w:val="center"/>
            </w:pPr>
            <w:r>
              <w:t>72.0%</w:t>
            </w:r>
          </w:p>
        </w:tc>
        <w:tc>
          <w:tcPr>
            <w:tcW w:w="437" w:type="pct"/>
            <w:vAlign w:val="center"/>
          </w:tcPr>
          <w:p w14:paraId="086B20EE" w14:textId="77777777" w:rsidR="00F73E55" w:rsidRDefault="00F73E55" w:rsidP="00505372">
            <w:pPr>
              <w:jc w:val="center"/>
            </w:pPr>
            <w:r>
              <w:t>30.03.2026</w:t>
            </w:r>
          </w:p>
        </w:tc>
      </w:tr>
      <w:tr w:rsidR="00F73E55" w14:paraId="5CE6044F" w14:textId="77777777" w:rsidTr="00505372">
        <w:tc>
          <w:tcPr>
            <w:tcW w:w="354" w:type="pct"/>
            <w:vAlign w:val="center"/>
          </w:tcPr>
          <w:p w14:paraId="3E327C01" w14:textId="77777777" w:rsidR="00F73E55" w:rsidRDefault="00F73E55" w:rsidP="00505372">
            <w:pPr>
              <w:jc w:val="center"/>
            </w:pPr>
            <w:r>
              <w:t>23.03.02</w:t>
            </w:r>
          </w:p>
        </w:tc>
        <w:tc>
          <w:tcPr>
            <w:tcW w:w="899" w:type="pct"/>
            <w:vAlign w:val="center"/>
          </w:tcPr>
          <w:p w14:paraId="31CC05D6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машины и оборудование</w:t>
            </w:r>
          </w:p>
        </w:tc>
        <w:tc>
          <w:tcPr>
            <w:tcW w:w="308" w:type="pct"/>
            <w:vAlign w:val="center"/>
          </w:tcPr>
          <w:p w14:paraId="7B08A38D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15775D00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1F377762" w14:textId="77777777" w:rsidR="00F73E55" w:rsidRDefault="00F73E55" w:rsidP="00505372">
            <w:pPr>
              <w:jc w:val="center"/>
            </w:pPr>
            <w:r>
              <w:t>СДМзус-23</w:t>
            </w:r>
          </w:p>
        </w:tc>
        <w:tc>
          <w:tcPr>
            <w:tcW w:w="1334" w:type="pct"/>
            <w:vAlign w:val="center"/>
          </w:tcPr>
          <w:p w14:paraId="2DEBAECA" w14:textId="67C9033C" w:rsidR="00F73E55" w:rsidRPr="00B808C6" w:rsidRDefault="009D4AA6" w:rsidP="00505372">
            <w:pPr>
              <w:jc w:val="center"/>
              <w:rPr>
                <w:lang w:val="ru-RU"/>
              </w:rPr>
            </w:pPr>
            <w:r w:rsidRPr="009D4AA6">
              <w:rPr>
                <w:lang w:val="ru-RU"/>
              </w:rPr>
              <w:t>Б1.О.09.03</w:t>
            </w:r>
            <w:r>
              <w:rPr>
                <w:lang w:val="ru-RU"/>
              </w:rPr>
              <w:t xml:space="preserve"> </w:t>
            </w:r>
            <w:r w:rsidR="00F73E55" w:rsidRPr="00B808C6">
              <w:rPr>
                <w:lang w:val="ru-RU"/>
              </w:rPr>
              <w:t>Управление техническими системами</w:t>
            </w:r>
          </w:p>
        </w:tc>
        <w:tc>
          <w:tcPr>
            <w:tcW w:w="526" w:type="pct"/>
            <w:vAlign w:val="center"/>
          </w:tcPr>
          <w:p w14:paraId="459D3A19" w14:textId="10561ED8" w:rsidR="00F73E55" w:rsidRPr="009D4AA6" w:rsidRDefault="00F73E55" w:rsidP="00505372">
            <w:pPr>
              <w:jc w:val="center"/>
              <w:rPr>
                <w:lang w:val="ru-RU"/>
              </w:rPr>
            </w:pPr>
            <w:r>
              <w:t>ОПК-</w:t>
            </w:r>
            <w:r w:rsidR="009D4AA6">
              <w:rPr>
                <w:lang w:val="ru-RU"/>
              </w:rPr>
              <w:t>1</w:t>
            </w:r>
          </w:p>
        </w:tc>
        <w:tc>
          <w:tcPr>
            <w:tcW w:w="479" w:type="pct"/>
            <w:vAlign w:val="center"/>
          </w:tcPr>
          <w:p w14:paraId="3BCAAC32" w14:textId="77777777" w:rsidR="00F73E55" w:rsidRDefault="00F73E55" w:rsidP="00505372">
            <w:pPr>
              <w:jc w:val="center"/>
            </w:pPr>
            <w:r>
              <w:t>69.0%</w:t>
            </w:r>
          </w:p>
        </w:tc>
        <w:tc>
          <w:tcPr>
            <w:tcW w:w="437" w:type="pct"/>
            <w:vAlign w:val="center"/>
          </w:tcPr>
          <w:p w14:paraId="693CCF35" w14:textId="77777777" w:rsidR="00F73E55" w:rsidRDefault="00F73E55" w:rsidP="00505372">
            <w:pPr>
              <w:jc w:val="center"/>
            </w:pPr>
            <w:r>
              <w:t>01.04.2026</w:t>
            </w:r>
          </w:p>
        </w:tc>
      </w:tr>
      <w:tr w:rsidR="00F73E55" w14:paraId="13DBAC02" w14:textId="77777777" w:rsidTr="00505372">
        <w:tc>
          <w:tcPr>
            <w:tcW w:w="354" w:type="pct"/>
            <w:vAlign w:val="center"/>
          </w:tcPr>
          <w:p w14:paraId="7F4045A7" w14:textId="77777777" w:rsidR="00F73E55" w:rsidRDefault="00F73E55" w:rsidP="00505372">
            <w:pPr>
              <w:jc w:val="center"/>
            </w:pPr>
            <w:r>
              <w:t>23.03.02</w:t>
            </w:r>
          </w:p>
        </w:tc>
        <w:tc>
          <w:tcPr>
            <w:tcW w:w="899" w:type="pct"/>
            <w:vAlign w:val="center"/>
          </w:tcPr>
          <w:p w14:paraId="5FBD1AA4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машины и оборудование</w:t>
            </w:r>
          </w:p>
        </w:tc>
        <w:tc>
          <w:tcPr>
            <w:tcW w:w="308" w:type="pct"/>
            <w:vAlign w:val="center"/>
          </w:tcPr>
          <w:p w14:paraId="74B3F2E5" w14:textId="77777777" w:rsidR="00F73E55" w:rsidRDefault="00F73E55" w:rsidP="00505372">
            <w:pPr>
              <w:jc w:val="center"/>
            </w:pPr>
            <w:r>
              <w:t>2021</w:t>
            </w:r>
          </w:p>
        </w:tc>
        <w:tc>
          <w:tcPr>
            <w:tcW w:w="229" w:type="pct"/>
            <w:vAlign w:val="center"/>
          </w:tcPr>
          <w:p w14:paraId="367A3BEB" w14:textId="77777777" w:rsidR="00F73E55" w:rsidRDefault="00F73E55" w:rsidP="00505372">
            <w:pPr>
              <w:jc w:val="center"/>
            </w:pPr>
            <w:r>
              <w:t>5</w:t>
            </w:r>
          </w:p>
        </w:tc>
        <w:tc>
          <w:tcPr>
            <w:tcW w:w="433" w:type="pct"/>
            <w:vAlign w:val="center"/>
          </w:tcPr>
          <w:p w14:paraId="0A59829D" w14:textId="77777777" w:rsidR="00F73E55" w:rsidRDefault="00F73E55" w:rsidP="00505372">
            <w:pPr>
              <w:jc w:val="center"/>
            </w:pPr>
            <w:r>
              <w:t>СДМз-21</w:t>
            </w:r>
          </w:p>
        </w:tc>
        <w:tc>
          <w:tcPr>
            <w:tcW w:w="1334" w:type="pct"/>
            <w:vAlign w:val="center"/>
          </w:tcPr>
          <w:p w14:paraId="26F46527" w14:textId="0B666556" w:rsidR="00F73E55" w:rsidRPr="00B808C6" w:rsidRDefault="009D4AA6" w:rsidP="00505372">
            <w:pPr>
              <w:jc w:val="center"/>
              <w:rPr>
                <w:lang w:val="ru-RU"/>
              </w:rPr>
            </w:pPr>
            <w:r w:rsidRPr="009D4AA6">
              <w:rPr>
                <w:lang w:val="ru-RU"/>
              </w:rPr>
              <w:t>Б1.В.01.09</w:t>
            </w:r>
            <w:r>
              <w:rPr>
                <w:lang w:val="ru-RU"/>
              </w:rPr>
              <w:t xml:space="preserve"> </w:t>
            </w:r>
            <w:r w:rsidRPr="009D4AA6">
              <w:rPr>
                <w:lang w:val="ru-RU"/>
              </w:rPr>
              <w:t>Технология производства и ремонт подъемно-транспортных, строительных, дорожных машин и оборудования</w:t>
            </w:r>
          </w:p>
        </w:tc>
        <w:tc>
          <w:tcPr>
            <w:tcW w:w="526" w:type="pct"/>
            <w:vAlign w:val="center"/>
          </w:tcPr>
          <w:p w14:paraId="08D951C7" w14:textId="0D0345D9" w:rsidR="00F73E55" w:rsidRPr="009D4AA6" w:rsidRDefault="00F73E55" w:rsidP="00505372">
            <w:pPr>
              <w:jc w:val="center"/>
              <w:rPr>
                <w:lang w:val="ru-RU"/>
              </w:rPr>
            </w:pPr>
            <w:r>
              <w:t>ПК-</w:t>
            </w:r>
            <w:r w:rsidR="009D4AA6">
              <w:rPr>
                <w:lang w:val="ru-RU"/>
              </w:rPr>
              <w:t>3</w:t>
            </w:r>
          </w:p>
        </w:tc>
        <w:tc>
          <w:tcPr>
            <w:tcW w:w="479" w:type="pct"/>
            <w:vAlign w:val="center"/>
          </w:tcPr>
          <w:p w14:paraId="1422F325" w14:textId="77777777" w:rsidR="00F73E55" w:rsidRDefault="00F73E55" w:rsidP="00505372">
            <w:pPr>
              <w:jc w:val="center"/>
            </w:pPr>
            <w:r>
              <w:t>75.0%</w:t>
            </w:r>
          </w:p>
        </w:tc>
        <w:tc>
          <w:tcPr>
            <w:tcW w:w="437" w:type="pct"/>
            <w:vAlign w:val="center"/>
          </w:tcPr>
          <w:p w14:paraId="1BD6A098" w14:textId="77777777" w:rsidR="00F73E55" w:rsidRDefault="00F73E55" w:rsidP="00505372">
            <w:pPr>
              <w:jc w:val="center"/>
            </w:pPr>
            <w:r>
              <w:t>02.04.2026</w:t>
            </w:r>
          </w:p>
        </w:tc>
      </w:tr>
      <w:tr w:rsidR="00F73E55" w14:paraId="67A6C46A" w14:textId="77777777" w:rsidTr="00505372">
        <w:tc>
          <w:tcPr>
            <w:tcW w:w="354" w:type="pct"/>
            <w:vAlign w:val="center"/>
          </w:tcPr>
          <w:p w14:paraId="6D627276" w14:textId="77777777" w:rsidR="00F73E55" w:rsidRDefault="00F73E55" w:rsidP="00505372">
            <w:pPr>
              <w:jc w:val="center"/>
            </w:pPr>
            <w:r>
              <w:t>23.03.02</w:t>
            </w:r>
          </w:p>
        </w:tc>
        <w:tc>
          <w:tcPr>
            <w:tcW w:w="899" w:type="pct"/>
            <w:vAlign w:val="center"/>
          </w:tcPr>
          <w:p w14:paraId="74CDF95F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машины и оборудование</w:t>
            </w:r>
          </w:p>
        </w:tc>
        <w:tc>
          <w:tcPr>
            <w:tcW w:w="308" w:type="pct"/>
            <w:vAlign w:val="center"/>
          </w:tcPr>
          <w:p w14:paraId="1CE4AFEB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0C3D8E56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308A230E" w14:textId="77777777" w:rsidR="00F73E55" w:rsidRDefault="00F73E55" w:rsidP="00505372">
            <w:pPr>
              <w:jc w:val="center"/>
            </w:pPr>
            <w:r>
              <w:t>СДМз-22</w:t>
            </w:r>
          </w:p>
        </w:tc>
        <w:tc>
          <w:tcPr>
            <w:tcW w:w="1334" w:type="pct"/>
            <w:vAlign w:val="center"/>
          </w:tcPr>
          <w:p w14:paraId="3E6F9133" w14:textId="7A9AC88F" w:rsidR="00F73E55" w:rsidRPr="00B808C6" w:rsidRDefault="009D4AA6" w:rsidP="00505372">
            <w:pPr>
              <w:jc w:val="center"/>
              <w:rPr>
                <w:lang w:val="ru-RU"/>
              </w:rPr>
            </w:pPr>
            <w:r w:rsidRPr="009D4AA6">
              <w:rPr>
                <w:lang w:val="ru-RU"/>
              </w:rPr>
              <w:t>Б1.О.09.03</w:t>
            </w:r>
            <w:r>
              <w:rPr>
                <w:lang w:val="ru-RU"/>
              </w:rPr>
              <w:t xml:space="preserve"> </w:t>
            </w:r>
            <w:r w:rsidR="00F73E55" w:rsidRPr="00B808C6">
              <w:rPr>
                <w:lang w:val="ru-RU"/>
              </w:rPr>
              <w:t>Управление техническими системами</w:t>
            </w:r>
          </w:p>
        </w:tc>
        <w:tc>
          <w:tcPr>
            <w:tcW w:w="526" w:type="pct"/>
            <w:vAlign w:val="center"/>
          </w:tcPr>
          <w:p w14:paraId="59222572" w14:textId="69A6899D" w:rsidR="00F73E55" w:rsidRPr="009D4AA6" w:rsidRDefault="00F73E55" w:rsidP="00505372">
            <w:pPr>
              <w:jc w:val="center"/>
              <w:rPr>
                <w:lang w:val="ru-RU"/>
              </w:rPr>
            </w:pPr>
            <w:r>
              <w:t>ОПК-</w:t>
            </w:r>
            <w:r w:rsidR="009D4AA6">
              <w:rPr>
                <w:lang w:val="ru-RU"/>
              </w:rPr>
              <w:t>1</w:t>
            </w:r>
          </w:p>
        </w:tc>
        <w:tc>
          <w:tcPr>
            <w:tcW w:w="479" w:type="pct"/>
            <w:vAlign w:val="center"/>
          </w:tcPr>
          <w:p w14:paraId="0E03710A" w14:textId="77777777" w:rsidR="00F73E55" w:rsidRDefault="00F73E55" w:rsidP="00505372">
            <w:pPr>
              <w:jc w:val="center"/>
            </w:pPr>
            <w:r>
              <w:t>45.0%</w:t>
            </w:r>
          </w:p>
        </w:tc>
        <w:tc>
          <w:tcPr>
            <w:tcW w:w="437" w:type="pct"/>
            <w:vAlign w:val="center"/>
          </w:tcPr>
          <w:p w14:paraId="35145251" w14:textId="77777777" w:rsidR="00F73E55" w:rsidRDefault="00F73E55" w:rsidP="00505372">
            <w:pPr>
              <w:jc w:val="center"/>
            </w:pPr>
            <w:r>
              <w:t>14.04.2026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05372"/>
    <w:rsid w:val="005C48D3"/>
    <w:rsid w:val="00702BF4"/>
    <w:rsid w:val="009D4AA6"/>
    <w:rsid w:val="00AA1D8D"/>
    <w:rsid w:val="00B47730"/>
    <w:rsid w:val="00B808C6"/>
    <w:rsid w:val="00CB0664"/>
    <w:rsid w:val="00DB4C40"/>
    <w:rsid w:val="00E64D3E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2026-08-06T09:28:00Z</dcterms:created>
  <dcterms:modified xsi:type="dcterms:W3CDTF">2026-08-06T09:37:00Z</dcterms:modified>
  <cp:category/>
</cp:coreProperties>
</file>