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71FCC3" w14:textId="77777777" w:rsidR="00D42075" w:rsidRPr="003704DD" w:rsidRDefault="006210DE">
      <w:pPr>
        <w:rPr>
          <w:lang w:val="ru-RU"/>
        </w:rPr>
      </w:pPr>
      <w:r w:rsidRPr="003704DD">
        <w:rPr>
          <w:lang w:val="ru-RU"/>
        </w:rPr>
        <w:t>Отчёт по результатам дисциплин 'ООП'</w:t>
      </w:r>
    </w:p>
    <w:p w14:paraId="7EFA84C0" w14:textId="77777777" w:rsidR="00D42075" w:rsidRPr="003704DD" w:rsidRDefault="006210DE">
      <w:pPr>
        <w:rPr>
          <w:lang w:val="ru-RU"/>
        </w:rPr>
      </w:pPr>
      <w:r w:rsidRPr="003704DD">
        <w:rPr>
          <w:lang w:val="ru-RU"/>
        </w:rPr>
        <w:t>Анализ по профилям групп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1054"/>
        <w:gridCol w:w="2699"/>
        <w:gridCol w:w="921"/>
        <w:gridCol w:w="700"/>
        <w:gridCol w:w="1066"/>
        <w:gridCol w:w="1541"/>
        <w:gridCol w:w="1302"/>
        <w:gridCol w:w="2097"/>
      </w:tblGrid>
      <w:tr w:rsidR="009F01C8" w14:paraId="550ED415" w14:textId="77777777" w:rsidTr="009F01C8">
        <w:tc>
          <w:tcPr>
            <w:tcW w:w="1054" w:type="dxa"/>
            <w:vAlign w:val="center"/>
          </w:tcPr>
          <w:p w14:paraId="120F150A" w14:textId="77777777" w:rsidR="009F01C8" w:rsidRDefault="009F01C8" w:rsidP="006E7F4C">
            <w:pPr>
              <w:jc w:val="center"/>
            </w:pPr>
            <w:r>
              <w:rPr>
                <w:b/>
                <w:sz w:val="20"/>
              </w:rPr>
              <w:t>ООП</w:t>
            </w:r>
          </w:p>
        </w:tc>
        <w:tc>
          <w:tcPr>
            <w:tcW w:w="2699" w:type="dxa"/>
            <w:vAlign w:val="center"/>
          </w:tcPr>
          <w:p w14:paraId="67A6CDF6" w14:textId="77777777" w:rsidR="009F01C8" w:rsidRDefault="009F01C8" w:rsidP="006E7F4C">
            <w:pPr>
              <w:jc w:val="center"/>
            </w:pPr>
            <w:proofErr w:type="spellStart"/>
            <w:r>
              <w:rPr>
                <w:b/>
                <w:sz w:val="20"/>
              </w:rPr>
              <w:t>Профиль</w:t>
            </w:r>
            <w:proofErr w:type="spellEnd"/>
          </w:p>
        </w:tc>
        <w:tc>
          <w:tcPr>
            <w:tcW w:w="921" w:type="dxa"/>
            <w:vAlign w:val="center"/>
          </w:tcPr>
          <w:p w14:paraId="05385274" w14:textId="77777777" w:rsidR="009F01C8" w:rsidRDefault="009F01C8" w:rsidP="006E7F4C">
            <w:pPr>
              <w:jc w:val="center"/>
            </w:pPr>
            <w:proofErr w:type="spellStart"/>
            <w:r>
              <w:rPr>
                <w:b/>
                <w:sz w:val="20"/>
              </w:rPr>
              <w:t>Год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набора</w:t>
            </w:r>
            <w:proofErr w:type="spellEnd"/>
          </w:p>
        </w:tc>
        <w:tc>
          <w:tcPr>
            <w:tcW w:w="700" w:type="dxa"/>
            <w:vAlign w:val="center"/>
          </w:tcPr>
          <w:p w14:paraId="5CBFD7D3" w14:textId="77777777" w:rsidR="009F01C8" w:rsidRDefault="009F01C8" w:rsidP="006E7F4C">
            <w:pPr>
              <w:jc w:val="center"/>
            </w:pPr>
            <w:proofErr w:type="spellStart"/>
            <w:r>
              <w:rPr>
                <w:b/>
                <w:sz w:val="20"/>
              </w:rPr>
              <w:t>Курс</w:t>
            </w:r>
            <w:proofErr w:type="spellEnd"/>
          </w:p>
        </w:tc>
        <w:tc>
          <w:tcPr>
            <w:tcW w:w="1066" w:type="dxa"/>
            <w:vAlign w:val="center"/>
          </w:tcPr>
          <w:p w14:paraId="46C78F85" w14:textId="77777777" w:rsidR="009F01C8" w:rsidRDefault="009F01C8" w:rsidP="006E7F4C">
            <w:pPr>
              <w:jc w:val="center"/>
            </w:pPr>
            <w:proofErr w:type="spellStart"/>
            <w:r>
              <w:rPr>
                <w:b/>
                <w:sz w:val="20"/>
              </w:rPr>
              <w:t>Средний</w:t>
            </w:r>
            <w:proofErr w:type="spellEnd"/>
            <w:r>
              <w:rPr>
                <w:b/>
                <w:sz w:val="20"/>
              </w:rPr>
              <w:t xml:space="preserve"> % ОПОП</w:t>
            </w:r>
          </w:p>
        </w:tc>
        <w:tc>
          <w:tcPr>
            <w:tcW w:w="1541" w:type="dxa"/>
            <w:vAlign w:val="center"/>
          </w:tcPr>
          <w:p w14:paraId="70D9C14C" w14:textId="77777777" w:rsidR="009F01C8" w:rsidRDefault="009F01C8" w:rsidP="006E7F4C">
            <w:pPr>
              <w:jc w:val="center"/>
            </w:pPr>
            <w:proofErr w:type="spellStart"/>
            <w:r>
              <w:rPr>
                <w:b/>
                <w:sz w:val="20"/>
              </w:rPr>
              <w:t>Перечень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оценённых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компетенций</w:t>
            </w:r>
            <w:proofErr w:type="spellEnd"/>
          </w:p>
        </w:tc>
        <w:tc>
          <w:tcPr>
            <w:tcW w:w="1302" w:type="dxa"/>
            <w:vAlign w:val="center"/>
          </w:tcPr>
          <w:p w14:paraId="6CD97499" w14:textId="77777777" w:rsidR="009F01C8" w:rsidRDefault="009F01C8" w:rsidP="006E7F4C">
            <w:pPr>
              <w:jc w:val="center"/>
            </w:pPr>
            <w:proofErr w:type="spellStart"/>
            <w:r>
              <w:rPr>
                <w:b/>
                <w:sz w:val="20"/>
              </w:rPr>
              <w:t>Кол-во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дисциплин</w:t>
            </w:r>
            <w:proofErr w:type="spellEnd"/>
          </w:p>
        </w:tc>
        <w:tc>
          <w:tcPr>
            <w:tcW w:w="2097" w:type="dxa"/>
            <w:vAlign w:val="center"/>
          </w:tcPr>
          <w:p w14:paraId="6D5AF250" w14:textId="77777777" w:rsidR="009F01C8" w:rsidRDefault="009F01C8" w:rsidP="006E7F4C">
            <w:pPr>
              <w:jc w:val="center"/>
            </w:pPr>
            <w:proofErr w:type="spellStart"/>
            <w:r>
              <w:rPr>
                <w:b/>
                <w:sz w:val="20"/>
              </w:rPr>
              <w:t>Уровень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сформированности</w:t>
            </w:r>
            <w:proofErr w:type="spellEnd"/>
          </w:p>
        </w:tc>
      </w:tr>
      <w:tr w:rsidR="009F01C8" w14:paraId="53320CF9" w14:textId="77777777" w:rsidTr="009F01C8">
        <w:tc>
          <w:tcPr>
            <w:tcW w:w="1054" w:type="dxa"/>
            <w:vAlign w:val="center"/>
          </w:tcPr>
          <w:p w14:paraId="34EB0E8F" w14:textId="77777777" w:rsidR="009F01C8" w:rsidRDefault="009F01C8" w:rsidP="006E7F4C">
            <w:pPr>
              <w:jc w:val="center"/>
            </w:pPr>
            <w:r>
              <w:t>23.03.02</w:t>
            </w:r>
          </w:p>
        </w:tc>
        <w:tc>
          <w:tcPr>
            <w:tcW w:w="2699" w:type="dxa"/>
            <w:vAlign w:val="center"/>
          </w:tcPr>
          <w:p w14:paraId="389A5120" w14:textId="77777777" w:rsidR="009F01C8" w:rsidRPr="007B438D" w:rsidRDefault="009F01C8" w:rsidP="006E7F4C">
            <w:pPr>
              <w:jc w:val="center"/>
              <w:rPr>
                <w:lang w:val="ru-RU"/>
              </w:rPr>
            </w:pPr>
            <w:r w:rsidRPr="007B438D">
              <w:rPr>
                <w:lang w:val="ru-RU"/>
              </w:rPr>
              <w:t>Подъемно-транспортные, строительные, дорожные машины и оборудование</w:t>
            </w:r>
          </w:p>
        </w:tc>
        <w:tc>
          <w:tcPr>
            <w:tcW w:w="921" w:type="dxa"/>
            <w:vAlign w:val="center"/>
          </w:tcPr>
          <w:p w14:paraId="132715EA" w14:textId="77777777" w:rsidR="009F01C8" w:rsidRDefault="009F01C8" w:rsidP="006E7F4C">
            <w:pPr>
              <w:jc w:val="center"/>
            </w:pPr>
            <w:r>
              <w:t>2021</w:t>
            </w:r>
          </w:p>
        </w:tc>
        <w:tc>
          <w:tcPr>
            <w:tcW w:w="700" w:type="dxa"/>
            <w:vAlign w:val="center"/>
          </w:tcPr>
          <w:p w14:paraId="5D806AF4" w14:textId="77777777" w:rsidR="009F01C8" w:rsidRDefault="009F01C8" w:rsidP="006E7F4C">
            <w:pPr>
              <w:jc w:val="center"/>
            </w:pPr>
            <w:r>
              <w:t>5</w:t>
            </w:r>
          </w:p>
        </w:tc>
        <w:tc>
          <w:tcPr>
            <w:tcW w:w="1066" w:type="dxa"/>
            <w:vAlign w:val="center"/>
          </w:tcPr>
          <w:p w14:paraId="2293EE48" w14:textId="77777777" w:rsidR="009F01C8" w:rsidRDefault="009F01C8" w:rsidP="006E7F4C">
            <w:pPr>
              <w:jc w:val="center"/>
            </w:pPr>
            <w:r>
              <w:t>77.5%</w:t>
            </w:r>
          </w:p>
        </w:tc>
        <w:tc>
          <w:tcPr>
            <w:tcW w:w="1541" w:type="dxa"/>
            <w:vAlign w:val="center"/>
          </w:tcPr>
          <w:p w14:paraId="2028F941" w14:textId="2084E530" w:rsidR="009F01C8" w:rsidRPr="007B438D" w:rsidRDefault="009F01C8" w:rsidP="006E7F4C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</w:t>
            </w:r>
            <w:r w:rsidRPr="007B438D">
              <w:rPr>
                <w:lang w:val="ru-RU"/>
              </w:rPr>
              <w:t>ПК-2</w:t>
            </w:r>
            <w:r>
              <w:rPr>
                <w:lang w:val="ru-RU"/>
              </w:rPr>
              <w:t>,</w:t>
            </w:r>
            <w:r w:rsidRPr="007B438D">
              <w:rPr>
                <w:lang w:val="ru-RU"/>
              </w:rPr>
              <w:t xml:space="preserve"> ПК-3</w:t>
            </w:r>
          </w:p>
        </w:tc>
        <w:tc>
          <w:tcPr>
            <w:tcW w:w="1302" w:type="dxa"/>
            <w:vAlign w:val="center"/>
          </w:tcPr>
          <w:p w14:paraId="5EEEF5D3" w14:textId="77777777" w:rsidR="009F01C8" w:rsidRDefault="009F01C8" w:rsidP="006E7F4C">
            <w:pPr>
              <w:jc w:val="center"/>
            </w:pPr>
            <w:r>
              <w:t>2</w:t>
            </w:r>
          </w:p>
        </w:tc>
        <w:tc>
          <w:tcPr>
            <w:tcW w:w="2097" w:type="dxa"/>
            <w:vAlign w:val="center"/>
          </w:tcPr>
          <w:p w14:paraId="105976DF" w14:textId="77777777" w:rsidR="009F01C8" w:rsidRDefault="009F01C8" w:rsidP="006E7F4C">
            <w:pPr>
              <w:jc w:val="center"/>
            </w:pPr>
            <w:proofErr w:type="spellStart"/>
            <w:r>
              <w:t>Высокий</w:t>
            </w:r>
            <w:proofErr w:type="spellEnd"/>
          </w:p>
        </w:tc>
      </w:tr>
      <w:tr w:rsidR="009F01C8" w14:paraId="58738E4D" w14:textId="77777777" w:rsidTr="009F01C8">
        <w:tc>
          <w:tcPr>
            <w:tcW w:w="1054" w:type="dxa"/>
            <w:vAlign w:val="center"/>
          </w:tcPr>
          <w:p w14:paraId="42287CA1" w14:textId="77777777" w:rsidR="009F01C8" w:rsidRDefault="009F01C8" w:rsidP="006E7F4C">
            <w:pPr>
              <w:jc w:val="center"/>
            </w:pPr>
            <w:r>
              <w:t>23.03.02</w:t>
            </w:r>
          </w:p>
        </w:tc>
        <w:tc>
          <w:tcPr>
            <w:tcW w:w="2699" w:type="dxa"/>
            <w:vAlign w:val="center"/>
          </w:tcPr>
          <w:p w14:paraId="264213F7" w14:textId="77777777" w:rsidR="009F01C8" w:rsidRPr="007B438D" w:rsidRDefault="009F01C8" w:rsidP="006E7F4C">
            <w:pPr>
              <w:jc w:val="center"/>
              <w:rPr>
                <w:lang w:val="ru-RU"/>
              </w:rPr>
            </w:pPr>
            <w:r w:rsidRPr="007B438D">
              <w:rPr>
                <w:lang w:val="ru-RU"/>
              </w:rPr>
              <w:t>Подъемно-транспортные, строительные, дорожные машины и оборудование</w:t>
            </w:r>
          </w:p>
        </w:tc>
        <w:tc>
          <w:tcPr>
            <w:tcW w:w="921" w:type="dxa"/>
            <w:vAlign w:val="center"/>
          </w:tcPr>
          <w:p w14:paraId="5004BEA6" w14:textId="77777777" w:rsidR="009F01C8" w:rsidRDefault="009F01C8" w:rsidP="006E7F4C">
            <w:pPr>
              <w:jc w:val="center"/>
            </w:pPr>
            <w:r>
              <w:t>2022</w:t>
            </w:r>
          </w:p>
        </w:tc>
        <w:tc>
          <w:tcPr>
            <w:tcW w:w="700" w:type="dxa"/>
            <w:vAlign w:val="center"/>
          </w:tcPr>
          <w:p w14:paraId="6112D0ED" w14:textId="77777777" w:rsidR="009F01C8" w:rsidRDefault="009F01C8" w:rsidP="006E7F4C">
            <w:pPr>
              <w:jc w:val="center"/>
            </w:pPr>
            <w:r>
              <w:t>4</w:t>
            </w:r>
          </w:p>
        </w:tc>
        <w:tc>
          <w:tcPr>
            <w:tcW w:w="1066" w:type="dxa"/>
            <w:vAlign w:val="center"/>
          </w:tcPr>
          <w:p w14:paraId="29E60025" w14:textId="77777777" w:rsidR="009F01C8" w:rsidRDefault="009F01C8" w:rsidP="006E7F4C">
            <w:pPr>
              <w:jc w:val="center"/>
            </w:pPr>
            <w:r>
              <w:t>45.0%</w:t>
            </w:r>
          </w:p>
        </w:tc>
        <w:tc>
          <w:tcPr>
            <w:tcW w:w="1541" w:type="dxa"/>
            <w:vAlign w:val="center"/>
          </w:tcPr>
          <w:p w14:paraId="77A0626E" w14:textId="25592A12" w:rsidR="009F01C8" w:rsidRDefault="009F01C8" w:rsidP="006E7F4C">
            <w:pPr>
              <w:jc w:val="center"/>
            </w:pPr>
            <w:r>
              <w:t>ОПК-1</w:t>
            </w:r>
          </w:p>
        </w:tc>
        <w:tc>
          <w:tcPr>
            <w:tcW w:w="1302" w:type="dxa"/>
            <w:vAlign w:val="center"/>
          </w:tcPr>
          <w:p w14:paraId="5EED11BE" w14:textId="77777777" w:rsidR="009F01C8" w:rsidRDefault="009F01C8" w:rsidP="006E7F4C">
            <w:pPr>
              <w:jc w:val="center"/>
            </w:pPr>
            <w:r>
              <w:t>1</w:t>
            </w:r>
          </w:p>
        </w:tc>
        <w:tc>
          <w:tcPr>
            <w:tcW w:w="2097" w:type="dxa"/>
            <w:vAlign w:val="center"/>
          </w:tcPr>
          <w:p w14:paraId="47CE828F" w14:textId="77777777" w:rsidR="009F01C8" w:rsidRDefault="009F01C8" w:rsidP="006E7F4C">
            <w:pPr>
              <w:jc w:val="center"/>
            </w:pPr>
            <w:proofErr w:type="spellStart"/>
            <w:r>
              <w:t>Низкий</w:t>
            </w:r>
            <w:proofErr w:type="spellEnd"/>
          </w:p>
        </w:tc>
      </w:tr>
      <w:tr w:rsidR="009F01C8" w14:paraId="3D2507DA" w14:textId="77777777" w:rsidTr="009F01C8">
        <w:tc>
          <w:tcPr>
            <w:tcW w:w="1054" w:type="dxa"/>
            <w:vAlign w:val="center"/>
          </w:tcPr>
          <w:p w14:paraId="6426FE75" w14:textId="77777777" w:rsidR="009F01C8" w:rsidRDefault="009F01C8" w:rsidP="006E7F4C">
            <w:pPr>
              <w:jc w:val="center"/>
            </w:pPr>
            <w:r>
              <w:t>23.03.02</w:t>
            </w:r>
          </w:p>
        </w:tc>
        <w:tc>
          <w:tcPr>
            <w:tcW w:w="2699" w:type="dxa"/>
            <w:vAlign w:val="center"/>
          </w:tcPr>
          <w:p w14:paraId="46FCAA37" w14:textId="77777777" w:rsidR="009F01C8" w:rsidRPr="007B438D" w:rsidRDefault="009F01C8" w:rsidP="006E7F4C">
            <w:pPr>
              <w:jc w:val="center"/>
              <w:rPr>
                <w:lang w:val="ru-RU"/>
              </w:rPr>
            </w:pPr>
            <w:r w:rsidRPr="007B438D">
              <w:rPr>
                <w:lang w:val="ru-RU"/>
              </w:rPr>
              <w:t>Подъемно-транспортные, строительные, дорожные машины и оборудование</w:t>
            </w:r>
          </w:p>
        </w:tc>
        <w:tc>
          <w:tcPr>
            <w:tcW w:w="921" w:type="dxa"/>
            <w:vAlign w:val="center"/>
          </w:tcPr>
          <w:p w14:paraId="661AE668" w14:textId="77777777" w:rsidR="009F01C8" w:rsidRDefault="009F01C8" w:rsidP="006E7F4C">
            <w:pPr>
              <w:jc w:val="center"/>
            </w:pPr>
            <w:r>
              <w:t>2023</w:t>
            </w:r>
          </w:p>
        </w:tc>
        <w:tc>
          <w:tcPr>
            <w:tcW w:w="700" w:type="dxa"/>
            <w:vAlign w:val="center"/>
          </w:tcPr>
          <w:p w14:paraId="3106093C" w14:textId="77777777" w:rsidR="009F01C8" w:rsidRDefault="009F01C8" w:rsidP="006E7F4C">
            <w:pPr>
              <w:jc w:val="center"/>
            </w:pPr>
            <w:r>
              <w:t>3</w:t>
            </w:r>
          </w:p>
        </w:tc>
        <w:tc>
          <w:tcPr>
            <w:tcW w:w="1066" w:type="dxa"/>
            <w:vAlign w:val="center"/>
          </w:tcPr>
          <w:p w14:paraId="4F9D1A63" w14:textId="77777777" w:rsidR="009F01C8" w:rsidRDefault="009F01C8" w:rsidP="006E7F4C">
            <w:pPr>
              <w:jc w:val="center"/>
            </w:pPr>
            <w:r>
              <w:t>71.33%</w:t>
            </w:r>
          </w:p>
        </w:tc>
        <w:tc>
          <w:tcPr>
            <w:tcW w:w="1541" w:type="dxa"/>
            <w:vAlign w:val="center"/>
          </w:tcPr>
          <w:p w14:paraId="590A2EC4" w14:textId="39F2416D" w:rsidR="009F01C8" w:rsidRPr="007B438D" w:rsidRDefault="00893ADD" w:rsidP="006E7F4C">
            <w:pPr>
              <w:jc w:val="center"/>
              <w:rPr>
                <w:lang w:val="ru-RU"/>
              </w:rPr>
            </w:pPr>
            <w:r>
              <w:t>ОПК-1</w:t>
            </w:r>
            <w:r>
              <w:rPr>
                <w:lang w:val="ru-RU"/>
              </w:rPr>
              <w:t xml:space="preserve">, ОПК-2, </w:t>
            </w:r>
            <w:r w:rsidR="009F01C8">
              <w:rPr>
                <w:lang w:val="ru-RU"/>
              </w:rPr>
              <w:t>ПК-3, ПК-7</w:t>
            </w:r>
          </w:p>
        </w:tc>
        <w:tc>
          <w:tcPr>
            <w:tcW w:w="1302" w:type="dxa"/>
            <w:vAlign w:val="center"/>
          </w:tcPr>
          <w:p w14:paraId="76B0F722" w14:textId="77777777" w:rsidR="009F01C8" w:rsidRDefault="009F01C8" w:rsidP="006E7F4C">
            <w:pPr>
              <w:jc w:val="center"/>
            </w:pPr>
            <w:r>
              <w:t>3</w:t>
            </w:r>
          </w:p>
        </w:tc>
        <w:tc>
          <w:tcPr>
            <w:tcW w:w="2097" w:type="dxa"/>
            <w:vAlign w:val="center"/>
          </w:tcPr>
          <w:p w14:paraId="7E05BCB3" w14:textId="77777777" w:rsidR="009F01C8" w:rsidRDefault="009F01C8" w:rsidP="006E7F4C">
            <w:pPr>
              <w:jc w:val="center"/>
            </w:pPr>
            <w:proofErr w:type="spellStart"/>
            <w:r>
              <w:t>Высокий</w:t>
            </w:r>
            <w:proofErr w:type="spellEnd"/>
          </w:p>
        </w:tc>
      </w:tr>
    </w:tbl>
    <w:p w14:paraId="4AD6B6D0" w14:textId="77777777" w:rsidR="006210DE" w:rsidRDefault="006210DE"/>
    <w:sectPr w:rsidR="006210DE" w:rsidSect="00034616">
      <w:pgSz w:w="12240" w:h="15840"/>
      <w:pgMar w:top="567" w:right="283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B06D4"/>
    <w:rsid w:val="0015074B"/>
    <w:rsid w:val="0029639D"/>
    <w:rsid w:val="00326F90"/>
    <w:rsid w:val="003704DD"/>
    <w:rsid w:val="006210DE"/>
    <w:rsid w:val="006B6B2F"/>
    <w:rsid w:val="006E7F4C"/>
    <w:rsid w:val="007B438D"/>
    <w:rsid w:val="00893ADD"/>
    <w:rsid w:val="009F01C8"/>
    <w:rsid w:val="00AA1D8D"/>
    <w:rsid w:val="00B47730"/>
    <w:rsid w:val="00CB0664"/>
    <w:rsid w:val="00D4207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6E294C"/>
  <w14:defaultImageDpi w14:val="300"/>
  <w15:docId w15:val="{553FB062-D983-4B9F-920F-C9FAEF603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78</Words>
  <Characters>448</Characters>
  <Application>Microsoft Office Word</Application>
  <DocSecurity>0</DocSecurity>
  <Lines>3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525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anastasia11daminova@gmail.com</cp:lastModifiedBy>
  <cp:revision>3</cp:revision>
  <dcterms:created xsi:type="dcterms:W3CDTF">2026-08-06T09:29:00Z</dcterms:created>
  <dcterms:modified xsi:type="dcterms:W3CDTF">2026-08-06T09:39:00Z</dcterms:modified>
  <cp:category/>
</cp:coreProperties>
</file>