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506E" w14:textId="77777777" w:rsidR="00A20636" w:rsidRPr="00FD08A6" w:rsidRDefault="00DA4F6A">
      <w:pPr>
        <w:rPr>
          <w:lang w:val="ru-RU"/>
        </w:rPr>
      </w:pPr>
      <w:r w:rsidRPr="00FD08A6">
        <w:rPr>
          <w:lang w:val="ru-RU"/>
        </w:rPr>
        <w:t>Отчёт по результатам тестирования 'ООП'</w:t>
      </w:r>
    </w:p>
    <w:p w14:paraId="68608618" w14:textId="77777777" w:rsidR="00A20636" w:rsidRPr="00FD08A6" w:rsidRDefault="00DA4F6A">
      <w:pPr>
        <w:rPr>
          <w:lang w:val="ru-RU"/>
        </w:rPr>
      </w:pPr>
      <w:r w:rsidRPr="00FD08A6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375"/>
        <w:gridCol w:w="2131"/>
        <w:gridCol w:w="1376"/>
        <w:gridCol w:w="1376"/>
        <w:gridCol w:w="1376"/>
        <w:gridCol w:w="2463"/>
        <w:gridCol w:w="1672"/>
        <w:gridCol w:w="1540"/>
        <w:gridCol w:w="1387"/>
      </w:tblGrid>
      <w:tr w:rsidR="00FD08A6" w14:paraId="2E380B34" w14:textId="77777777" w:rsidTr="00573A5F">
        <w:trPr>
          <w:tblHeader/>
        </w:trPr>
        <w:tc>
          <w:tcPr>
            <w:tcW w:w="468" w:type="pct"/>
            <w:vAlign w:val="center"/>
          </w:tcPr>
          <w:p w14:paraId="15C2D64D" w14:textId="77777777" w:rsidR="00FD08A6" w:rsidRDefault="00FD08A6" w:rsidP="00573A5F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725" w:type="pct"/>
            <w:vAlign w:val="center"/>
          </w:tcPr>
          <w:p w14:paraId="6EA40CC1" w14:textId="77777777" w:rsidR="00FD08A6" w:rsidRDefault="00FD08A6" w:rsidP="00573A5F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468" w:type="pct"/>
            <w:vAlign w:val="center"/>
          </w:tcPr>
          <w:p w14:paraId="268A3E94" w14:textId="77777777" w:rsidR="00FD08A6" w:rsidRDefault="00FD08A6" w:rsidP="00573A5F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468" w:type="pct"/>
            <w:vAlign w:val="center"/>
          </w:tcPr>
          <w:p w14:paraId="208F6DFD" w14:textId="77777777" w:rsidR="00FD08A6" w:rsidRDefault="00FD08A6" w:rsidP="00573A5F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68" w:type="pct"/>
            <w:vAlign w:val="center"/>
          </w:tcPr>
          <w:p w14:paraId="397B3B8F" w14:textId="77777777" w:rsidR="00FD08A6" w:rsidRDefault="00FD08A6" w:rsidP="00573A5F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838" w:type="pct"/>
            <w:vAlign w:val="center"/>
          </w:tcPr>
          <w:p w14:paraId="47A89CB7" w14:textId="77777777" w:rsidR="00FD08A6" w:rsidRDefault="00FD08A6" w:rsidP="00573A5F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69" w:type="pct"/>
            <w:vAlign w:val="center"/>
          </w:tcPr>
          <w:p w14:paraId="2A90E210" w14:textId="77777777" w:rsidR="00FD08A6" w:rsidRDefault="00FD08A6" w:rsidP="00573A5F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524" w:type="pct"/>
            <w:vAlign w:val="center"/>
          </w:tcPr>
          <w:p w14:paraId="133D4187" w14:textId="77777777" w:rsidR="00FD08A6" w:rsidRDefault="00FD08A6" w:rsidP="00573A5F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72" w:type="pct"/>
            <w:vAlign w:val="center"/>
          </w:tcPr>
          <w:p w14:paraId="300796FC" w14:textId="77777777" w:rsidR="00FD08A6" w:rsidRDefault="00FD08A6" w:rsidP="00573A5F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D08A6" w14:paraId="7E3B1D91" w14:textId="77777777" w:rsidTr="00573A5F">
        <w:tc>
          <w:tcPr>
            <w:tcW w:w="468" w:type="pct"/>
            <w:vAlign w:val="center"/>
          </w:tcPr>
          <w:p w14:paraId="37129292" w14:textId="77777777" w:rsidR="00FD08A6" w:rsidRDefault="00FD08A6" w:rsidP="00573A5F">
            <w:pPr>
              <w:jc w:val="center"/>
            </w:pPr>
            <w:r>
              <w:t>23.03.03</w:t>
            </w:r>
          </w:p>
        </w:tc>
        <w:tc>
          <w:tcPr>
            <w:tcW w:w="725" w:type="pct"/>
            <w:vAlign w:val="center"/>
          </w:tcPr>
          <w:p w14:paraId="5E8DCC38" w14:textId="77777777" w:rsidR="00FD08A6" w:rsidRPr="00FD08A6" w:rsidRDefault="00FD08A6" w:rsidP="00573A5F">
            <w:pPr>
              <w:jc w:val="center"/>
              <w:rPr>
                <w:lang w:val="ru-RU"/>
              </w:rPr>
            </w:pPr>
            <w:r w:rsidRPr="00FD08A6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468" w:type="pct"/>
            <w:vAlign w:val="center"/>
          </w:tcPr>
          <w:p w14:paraId="00E070BE" w14:textId="77777777" w:rsidR="00FD08A6" w:rsidRDefault="00FD08A6" w:rsidP="00573A5F">
            <w:pPr>
              <w:jc w:val="center"/>
            </w:pPr>
            <w:r>
              <w:t>2023</w:t>
            </w:r>
          </w:p>
        </w:tc>
        <w:tc>
          <w:tcPr>
            <w:tcW w:w="468" w:type="pct"/>
            <w:vAlign w:val="center"/>
          </w:tcPr>
          <w:p w14:paraId="3D51C7D2" w14:textId="77777777" w:rsidR="00FD08A6" w:rsidRDefault="00FD08A6" w:rsidP="00573A5F">
            <w:pPr>
              <w:jc w:val="center"/>
            </w:pPr>
            <w:r>
              <w:t>3</w:t>
            </w:r>
          </w:p>
        </w:tc>
        <w:tc>
          <w:tcPr>
            <w:tcW w:w="468" w:type="pct"/>
            <w:vAlign w:val="center"/>
          </w:tcPr>
          <w:p w14:paraId="056B8FDF" w14:textId="77777777" w:rsidR="00FD08A6" w:rsidRDefault="00FD08A6" w:rsidP="00573A5F">
            <w:pPr>
              <w:jc w:val="center"/>
            </w:pPr>
            <w:r>
              <w:t>БУЛАТ-23</w:t>
            </w:r>
          </w:p>
        </w:tc>
        <w:tc>
          <w:tcPr>
            <w:tcW w:w="838" w:type="pct"/>
            <w:vAlign w:val="center"/>
          </w:tcPr>
          <w:p w14:paraId="0A7B0F05" w14:textId="6317B9FB" w:rsidR="00FD08A6" w:rsidRPr="00FD08A6" w:rsidRDefault="00FD08A6" w:rsidP="00573A5F">
            <w:pPr>
              <w:jc w:val="center"/>
              <w:rPr>
                <w:lang w:val="ru-RU"/>
              </w:rPr>
            </w:pPr>
            <w:r w:rsidRPr="00FD08A6">
              <w:rPr>
                <w:lang w:val="ru-RU"/>
              </w:rPr>
              <w:t xml:space="preserve">Б1.О.09.03 </w:t>
            </w:r>
            <w:r>
              <w:t>CAD</w:t>
            </w:r>
            <w:r w:rsidRPr="00FD08A6">
              <w:rPr>
                <w:lang w:val="ru-RU"/>
              </w:rPr>
              <w:t>-системы в машиностроении</w:t>
            </w:r>
          </w:p>
        </w:tc>
        <w:tc>
          <w:tcPr>
            <w:tcW w:w="569" w:type="pct"/>
            <w:vAlign w:val="center"/>
          </w:tcPr>
          <w:p w14:paraId="2DFBDE5A" w14:textId="76277746" w:rsidR="00FD08A6" w:rsidRDefault="00FD08A6" w:rsidP="00573A5F">
            <w:pPr>
              <w:jc w:val="center"/>
            </w:pPr>
            <w:r>
              <w:t>ОПК-8</w:t>
            </w:r>
            <w:r w:rsidR="00573A5F">
              <w:rPr>
                <w:lang w:val="ru-RU"/>
              </w:rPr>
              <w:t xml:space="preserve">, </w:t>
            </w:r>
            <w:r>
              <w:t>ОПК-10</w:t>
            </w:r>
          </w:p>
        </w:tc>
        <w:tc>
          <w:tcPr>
            <w:tcW w:w="524" w:type="pct"/>
            <w:vAlign w:val="center"/>
          </w:tcPr>
          <w:p w14:paraId="328DEAA1" w14:textId="77777777" w:rsidR="00FD08A6" w:rsidRDefault="00FD08A6" w:rsidP="00573A5F">
            <w:pPr>
              <w:jc w:val="center"/>
            </w:pPr>
            <w:r>
              <w:t>33.0%</w:t>
            </w:r>
          </w:p>
        </w:tc>
        <w:tc>
          <w:tcPr>
            <w:tcW w:w="472" w:type="pct"/>
            <w:vAlign w:val="center"/>
          </w:tcPr>
          <w:p w14:paraId="096EE45B" w14:textId="77777777" w:rsidR="00FD08A6" w:rsidRDefault="00FD08A6" w:rsidP="00573A5F">
            <w:pPr>
              <w:jc w:val="center"/>
            </w:pPr>
            <w:r>
              <w:t>17.03.2026</w:t>
            </w:r>
          </w:p>
        </w:tc>
      </w:tr>
      <w:tr w:rsidR="00FD08A6" w14:paraId="1A95D7F8" w14:textId="77777777" w:rsidTr="00573A5F">
        <w:tc>
          <w:tcPr>
            <w:tcW w:w="468" w:type="pct"/>
            <w:vAlign w:val="center"/>
          </w:tcPr>
          <w:p w14:paraId="3CEA51D1" w14:textId="77777777" w:rsidR="00FD08A6" w:rsidRDefault="00FD08A6" w:rsidP="00573A5F">
            <w:pPr>
              <w:jc w:val="center"/>
            </w:pPr>
            <w:r>
              <w:t>23.03.03</w:t>
            </w:r>
          </w:p>
        </w:tc>
        <w:tc>
          <w:tcPr>
            <w:tcW w:w="725" w:type="pct"/>
            <w:vAlign w:val="center"/>
          </w:tcPr>
          <w:p w14:paraId="0451886F" w14:textId="77777777" w:rsidR="00FD08A6" w:rsidRPr="00FD08A6" w:rsidRDefault="00FD08A6" w:rsidP="00573A5F">
            <w:pPr>
              <w:jc w:val="center"/>
              <w:rPr>
                <w:lang w:val="ru-RU"/>
              </w:rPr>
            </w:pPr>
            <w:r w:rsidRPr="00FD08A6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468" w:type="pct"/>
            <w:vAlign w:val="center"/>
          </w:tcPr>
          <w:p w14:paraId="46EBC511" w14:textId="77777777" w:rsidR="00FD08A6" w:rsidRDefault="00FD08A6" w:rsidP="00573A5F">
            <w:pPr>
              <w:jc w:val="center"/>
            </w:pPr>
            <w:r>
              <w:t>2022</w:t>
            </w:r>
          </w:p>
        </w:tc>
        <w:tc>
          <w:tcPr>
            <w:tcW w:w="468" w:type="pct"/>
            <w:vAlign w:val="center"/>
          </w:tcPr>
          <w:p w14:paraId="5DF40699" w14:textId="77777777" w:rsidR="00FD08A6" w:rsidRDefault="00FD08A6" w:rsidP="00573A5F">
            <w:pPr>
              <w:jc w:val="center"/>
            </w:pPr>
            <w:r>
              <w:t>4</w:t>
            </w:r>
          </w:p>
        </w:tc>
        <w:tc>
          <w:tcPr>
            <w:tcW w:w="468" w:type="pct"/>
            <w:vAlign w:val="center"/>
          </w:tcPr>
          <w:p w14:paraId="75AE0B39" w14:textId="52986FF9" w:rsidR="00FD08A6" w:rsidRDefault="00FD08A6" w:rsidP="00573A5F">
            <w:pPr>
              <w:jc w:val="center"/>
            </w:pPr>
            <w:r>
              <w:t>БУЛАТ-22</w:t>
            </w:r>
          </w:p>
        </w:tc>
        <w:tc>
          <w:tcPr>
            <w:tcW w:w="838" w:type="pct"/>
            <w:vAlign w:val="center"/>
          </w:tcPr>
          <w:p w14:paraId="30F17C46" w14:textId="3D0C744E" w:rsidR="00FD08A6" w:rsidRPr="00FD08A6" w:rsidRDefault="00FD08A6" w:rsidP="00573A5F">
            <w:pPr>
              <w:jc w:val="center"/>
              <w:rPr>
                <w:lang w:val="ru-RU"/>
              </w:rPr>
            </w:pPr>
            <w:r w:rsidRPr="00FD08A6">
              <w:rPr>
                <w:lang w:val="ru-RU"/>
              </w:rPr>
              <w:t>Б1.В.01.02 Расследование и анализ дорожно-транспортных происшествий</w:t>
            </w:r>
          </w:p>
        </w:tc>
        <w:tc>
          <w:tcPr>
            <w:tcW w:w="569" w:type="pct"/>
            <w:vAlign w:val="center"/>
          </w:tcPr>
          <w:p w14:paraId="3B3958EE" w14:textId="77777777" w:rsidR="00FD08A6" w:rsidRDefault="00FD08A6" w:rsidP="00573A5F">
            <w:pPr>
              <w:jc w:val="center"/>
            </w:pPr>
            <w:r>
              <w:t>ПК-1</w:t>
            </w:r>
          </w:p>
        </w:tc>
        <w:tc>
          <w:tcPr>
            <w:tcW w:w="524" w:type="pct"/>
            <w:vAlign w:val="center"/>
          </w:tcPr>
          <w:p w14:paraId="22157196" w14:textId="77777777" w:rsidR="00FD08A6" w:rsidRDefault="00FD08A6" w:rsidP="00573A5F">
            <w:pPr>
              <w:jc w:val="center"/>
            </w:pPr>
            <w:r>
              <w:t>74.0%</w:t>
            </w:r>
          </w:p>
        </w:tc>
        <w:tc>
          <w:tcPr>
            <w:tcW w:w="472" w:type="pct"/>
            <w:vAlign w:val="center"/>
          </w:tcPr>
          <w:p w14:paraId="2BB35A24" w14:textId="77777777" w:rsidR="00FD08A6" w:rsidRDefault="00FD08A6" w:rsidP="00573A5F">
            <w:pPr>
              <w:jc w:val="center"/>
            </w:pPr>
            <w:r>
              <w:t>27.04.2026</w:t>
            </w:r>
          </w:p>
        </w:tc>
      </w:tr>
      <w:tr w:rsidR="00FD08A6" w14:paraId="31F63CD0" w14:textId="77777777" w:rsidTr="00573A5F">
        <w:tc>
          <w:tcPr>
            <w:tcW w:w="468" w:type="pct"/>
            <w:vAlign w:val="center"/>
          </w:tcPr>
          <w:p w14:paraId="018B041D" w14:textId="77777777" w:rsidR="00FD08A6" w:rsidRDefault="00FD08A6" w:rsidP="00573A5F">
            <w:pPr>
              <w:jc w:val="center"/>
            </w:pPr>
            <w:r>
              <w:t>23.03.03</w:t>
            </w:r>
          </w:p>
        </w:tc>
        <w:tc>
          <w:tcPr>
            <w:tcW w:w="725" w:type="pct"/>
            <w:vAlign w:val="center"/>
          </w:tcPr>
          <w:p w14:paraId="4D2976CB" w14:textId="77777777" w:rsidR="00FD08A6" w:rsidRPr="00FD08A6" w:rsidRDefault="00FD08A6" w:rsidP="00573A5F">
            <w:pPr>
              <w:jc w:val="center"/>
              <w:rPr>
                <w:lang w:val="ru-RU"/>
              </w:rPr>
            </w:pPr>
            <w:r w:rsidRPr="00FD08A6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468" w:type="pct"/>
            <w:vAlign w:val="center"/>
          </w:tcPr>
          <w:p w14:paraId="4ABF34AB" w14:textId="77777777" w:rsidR="00FD08A6" w:rsidRDefault="00FD08A6" w:rsidP="00573A5F">
            <w:pPr>
              <w:jc w:val="center"/>
            </w:pPr>
            <w:r>
              <w:t>2023</w:t>
            </w:r>
          </w:p>
        </w:tc>
        <w:tc>
          <w:tcPr>
            <w:tcW w:w="468" w:type="pct"/>
            <w:vAlign w:val="center"/>
          </w:tcPr>
          <w:p w14:paraId="24547125" w14:textId="77777777" w:rsidR="00FD08A6" w:rsidRDefault="00FD08A6" w:rsidP="00573A5F">
            <w:pPr>
              <w:jc w:val="center"/>
            </w:pPr>
            <w:r>
              <w:t>3</w:t>
            </w:r>
          </w:p>
        </w:tc>
        <w:tc>
          <w:tcPr>
            <w:tcW w:w="468" w:type="pct"/>
            <w:vAlign w:val="center"/>
          </w:tcPr>
          <w:p w14:paraId="568556EE" w14:textId="77777777" w:rsidR="00FD08A6" w:rsidRDefault="00FD08A6" w:rsidP="00573A5F">
            <w:pPr>
              <w:jc w:val="center"/>
            </w:pPr>
            <w:r>
              <w:t>БУЛАТ-23</w:t>
            </w:r>
          </w:p>
        </w:tc>
        <w:tc>
          <w:tcPr>
            <w:tcW w:w="838" w:type="pct"/>
            <w:vAlign w:val="center"/>
          </w:tcPr>
          <w:p w14:paraId="5464D508" w14:textId="21D6ADCD" w:rsidR="00FD08A6" w:rsidRPr="00FD08A6" w:rsidRDefault="00FD08A6" w:rsidP="00573A5F">
            <w:pPr>
              <w:jc w:val="center"/>
              <w:rPr>
                <w:lang w:val="ru-RU"/>
              </w:rPr>
            </w:pPr>
            <w:r>
              <w:t>B</w:t>
            </w:r>
            <w:r w:rsidRPr="00FD08A6">
              <w:rPr>
                <w:lang w:val="ru-RU"/>
              </w:rPr>
              <w:t>1.</w:t>
            </w:r>
            <w:r>
              <w:t>O</w:t>
            </w:r>
            <w:r w:rsidRPr="00FD08A6">
              <w:rPr>
                <w:lang w:val="ru-RU"/>
              </w:rPr>
              <w:t>.09.03 Основы конструирования и прототипирования</w:t>
            </w:r>
          </w:p>
        </w:tc>
        <w:tc>
          <w:tcPr>
            <w:tcW w:w="569" w:type="pct"/>
            <w:vAlign w:val="center"/>
          </w:tcPr>
          <w:p w14:paraId="3B4D7550" w14:textId="77777777" w:rsidR="00FD08A6" w:rsidRDefault="00FD08A6" w:rsidP="00573A5F">
            <w:pPr>
              <w:jc w:val="center"/>
            </w:pPr>
            <w:r>
              <w:t>ОПК-4</w:t>
            </w:r>
          </w:p>
        </w:tc>
        <w:tc>
          <w:tcPr>
            <w:tcW w:w="524" w:type="pct"/>
            <w:vAlign w:val="center"/>
          </w:tcPr>
          <w:p w14:paraId="259A5D00" w14:textId="77777777" w:rsidR="00FD08A6" w:rsidRDefault="00FD08A6" w:rsidP="00573A5F">
            <w:pPr>
              <w:jc w:val="center"/>
            </w:pPr>
            <w:r>
              <w:t>67.0%</w:t>
            </w:r>
          </w:p>
        </w:tc>
        <w:tc>
          <w:tcPr>
            <w:tcW w:w="472" w:type="pct"/>
            <w:vAlign w:val="center"/>
          </w:tcPr>
          <w:p w14:paraId="2DEE81CC" w14:textId="77777777" w:rsidR="00FD08A6" w:rsidRDefault="00FD08A6" w:rsidP="00573A5F">
            <w:pPr>
              <w:jc w:val="center"/>
            </w:pPr>
            <w:r>
              <w:t>12.05.2026</w:t>
            </w:r>
          </w:p>
        </w:tc>
      </w:tr>
      <w:tr w:rsidR="00FD08A6" w14:paraId="5BFBDCB6" w14:textId="77777777" w:rsidTr="00573A5F">
        <w:tc>
          <w:tcPr>
            <w:tcW w:w="468" w:type="pct"/>
            <w:vAlign w:val="center"/>
          </w:tcPr>
          <w:p w14:paraId="4E87B8E6" w14:textId="77777777" w:rsidR="00FD08A6" w:rsidRDefault="00FD08A6" w:rsidP="00573A5F">
            <w:pPr>
              <w:jc w:val="center"/>
            </w:pPr>
            <w:r>
              <w:t>23.03.03</w:t>
            </w:r>
          </w:p>
        </w:tc>
        <w:tc>
          <w:tcPr>
            <w:tcW w:w="725" w:type="pct"/>
            <w:vAlign w:val="center"/>
          </w:tcPr>
          <w:p w14:paraId="47CD3861" w14:textId="77777777" w:rsidR="00FD08A6" w:rsidRPr="00D408C9" w:rsidRDefault="00FD08A6" w:rsidP="00573A5F">
            <w:pPr>
              <w:jc w:val="center"/>
              <w:rPr>
                <w:lang w:val="ru-RU"/>
              </w:rPr>
            </w:pPr>
            <w:r w:rsidRPr="00D408C9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468" w:type="pct"/>
            <w:vAlign w:val="center"/>
          </w:tcPr>
          <w:p w14:paraId="26F8BF80" w14:textId="77777777" w:rsidR="00FD08A6" w:rsidRDefault="00FD08A6" w:rsidP="00573A5F">
            <w:pPr>
              <w:jc w:val="center"/>
            </w:pPr>
            <w:r>
              <w:t>2023</w:t>
            </w:r>
          </w:p>
        </w:tc>
        <w:tc>
          <w:tcPr>
            <w:tcW w:w="468" w:type="pct"/>
            <w:vAlign w:val="center"/>
          </w:tcPr>
          <w:p w14:paraId="2FD7584F" w14:textId="77777777" w:rsidR="00FD08A6" w:rsidRDefault="00FD08A6" w:rsidP="00573A5F">
            <w:pPr>
              <w:jc w:val="center"/>
            </w:pPr>
            <w:r>
              <w:t>3</w:t>
            </w:r>
          </w:p>
        </w:tc>
        <w:tc>
          <w:tcPr>
            <w:tcW w:w="468" w:type="pct"/>
            <w:vAlign w:val="center"/>
          </w:tcPr>
          <w:p w14:paraId="73639B20" w14:textId="77777777" w:rsidR="00FD08A6" w:rsidRDefault="00FD08A6" w:rsidP="00573A5F">
            <w:pPr>
              <w:jc w:val="center"/>
            </w:pPr>
            <w:r>
              <w:t>БУЛАТ-23</w:t>
            </w:r>
          </w:p>
        </w:tc>
        <w:tc>
          <w:tcPr>
            <w:tcW w:w="838" w:type="pct"/>
            <w:vAlign w:val="center"/>
          </w:tcPr>
          <w:p w14:paraId="4F42FEF4" w14:textId="43D666AB" w:rsidR="00FD08A6" w:rsidRPr="00D408C9" w:rsidRDefault="00FD08A6" w:rsidP="00573A5F">
            <w:pPr>
              <w:jc w:val="center"/>
              <w:rPr>
                <w:lang w:val="ru-RU"/>
              </w:rPr>
            </w:pPr>
            <w:r>
              <w:t>B</w:t>
            </w:r>
            <w:r w:rsidRPr="00D408C9">
              <w:rPr>
                <w:lang w:val="ru-RU"/>
              </w:rPr>
              <w:t>1.</w:t>
            </w:r>
            <w:r>
              <w:t>O</w:t>
            </w:r>
            <w:r w:rsidRPr="00D408C9">
              <w:rPr>
                <w:lang w:val="ru-RU"/>
              </w:rPr>
              <w:t>.09.03 Основы конструирования и прототипирования</w:t>
            </w:r>
          </w:p>
        </w:tc>
        <w:tc>
          <w:tcPr>
            <w:tcW w:w="569" w:type="pct"/>
            <w:vAlign w:val="center"/>
          </w:tcPr>
          <w:p w14:paraId="583BB8DF" w14:textId="77777777" w:rsidR="00FD08A6" w:rsidRDefault="00FD08A6" w:rsidP="00573A5F">
            <w:pPr>
              <w:jc w:val="center"/>
            </w:pPr>
            <w:r>
              <w:t>ОПК-1</w:t>
            </w:r>
          </w:p>
        </w:tc>
        <w:tc>
          <w:tcPr>
            <w:tcW w:w="524" w:type="pct"/>
            <w:vAlign w:val="center"/>
          </w:tcPr>
          <w:p w14:paraId="063021E0" w14:textId="77777777" w:rsidR="00FD08A6" w:rsidRDefault="00FD08A6" w:rsidP="00573A5F">
            <w:pPr>
              <w:jc w:val="center"/>
            </w:pPr>
            <w:r>
              <w:t>73.0%</w:t>
            </w:r>
          </w:p>
        </w:tc>
        <w:tc>
          <w:tcPr>
            <w:tcW w:w="472" w:type="pct"/>
            <w:vAlign w:val="center"/>
          </w:tcPr>
          <w:p w14:paraId="7F904033" w14:textId="77777777" w:rsidR="00FD08A6" w:rsidRDefault="00FD08A6" w:rsidP="00573A5F">
            <w:pPr>
              <w:jc w:val="center"/>
            </w:pPr>
            <w:r>
              <w:t>12.05.2026</w:t>
            </w:r>
          </w:p>
        </w:tc>
      </w:tr>
      <w:tr w:rsidR="00573A5F" w14:paraId="4AA368E1" w14:textId="77777777" w:rsidTr="00573A5F">
        <w:tc>
          <w:tcPr>
            <w:tcW w:w="468" w:type="pct"/>
            <w:vAlign w:val="center"/>
          </w:tcPr>
          <w:p w14:paraId="684F1971" w14:textId="77777777" w:rsidR="00573A5F" w:rsidRDefault="00573A5F" w:rsidP="00573A5F">
            <w:pPr>
              <w:jc w:val="center"/>
            </w:pPr>
            <w:r>
              <w:t>23.03.03</w:t>
            </w:r>
          </w:p>
        </w:tc>
        <w:tc>
          <w:tcPr>
            <w:tcW w:w="725" w:type="pct"/>
            <w:vAlign w:val="center"/>
          </w:tcPr>
          <w:p w14:paraId="3D8FF066" w14:textId="77777777" w:rsidR="00573A5F" w:rsidRPr="00D408C9" w:rsidRDefault="00573A5F" w:rsidP="00573A5F">
            <w:pPr>
              <w:jc w:val="center"/>
              <w:rPr>
                <w:lang w:val="ru-RU"/>
              </w:rPr>
            </w:pPr>
            <w:r w:rsidRPr="00D408C9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468" w:type="pct"/>
            <w:vAlign w:val="center"/>
          </w:tcPr>
          <w:p w14:paraId="5606458E" w14:textId="77777777" w:rsidR="00573A5F" w:rsidRDefault="00573A5F" w:rsidP="00573A5F">
            <w:pPr>
              <w:jc w:val="center"/>
            </w:pPr>
            <w:r>
              <w:t>2024</w:t>
            </w:r>
          </w:p>
        </w:tc>
        <w:tc>
          <w:tcPr>
            <w:tcW w:w="468" w:type="pct"/>
            <w:vAlign w:val="center"/>
          </w:tcPr>
          <w:p w14:paraId="49A743E2" w14:textId="77777777" w:rsidR="00573A5F" w:rsidRDefault="00573A5F" w:rsidP="00573A5F">
            <w:pPr>
              <w:jc w:val="center"/>
            </w:pPr>
            <w:r>
              <w:t>2</w:t>
            </w:r>
          </w:p>
        </w:tc>
        <w:tc>
          <w:tcPr>
            <w:tcW w:w="468" w:type="pct"/>
            <w:vAlign w:val="center"/>
          </w:tcPr>
          <w:p w14:paraId="30E41323" w14:textId="77777777" w:rsidR="00573A5F" w:rsidRDefault="00573A5F" w:rsidP="00573A5F">
            <w:pPr>
              <w:jc w:val="center"/>
            </w:pPr>
            <w:r>
              <w:t>БУЛАТ-24</w:t>
            </w:r>
          </w:p>
        </w:tc>
        <w:tc>
          <w:tcPr>
            <w:tcW w:w="838" w:type="pct"/>
          </w:tcPr>
          <w:p w14:paraId="38BEFDFB" w14:textId="0EC63395" w:rsidR="00573A5F" w:rsidRPr="00573A5F" w:rsidRDefault="00573A5F" w:rsidP="00573A5F">
            <w:pPr>
              <w:jc w:val="center"/>
              <w:rPr>
                <w:lang w:val="ru-RU"/>
              </w:rPr>
            </w:pPr>
            <w:r w:rsidRPr="00573A5F">
              <w:rPr>
                <w:lang w:val="ru-RU"/>
              </w:rPr>
              <w:t>Б1.В.01.12 Контроль технического состояния автотранспортных средств</w:t>
            </w:r>
          </w:p>
        </w:tc>
        <w:tc>
          <w:tcPr>
            <w:tcW w:w="569" w:type="pct"/>
            <w:vAlign w:val="center"/>
          </w:tcPr>
          <w:p w14:paraId="12225EFA" w14:textId="2F927EF0" w:rsidR="00573A5F" w:rsidRPr="00573A5F" w:rsidRDefault="00573A5F" w:rsidP="00573A5F">
            <w:pPr>
              <w:jc w:val="center"/>
              <w:rPr>
                <w:lang w:val="ru-RU"/>
              </w:rPr>
            </w:pPr>
            <w:r w:rsidRPr="00573A5F">
              <w:rPr>
                <w:lang w:val="ru-RU"/>
              </w:rPr>
              <w:t>ПК-3</w:t>
            </w:r>
            <w:r w:rsidR="00DA4F6A">
              <w:rPr>
                <w:lang w:val="ru-RU"/>
              </w:rPr>
              <w:t>,</w:t>
            </w:r>
            <w:r w:rsidRPr="00573A5F">
              <w:rPr>
                <w:lang w:val="ru-RU"/>
              </w:rPr>
              <w:t xml:space="preserve"> ПК-2</w:t>
            </w:r>
          </w:p>
        </w:tc>
        <w:tc>
          <w:tcPr>
            <w:tcW w:w="524" w:type="pct"/>
            <w:vAlign w:val="center"/>
          </w:tcPr>
          <w:p w14:paraId="4BA259A9" w14:textId="77777777" w:rsidR="00573A5F" w:rsidRDefault="00573A5F" w:rsidP="00573A5F">
            <w:pPr>
              <w:jc w:val="center"/>
            </w:pPr>
            <w:r>
              <w:t>85.0%</w:t>
            </w:r>
          </w:p>
        </w:tc>
        <w:tc>
          <w:tcPr>
            <w:tcW w:w="472" w:type="pct"/>
            <w:vAlign w:val="center"/>
          </w:tcPr>
          <w:p w14:paraId="2E56951E" w14:textId="77777777" w:rsidR="00573A5F" w:rsidRDefault="00573A5F" w:rsidP="00573A5F">
            <w:pPr>
              <w:jc w:val="center"/>
            </w:pPr>
            <w:r>
              <w:t>12.05.2026</w:t>
            </w:r>
          </w:p>
        </w:tc>
      </w:tr>
      <w:tr w:rsidR="00573A5F" w14:paraId="039BCFDE" w14:textId="77777777" w:rsidTr="00573A5F">
        <w:tc>
          <w:tcPr>
            <w:tcW w:w="468" w:type="pct"/>
            <w:vAlign w:val="center"/>
          </w:tcPr>
          <w:p w14:paraId="79FB566D" w14:textId="77777777" w:rsidR="00573A5F" w:rsidRDefault="00573A5F" w:rsidP="00573A5F">
            <w:pPr>
              <w:jc w:val="center"/>
            </w:pPr>
            <w:r>
              <w:t>23.03.03</w:t>
            </w:r>
          </w:p>
        </w:tc>
        <w:tc>
          <w:tcPr>
            <w:tcW w:w="725" w:type="pct"/>
            <w:vAlign w:val="center"/>
          </w:tcPr>
          <w:p w14:paraId="3A2F99DF" w14:textId="77777777" w:rsidR="00573A5F" w:rsidRPr="00D408C9" w:rsidRDefault="00573A5F" w:rsidP="00573A5F">
            <w:pPr>
              <w:jc w:val="center"/>
              <w:rPr>
                <w:lang w:val="ru-RU"/>
              </w:rPr>
            </w:pPr>
            <w:r w:rsidRPr="00D408C9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468" w:type="pct"/>
            <w:vAlign w:val="center"/>
          </w:tcPr>
          <w:p w14:paraId="4F2EC6AB" w14:textId="77777777" w:rsidR="00573A5F" w:rsidRDefault="00573A5F" w:rsidP="00573A5F">
            <w:pPr>
              <w:jc w:val="center"/>
            </w:pPr>
            <w:r>
              <w:t>2024</w:t>
            </w:r>
          </w:p>
        </w:tc>
        <w:tc>
          <w:tcPr>
            <w:tcW w:w="468" w:type="pct"/>
            <w:vAlign w:val="center"/>
          </w:tcPr>
          <w:p w14:paraId="508872F9" w14:textId="77777777" w:rsidR="00573A5F" w:rsidRDefault="00573A5F" w:rsidP="00573A5F">
            <w:pPr>
              <w:jc w:val="center"/>
            </w:pPr>
            <w:r>
              <w:t>2</w:t>
            </w:r>
          </w:p>
        </w:tc>
        <w:tc>
          <w:tcPr>
            <w:tcW w:w="468" w:type="pct"/>
            <w:vAlign w:val="center"/>
          </w:tcPr>
          <w:p w14:paraId="1DAFA708" w14:textId="77777777" w:rsidR="00573A5F" w:rsidRDefault="00573A5F" w:rsidP="00573A5F">
            <w:pPr>
              <w:jc w:val="center"/>
            </w:pPr>
            <w:r>
              <w:t>БУЛАТ-24</w:t>
            </w:r>
          </w:p>
        </w:tc>
        <w:tc>
          <w:tcPr>
            <w:tcW w:w="838" w:type="pct"/>
            <w:vAlign w:val="center"/>
          </w:tcPr>
          <w:p w14:paraId="76A798F2" w14:textId="77777777" w:rsidR="00573A5F" w:rsidRDefault="00573A5F" w:rsidP="00573A5F">
            <w:pPr>
              <w:jc w:val="center"/>
            </w:pPr>
            <w:r>
              <w:t xml:space="preserve">Б1.О.03.02 </w:t>
            </w:r>
            <w:proofErr w:type="spellStart"/>
            <w:r>
              <w:t>Финансовая</w:t>
            </w:r>
            <w:proofErr w:type="spellEnd"/>
            <w:r>
              <w:t xml:space="preserve"> </w:t>
            </w:r>
            <w:proofErr w:type="spellStart"/>
            <w:r>
              <w:t>грамотность</w:t>
            </w:r>
            <w:proofErr w:type="spellEnd"/>
          </w:p>
        </w:tc>
        <w:tc>
          <w:tcPr>
            <w:tcW w:w="569" w:type="pct"/>
            <w:vAlign w:val="center"/>
          </w:tcPr>
          <w:p w14:paraId="16A38137" w14:textId="3A2623E5" w:rsidR="00573A5F" w:rsidRPr="00573A5F" w:rsidRDefault="00573A5F" w:rsidP="00573A5F">
            <w:pPr>
              <w:jc w:val="center"/>
            </w:pPr>
            <w:r w:rsidRPr="00573A5F">
              <w:t>УК-10</w:t>
            </w:r>
            <w:r w:rsidR="00DA4F6A">
              <w:rPr>
                <w:lang w:val="ru-RU"/>
              </w:rPr>
              <w:t>,</w:t>
            </w:r>
            <w:r w:rsidRPr="00573A5F">
              <w:t xml:space="preserve"> ОПК-2</w:t>
            </w:r>
          </w:p>
        </w:tc>
        <w:tc>
          <w:tcPr>
            <w:tcW w:w="524" w:type="pct"/>
            <w:vAlign w:val="center"/>
          </w:tcPr>
          <w:p w14:paraId="19A0D3DB" w14:textId="77777777" w:rsidR="00573A5F" w:rsidRDefault="00573A5F" w:rsidP="00573A5F">
            <w:pPr>
              <w:jc w:val="center"/>
            </w:pPr>
            <w:r>
              <w:t>81.0%</w:t>
            </w:r>
          </w:p>
        </w:tc>
        <w:tc>
          <w:tcPr>
            <w:tcW w:w="472" w:type="pct"/>
            <w:vAlign w:val="center"/>
          </w:tcPr>
          <w:p w14:paraId="49EC26DD" w14:textId="77777777" w:rsidR="00573A5F" w:rsidRDefault="00573A5F" w:rsidP="00573A5F">
            <w:pPr>
              <w:jc w:val="center"/>
            </w:pPr>
            <w:r>
              <w:t>14.05.2026</w:t>
            </w:r>
          </w:p>
        </w:tc>
      </w:tr>
      <w:tr w:rsidR="00573A5F" w14:paraId="1FAB20C3" w14:textId="77777777" w:rsidTr="00573A5F">
        <w:tc>
          <w:tcPr>
            <w:tcW w:w="468" w:type="pct"/>
            <w:vAlign w:val="center"/>
          </w:tcPr>
          <w:p w14:paraId="0B823A7D" w14:textId="77777777" w:rsidR="00573A5F" w:rsidRDefault="00573A5F" w:rsidP="00573A5F">
            <w:pPr>
              <w:jc w:val="center"/>
            </w:pPr>
            <w:r>
              <w:t>23.03.03</w:t>
            </w:r>
          </w:p>
        </w:tc>
        <w:tc>
          <w:tcPr>
            <w:tcW w:w="725" w:type="pct"/>
            <w:vAlign w:val="center"/>
          </w:tcPr>
          <w:p w14:paraId="1E0A81CA" w14:textId="77777777" w:rsidR="00573A5F" w:rsidRPr="00D408C9" w:rsidRDefault="00573A5F" w:rsidP="00573A5F">
            <w:pPr>
              <w:jc w:val="center"/>
              <w:rPr>
                <w:lang w:val="ru-RU"/>
              </w:rPr>
            </w:pPr>
            <w:r w:rsidRPr="00D408C9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468" w:type="pct"/>
            <w:vAlign w:val="center"/>
          </w:tcPr>
          <w:p w14:paraId="1421D496" w14:textId="77777777" w:rsidR="00573A5F" w:rsidRDefault="00573A5F" w:rsidP="00573A5F">
            <w:pPr>
              <w:jc w:val="center"/>
            </w:pPr>
            <w:r>
              <w:t>2025</w:t>
            </w:r>
          </w:p>
        </w:tc>
        <w:tc>
          <w:tcPr>
            <w:tcW w:w="468" w:type="pct"/>
            <w:vAlign w:val="center"/>
          </w:tcPr>
          <w:p w14:paraId="70E54CCA" w14:textId="77777777" w:rsidR="00573A5F" w:rsidRDefault="00573A5F" w:rsidP="00573A5F">
            <w:pPr>
              <w:jc w:val="center"/>
            </w:pPr>
            <w:r>
              <w:t>1</w:t>
            </w:r>
          </w:p>
        </w:tc>
        <w:tc>
          <w:tcPr>
            <w:tcW w:w="468" w:type="pct"/>
            <w:vAlign w:val="center"/>
          </w:tcPr>
          <w:p w14:paraId="27BFDA78" w14:textId="77777777" w:rsidR="00573A5F" w:rsidRDefault="00573A5F" w:rsidP="00573A5F">
            <w:pPr>
              <w:jc w:val="center"/>
            </w:pPr>
            <w:r>
              <w:t>БУЛАТ-25</w:t>
            </w:r>
          </w:p>
        </w:tc>
        <w:tc>
          <w:tcPr>
            <w:tcW w:w="838" w:type="pct"/>
            <w:vAlign w:val="center"/>
          </w:tcPr>
          <w:p w14:paraId="062CF574" w14:textId="63C9FEF3" w:rsidR="00573A5F" w:rsidRPr="00D408C9" w:rsidRDefault="00573A5F" w:rsidP="00573A5F">
            <w:pPr>
              <w:jc w:val="center"/>
              <w:rPr>
                <w:lang w:val="ru-RU"/>
              </w:rPr>
            </w:pPr>
            <w:r w:rsidRPr="00D408C9">
              <w:rPr>
                <w:lang w:val="ru-RU"/>
              </w:rPr>
              <w:t>Б1.О.05.02 Системы искусственного интеллекта</w:t>
            </w:r>
          </w:p>
        </w:tc>
        <w:tc>
          <w:tcPr>
            <w:tcW w:w="569" w:type="pct"/>
            <w:vAlign w:val="center"/>
          </w:tcPr>
          <w:p w14:paraId="05D11E0A" w14:textId="77777777" w:rsidR="00573A5F" w:rsidRDefault="00573A5F" w:rsidP="00573A5F">
            <w:pPr>
              <w:jc w:val="center"/>
            </w:pPr>
            <w:r>
              <w:t>ОПК-4</w:t>
            </w:r>
          </w:p>
        </w:tc>
        <w:tc>
          <w:tcPr>
            <w:tcW w:w="524" w:type="pct"/>
            <w:vAlign w:val="center"/>
          </w:tcPr>
          <w:p w14:paraId="427A1044" w14:textId="77777777" w:rsidR="00573A5F" w:rsidRDefault="00573A5F" w:rsidP="00573A5F">
            <w:pPr>
              <w:jc w:val="center"/>
            </w:pPr>
            <w:r>
              <w:t>90.0%</w:t>
            </w:r>
          </w:p>
        </w:tc>
        <w:tc>
          <w:tcPr>
            <w:tcW w:w="472" w:type="pct"/>
            <w:vAlign w:val="center"/>
          </w:tcPr>
          <w:p w14:paraId="5FCEE81A" w14:textId="77777777" w:rsidR="00573A5F" w:rsidRDefault="00573A5F" w:rsidP="00573A5F">
            <w:pPr>
              <w:jc w:val="center"/>
            </w:pPr>
            <w:r>
              <w:t>15.05.2026</w:t>
            </w:r>
          </w:p>
        </w:tc>
      </w:tr>
      <w:tr w:rsidR="00573A5F" w14:paraId="680D5FDB" w14:textId="77777777" w:rsidTr="00573A5F">
        <w:tc>
          <w:tcPr>
            <w:tcW w:w="468" w:type="pct"/>
            <w:vAlign w:val="center"/>
          </w:tcPr>
          <w:p w14:paraId="0314A13A" w14:textId="77777777" w:rsidR="00573A5F" w:rsidRDefault="00573A5F" w:rsidP="00573A5F">
            <w:pPr>
              <w:jc w:val="center"/>
            </w:pPr>
            <w:r>
              <w:lastRenderedPageBreak/>
              <w:t>23.03.03</w:t>
            </w:r>
          </w:p>
        </w:tc>
        <w:tc>
          <w:tcPr>
            <w:tcW w:w="725" w:type="pct"/>
            <w:vAlign w:val="center"/>
          </w:tcPr>
          <w:p w14:paraId="4979CD04" w14:textId="77777777" w:rsidR="00573A5F" w:rsidRPr="00D408C9" w:rsidRDefault="00573A5F" w:rsidP="00573A5F">
            <w:pPr>
              <w:jc w:val="center"/>
              <w:rPr>
                <w:lang w:val="ru-RU"/>
              </w:rPr>
            </w:pPr>
            <w:r w:rsidRPr="00D408C9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468" w:type="pct"/>
            <w:vAlign w:val="center"/>
          </w:tcPr>
          <w:p w14:paraId="60BAECF8" w14:textId="77777777" w:rsidR="00573A5F" w:rsidRDefault="00573A5F" w:rsidP="00573A5F">
            <w:pPr>
              <w:jc w:val="center"/>
            </w:pPr>
            <w:r>
              <w:t>2024</w:t>
            </w:r>
          </w:p>
        </w:tc>
        <w:tc>
          <w:tcPr>
            <w:tcW w:w="468" w:type="pct"/>
            <w:vAlign w:val="center"/>
          </w:tcPr>
          <w:p w14:paraId="7E21C0C1" w14:textId="77777777" w:rsidR="00573A5F" w:rsidRDefault="00573A5F" w:rsidP="00573A5F">
            <w:pPr>
              <w:jc w:val="center"/>
            </w:pPr>
            <w:r>
              <w:t>2</w:t>
            </w:r>
          </w:p>
        </w:tc>
        <w:tc>
          <w:tcPr>
            <w:tcW w:w="468" w:type="pct"/>
            <w:vAlign w:val="center"/>
          </w:tcPr>
          <w:p w14:paraId="6FECA412" w14:textId="77777777" w:rsidR="00573A5F" w:rsidRDefault="00573A5F" w:rsidP="00573A5F">
            <w:pPr>
              <w:jc w:val="center"/>
            </w:pPr>
            <w:r>
              <w:t>БУЛАТ-24</w:t>
            </w:r>
          </w:p>
        </w:tc>
        <w:tc>
          <w:tcPr>
            <w:tcW w:w="838" w:type="pct"/>
            <w:vAlign w:val="center"/>
          </w:tcPr>
          <w:p w14:paraId="645F3F66" w14:textId="5746A444" w:rsidR="00573A5F" w:rsidRPr="00D408C9" w:rsidRDefault="00573A5F" w:rsidP="00573A5F">
            <w:pPr>
              <w:jc w:val="center"/>
              <w:rPr>
                <w:lang w:val="ru-RU"/>
              </w:rPr>
            </w:pPr>
            <w:r w:rsidRPr="00D408C9">
              <w:rPr>
                <w:lang w:val="ru-RU"/>
              </w:rPr>
              <w:t>Б1.О.08.09 Технология конструкционных материалов</w:t>
            </w:r>
          </w:p>
        </w:tc>
        <w:tc>
          <w:tcPr>
            <w:tcW w:w="569" w:type="pct"/>
            <w:vAlign w:val="center"/>
          </w:tcPr>
          <w:p w14:paraId="35100572" w14:textId="77777777" w:rsidR="00573A5F" w:rsidRDefault="00573A5F" w:rsidP="00573A5F">
            <w:pPr>
              <w:jc w:val="center"/>
            </w:pPr>
            <w:r>
              <w:t>ОПК-1, ОПК-5, ОПК-6</w:t>
            </w:r>
          </w:p>
        </w:tc>
        <w:tc>
          <w:tcPr>
            <w:tcW w:w="524" w:type="pct"/>
            <w:vAlign w:val="center"/>
          </w:tcPr>
          <w:p w14:paraId="42ADB4A4" w14:textId="77777777" w:rsidR="00573A5F" w:rsidRDefault="00573A5F" w:rsidP="00573A5F">
            <w:pPr>
              <w:jc w:val="center"/>
            </w:pPr>
            <w:r>
              <w:t>78.0%</w:t>
            </w:r>
          </w:p>
        </w:tc>
        <w:tc>
          <w:tcPr>
            <w:tcW w:w="472" w:type="pct"/>
            <w:vAlign w:val="center"/>
          </w:tcPr>
          <w:p w14:paraId="1CF7C355" w14:textId="77777777" w:rsidR="00573A5F" w:rsidRDefault="00573A5F" w:rsidP="00573A5F">
            <w:pPr>
              <w:jc w:val="center"/>
            </w:pPr>
            <w:r>
              <w:t>23.05.2026</w:t>
            </w:r>
          </w:p>
        </w:tc>
      </w:tr>
      <w:tr w:rsidR="00573A5F" w14:paraId="79BCB176" w14:textId="77777777" w:rsidTr="00573A5F">
        <w:tc>
          <w:tcPr>
            <w:tcW w:w="468" w:type="pct"/>
            <w:vAlign w:val="center"/>
          </w:tcPr>
          <w:p w14:paraId="64233570" w14:textId="77777777" w:rsidR="00573A5F" w:rsidRDefault="00573A5F" w:rsidP="00573A5F">
            <w:pPr>
              <w:jc w:val="center"/>
            </w:pPr>
            <w:r>
              <w:t>23.03.03</w:t>
            </w:r>
          </w:p>
        </w:tc>
        <w:tc>
          <w:tcPr>
            <w:tcW w:w="725" w:type="pct"/>
            <w:vAlign w:val="center"/>
          </w:tcPr>
          <w:p w14:paraId="35C60492" w14:textId="77777777" w:rsidR="00573A5F" w:rsidRPr="00D408C9" w:rsidRDefault="00573A5F" w:rsidP="00573A5F">
            <w:pPr>
              <w:jc w:val="center"/>
              <w:rPr>
                <w:lang w:val="ru-RU"/>
              </w:rPr>
            </w:pPr>
            <w:r w:rsidRPr="00D408C9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468" w:type="pct"/>
            <w:vAlign w:val="center"/>
          </w:tcPr>
          <w:p w14:paraId="08AA2AB0" w14:textId="77777777" w:rsidR="00573A5F" w:rsidRDefault="00573A5F" w:rsidP="00573A5F">
            <w:pPr>
              <w:jc w:val="center"/>
            </w:pPr>
            <w:r>
              <w:t>2024</w:t>
            </w:r>
          </w:p>
        </w:tc>
        <w:tc>
          <w:tcPr>
            <w:tcW w:w="468" w:type="pct"/>
            <w:vAlign w:val="center"/>
          </w:tcPr>
          <w:p w14:paraId="033446A8" w14:textId="77777777" w:rsidR="00573A5F" w:rsidRDefault="00573A5F" w:rsidP="00573A5F">
            <w:pPr>
              <w:jc w:val="center"/>
            </w:pPr>
            <w:r>
              <w:t>2</w:t>
            </w:r>
          </w:p>
        </w:tc>
        <w:tc>
          <w:tcPr>
            <w:tcW w:w="468" w:type="pct"/>
            <w:vAlign w:val="center"/>
          </w:tcPr>
          <w:p w14:paraId="07874EA9" w14:textId="77777777" w:rsidR="00573A5F" w:rsidRDefault="00573A5F" w:rsidP="00573A5F">
            <w:pPr>
              <w:jc w:val="center"/>
            </w:pPr>
            <w:r>
              <w:t>БУЛАТ-24</w:t>
            </w:r>
          </w:p>
        </w:tc>
        <w:tc>
          <w:tcPr>
            <w:tcW w:w="838" w:type="pct"/>
            <w:vAlign w:val="center"/>
          </w:tcPr>
          <w:p w14:paraId="6CE162A4" w14:textId="4C18B0E6" w:rsidR="00573A5F" w:rsidRPr="00D408C9" w:rsidRDefault="00573A5F" w:rsidP="00573A5F">
            <w:pPr>
              <w:jc w:val="center"/>
              <w:rPr>
                <w:lang w:val="ru-RU"/>
              </w:rPr>
            </w:pPr>
            <w:r w:rsidRPr="00D408C9">
              <w:rPr>
                <w:lang w:val="ru-RU"/>
              </w:rPr>
              <w:t>Б1.О.08.05 Теория механизмов и машин</w:t>
            </w:r>
          </w:p>
        </w:tc>
        <w:tc>
          <w:tcPr>
            <w:tcW w:w="569" w:type="pct"/>
            <w:vAlign w:val="center"/>
          </w:tcPr>
          <w:p w14:paraId="1D9215B9" w14:textId="77777777" w:rsidR="00573A5F" w:rsidRDefault="00573A5F" w:rsidP="00573A5F">
            <w:pPr>
              <w:jc w:val="center"/>
            </w:pPr>
            <w:r>
              <w:t>ОПК-1, ОПК-5, ОПК-6</w:t>
            </w:r>
          </w:p>
        </w:tc>
        <w:tc>
          <w:tcPr>
            <w:tcW w:w="524" w:type="pct"/>
            <w:vAlign w:val="center"/>
          </w:tcPr>
          <w:p w14:paraId="085810FC" w14:textId="77777777" w:rsidR="00573A5F" w:rsidRDefault="00573A5F" w:rsidP="00573A5F">
            <w:pPr>
              <w:jc w:val="center"/>
            </w:pPr>
            <w:r>
              <w:t>86.0%</w:t>
            </w:r>
          </w:p>
        </w:tc>
        <w:tc>
          <w:tcPr>
            <w:tcW w:w="472" w:type="pct"/>
            <w:vAlign w:val="center"/>
          </w:tcPr>
          <w:p w14:paraId="35903E8F" w14:textId="77777777" w:rsidR="00573A5F" w:rsidRDefault="00573A5F" w:rsidP="00573A5F">
            <w:pPr>
              <w:jc w:val="center"/>
            </w:pPr>
            <w:r>
              <w:t>26.05.2026</w:t>
            </w:r>
          </w:p>
        </w:tc>
      </w:tr>
      <w:tr w:rsidR="00573A5F" w14:paraId="69FAB1BF" w14:textId="77777777" w:rsidTr="00573A5F">
        <w:tc>
          <w:tcPr>
            <w:tcW w:w="468" w:type="pct"/>
            <w:vAlign w:val="center"/>
          </w:tcPr>
          <w:p w14:paraId="56F100F0" w14:textId="77777777" w:rsidR="00573A5F" w:rsidRDefault="00573A5F" w:rsidP="00573A5F">
            <w:pPr>
              <w:jc w:val="center"/>
            </w:pPr>
            <w:r>
              <w:t>23.03.03</w:t>
            </w:r>
          </w:p>
        </w:tc>
        <w:tc>
          <w:tcPr>
            <w:tcW w:w="725" w:type="pct"/>
            <w:vAlign w:val="center"/>
          </w:tcPr>
          <w:p w14:paraId="76BDE7CD" w14:textId="77777777" w:rsidR="00573A5F" w:rsidRPr="00D408C9" w:rsidRDefault="00573A5F" w:rsidP="00573A5F">
            <w:pPr>
              <w:jc w:val="center"/>
              <w:rPr>
                <w:lang w:val="ru-RU"/>
              </w:rPr>
            </w:pPr>
            <w:r w:rsidRPr="00D408C9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468" w:type="pct"/>
            <w:vAlign w:val="center"/>
          </w:tcPr>
          <w:p w14:paraId="6E72A3E6" w14:textId="77777777" w:rsidR="00573A5F" w:rsidRDefault="00573A5F" w:rsidP="00573A5F">
            <w:pPr>
              <w:jc w:val="center"/>
            </w:pPr>
            <w:r>
              <w:t>2024</w:t>
            </w:r>
          </w:p>
        </w:tc>
        <w:tc>
          <w:tcPr>
            <w:tcW w:w="468" w:type="pct"/>
            <w:vAlign w:val="center"/>
          </w:tcPr>
          <w:p w14:paraId="3F069548" w14:textId="77777777" w:rsidR="00573A5F" w:rsidRDefault="00573A5F" w:rsidP="00573A5F">
            <w:pPr>
              <w:jc w:val="center"/>
            </w:pPr>
            <w:r>
              <w:t>2</w:t>
            </w:r>
          </w:p>
        </w:tc>
        <w:tc>
          <w:tcPr>
            <w:tcW w:w="468" w:type="pct"/>
            <w:vAlign w:val="center"/>
          </w:tcPr>
          <w:p w14:paraId="7A99C631" w14:textId="77777777" w:rsidR="00573A5F" w:rsidRDefault="00573A5F" w:rsidP="00573A5F">
            <w:pPr>
              <w:jc w:val="center"/>
            </w:pPr>
            <w:r>
              <w:t>БУЛАТ-24</w:t>
            </w:r>
          </w:p>
        </w:tc>
        <w:tc>
          <w:tcPr>
            <w:tcW w:w="838" w:type="pct"/>
            <w:vAlign w:val="center"/>
          </w:tcPr>
          <w:p w14:paraId="78553A3C" w14:textId="74E6715A" w:rsidR="00573A5F" w:rsidRPr="00573A5F" w:rsidRDefault="00573A5F" w:rsidP="00573A5F">
            <w:pPr>
              <w:jc w:val="center"/>
              <w:rPr>
                <w:lang w:val="ru-RU"/>
              </w:rPr>
            </w:pPr>
            <w:r w:rsidRPr="00573A5F">
              <w:rPr>
                <w:lang w:val="ru-RU"/>
              </w:rPr>
              <w:t>Б1.В.01.03 Конструкция шасси автомобилей</w:t>
            </w:r>
          </w:p>
        </w:tc>
        <w:tc>
          <w:tcPr>
            <w:tcW w:w="569" w:type="pct"/>
            <w:vAlign w:val="center"/>
          </w:tcPr>
          <w:p w14:paraId="78A81A7C" w14:textId="2BC0CB22" w:rsidR="00573A5F" w:rsidRPr="00573A5F" w:rsidRDefault="00573A5F" w:rsidP="00573A5F">
            <w:pPr>
              <w:jc w:val="center"/>
            </w:pPr>
            <w:r w:rsidRPr="00573A5F">
              <w:t>ПК-3</w:t>
            </w:r>
            <w:r w:rsidR="00DA4F6A">
              <w:rPr>
                <w:lang w:val="ru-RU"/>
              </w:rPr>
              <w:t>,</w:t>
            </w:r>
            <w:r w:rsidRPr="00573A5F">
              <w:t xml:space="preserve"> ПК-5</w:t>
            </w:r>
          </w:p>
        </w:tc>
        <w:tc>
          <w:tcPr>
            <w:tcW w:w="524" w:type="pct"/>
            <w:vAlign w:val="center"/>
          </w:tcPr>
          <w:p w14:paraId="640D0FA4" w14:textId="77777777" w:rsidR="00573A5F" w:rsidRDefault="00573A5F" w:rsidP="00573A5F">
            <w:pPr>
              <w:jc w:val="center"/>
            </w:pPr>
            <w:r>
              <w:t>75.5%</w:t>
            </w:r>
          </w:p>
        </w:tc>
        <w:tc>
          <w:tcPr>
            <w:tcW w:w="472" w:type="pct"/>
            <w:vAlign w:val="center"/>
          </w:tcPr>
          <w:p w14:paraId="641DE583" w14:textId="77777777" w:rsidR="00573A5F" w:rsidRDefault="00573A5F" w:rsidP="00573A5F">
            <w:pPr>
              <w:jc w:val="center"/>
            </w:pPr>
            <w:r>
              <w:t>28.05.2026</w:t>
            </w:r>
          </w:p>
        </w:tc>
      </w:tr>
      <w:tr w:rsidR="00573A5F" w14:paraId="4F59AB79" w14:textId="77777777" w:rsidTr="00573A5F">
        <w:tc>
          <w:tcPr>
            <w:tcW w:w="468" w:type="pct"/>
            <w:vAlign w:val="center"/>
          </w:tcPr>
          <w:p w14:paraId="5181E073" w14:textId="77777777" w:rsidR="00573A5F" w:rsidRDefault="00573A5F" w:rsidP="00573A5F">
            <w:pPr>
              <w:jc w:val="center"/>
            </w:pPr>
            <w:r>
              <w:t>23.03.03</w:t>
            </w:r>
          </w:p>
        </w:tc>
        <w:tc>
          <w:tcPr>
            <w:tcW w:w="725" w:type="pct"/>
            <w:vAlign w:val="center"/>
          </w:tcPr>
          <w:p w14:paraId="7E8C8379" w14:textId="77777777" w:rsidR="00573A5F" w:rsidRPr="00D408C9" w:rsidRDefault="00573A5F" w:rsidP="00573A5F">
            <w:pPr>
              <w:jc w:val="center"/>
              <w:rPr>
                <w:lang w:val="ru-RU"/>
              </w:rPr>
            </w:pPr>
            <w:r w:rsidRPr="00D408C9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468" w:type="pct"/>
            <w:vAlign w:val="center"/>
          </w:tcPr>
          <w:p w14:paraId="6F9CC824" w14:textId="77777777" w:rsidR="00573A5F" w:rsidRDefault="00573A5F" w:rsidP="00573A5F">
            <w:pPr>
              <w:jc w:val="center"/>
            </w:pPr>
            <w:r>
              <w:t>2023</w:t>
            </w:r>
          </w:p>
        </w:tc>
        <w:tc>
          <w:tcPr>
            <w:tcW w:w="468" w:type="pct"/>
            <w:vAlign w:val="center"/>
          </w:tcPr>
          <w:p w14:paraId="6CB711C6" w14:textId="77777777" w:rsidR="00573A5F" w:rsidRDefault="00573A5F" w:rsidP="00573A5F">
            <w:pPr>
              <w:jc w:val="center"/>
            </w:pPr>
            <w:r>
              <w:t>3</w:t>
            </w:r>
          </w:p>
        </w:tc>
        <w:tc>
          <w:tcPr>
            <w:tcW w:w="468" w:type="pct"/>
            <w:vAlign w:val="center"/>
          </w:tcPr>
          <w:p w14:paraId="4631CD25" w14:textId="77777777" w:rsidR="00573A5F" w:rsidRDefault="00573A5F" w:rsidP="00573A5F">
            <w:pPr>
              <w:jc w:val="center"/>
            </w:pPr>
            <w:r>
              <w:t>БУЛАТ-23</w:t>
            </w:r>
          </w:p>
        </w:tc>
        <w:tc>
          <w:tcPr>
            <w:tcW w:w="838" w:type="pct"/>
            <w:vAlign w:val="center"/>
          </w:tcPr>
          <w:p w14:paraId="7F97D3C9" w14:textId="0303D432" w:rsidR="00573A5F" w:rsidRPr="00D408C9" w:rsidRDefault="00573A5F" w:rsidP="00573A5F">
            <w:pPr>
              <w:jc w:val="center"/>
              <w:rPr>
                <w:lang w:val="ru-RU"/>
              </w:rPr>
            </w:pPr>
            <w:proofErr w:type="gramStart"/>
            <w:r w:rsidRPr="00D408C9">
              <w:rPr>
                <w:lang w:val="ru-RU"/>
              </w:rPr>
              <w:t>Б1.О.09.02  Техническое</w:t>
            </w:r>
            <w:proofErr w:type="gramEnd"/>
            <w:r w:rsidRPr="00D408C9">
              <w:rPr>
                <w:lang w:val="ru-RU"/>
              </w:rPr>
              <w:t xml:space="preserve"> регулирование на автомобильном транспорте</w:t>
            </w:r>
          </w:p>
        </w:tc>
        <w:tc>
          <w:tcPr>
            <w:tcW w:w="569" w:type="pct"/>
            <w:vAlign w:val="center"/>
          </w:tcPr>
          <w:p w14:paraId="7EA4D3EE" w14:textId="17E338B9" w:rsidR="00573A5F" w:rsidRDefault="00573A5F" w:rsidP="00573A5F">
            <w:pPr>
              <w:jc w:val="center"/>
            </w:pPr>
            <w:r>
              <w:t>УК-2, ОПК-6</w:t>
            </w:r>
          </w:p>
        </w:tc>
        <w:tc>
          <w:tcPr>
            <w:tcW w:w="524" w:type="pct"/>
            <w:vAlign w:val="center"/>
          </w:tcPr>
          <w:p w14:paraId="146352DD" w14:textId="77777777" w:rsidR="00573A5F" w:rsidRDefault="00573A5F" w:rsidP="00573A5F">
            <w:pPr>
              <w:jc w:val="center"/>
            </w:pPr>
            <w:r>
              <w:t>82.0%</w:t>
            </w:r>
          </w:p>
        </w:tc>
        <w:tc>
          <w:tcPr>
            <w:tcW w:w="472" w:type="pct"/>
            <w:vAlign w:val="center"/>
          </w:tcPr>
          <w:p w14:paraId="416EB670" w14:textId="77777777" w:rsidR="00573A5F" w:rsidRDefault="00573A5F" w:rsidP="00573A5F">
            <w:pPr>
              <w:jc w:val="center"/>
            </w:pPr>
            <w:r>
              <w:t>30.05.2026</w:t>
            </w:r>
          </w:p>
        </w:tc>
      </w:tr>
    </w:tbl>
    <w:p w14:paraId="39EE3157" w14:textId="77777777" w:rsidR="00A20636" w:rsidRDefault="00A20636"/>
    <w:sectPr w:rsidR="00A20636" w:rsidSect="00573A5F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3A5F"/>
    <w:rsid w:val="00A20636"/>
    <w:rsid w:val="00AA1D8D"/>
    <w:rsid w:val="00B47730"/>
    <w:rsid w:val="00CB0664"/>
    <w:rsid w:val="00D408C9"/>
    <w:rsid w:val="00DA4F6A"/>
    <w:rsid w:val="00FC693F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D42CD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2026-08-06T03:43:00Z</dcterms:created>
  <dcterms:modified xsi:type="dcterms:W3CDTF">2026-08-06T03:54:00Z</dcterms:modified>
  <cp:category/>
</cp:coreProperties>
</file>