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FEC8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Отчёт по результатам тестирования 'ООП'</w:t>
      </w:r>
    </w:p>
    <w:p w14:paraId="489E02B1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41"/>
        <w:gridCol w:w="2643"/>
        <w:gridCol w:w="906"/>
        <w:gridCol w:w="674"/>
        <w:gridCol w:w="1273"/>
        <w:gridCol w:w="3921"/>
        <w:gridCol w:w="1546"/>
        <w:gridCol w:w="1408"/>
        <w:gridCol w:w="1284"/>
      </w:tblGrid>
      <w:tr w:rsidR="00F73E55" w14:paraId="612A44C8" w14:textId="77777777" w:rsidTr="00505372">
        <w:tc>
          <w:tcPr>
            <w:tcW w:w="354" w:type="pct"/>
            <w:vAlign w:val="center"/>
          </w:tcPr>
          <w:p w14:paraId="73BEE674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899" w:type="pct"/>
            <w:vAlign w:val="center"/>
          </w:tcPr>
          <w:p w14:paraId="7D9BF536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308" w:type="pct"/>
            <w:vAlign w:val="center"/>
          </w:tcPr>
          <w:p w14:paraId="631B093C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229" w:type="pct"/>
            <w:vAlign w:val="center"/>
          </w:tcPr>
          <w:p w14:paraId="1F3E1CF0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433" w:type="pct"/>
            <w:vAlign w:val="center"/>
          </w:tcPr>
          <w:p w14:paraId="2CE8EA5F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Группа</w:t>
            </w:r>
          </w:p>
        </w:tc>
        <w:tc>
          <w:tcPr>
            <w:tcW w:w="1334" w:type="pct"/>
            <w:vAlign w:val="center"/>
          </w:tcPr>
          <w:p w14:paraId="7E74076A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Дисциплина</w:t>
            </w:r>
          </w:p>
        </w:tc>
        <w:tc>
          <w:tcPr>
            <w:tcW w:w="526" w:type="pct"/>
            <w:vAlign w:val="center"/>
          </w:tcPr>
          <w:p w14:paraId="444D6398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Компетенции</w:t>
            </w:r>
          </w:p>
        </w:tc>
        <w:tc>
          <w:tcPr>
            <w:tcW w:w="479" w:type="pct"/>
            <w:vAlign w:val="center"/>
          </w:tcPr>
          <w:p w14:paraId="67F2A23F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Средний % по дисциплине</w:t>
            </w:r>
          </w:p>
        </w:tc>
        <w:tc>
          <w:tcPr>
            <w:tcW w:w="437" w:type="pct"/>
            <w:vAlign w:val="center"/>
          </w:tcPr>
          <w:p w14:paraId="62473788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Дата</w:t>
            </w:r>
          </w:p>
        </w:tc>
      </w:tr>
      <w:tr w:rsidR="00F73E55" w14:paraId="401ADBCE" w14:textId="77777777" w:rsidTr="00505372">
        <w:tc>
          <w:tcPr>
            <w:tcW w:w="354" w:type="pct"/>
            <w:vAlign w:val="center"/>
          </w:tcPr>
          <w:p w14:paraId="03CA124B" w14:textId="77777777" w:rsidR="00F73E55" w:rsidRDefault="00F73E55" w:rsidP="00505372">
            <w:pPr>
              <w:jc w:val="center"/>
            </w:pPr>
            <w:r>
              <w:t>23.05.01</w:t>
            </w:r>
          </w:p>
        </w:tc>
        <w:tc>
          <w:tcPr>
            <w:tcW w:w="899" w:type="pct"/>
            <w:vAlign w:val="center"/>
          </w:tcPr>
          <w:p w14:paraId="7A2C7D6B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Подъемно-транспортные, строительные, дорожные средства и оборудование</w:t>
            </w:r>
          </w:p>
        </w:tc>
        <w:tc>
          <w:tcPr>
            <w:tcW w:w="308" w:type="pct"/>
            <w:vAlign w:val="center"/>
          </w:tcPr>
          <w:p w14:paraId="17D4583A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48496157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42283041" w14:textId="77777777" w:rsidR="00F73E55" w:rsidRDefault="00F73E55" w:rsidP="00505372">
            <w:pPr>
              <w:jc w:val="center"/>
            </w:pPr>
            <w:r>
              <w:t>ТТСзус-24</w:t>
            </w:r>
          </w:p>
        </w:tc>
        <w:tc>
          <w:tcPr>
            <w:tcW w:w="1334" w:type="pct"/>
            <w:vAlign w:val="center"/>
          </w:tcPr>
          <w:p w14:paraId="1AD00BCD" w14:textId="1A17E909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Б1.В.01.12 Конструкции ПТСДСиО</w:t>
            </w:r>
          </w:p>
        </w:tc>
        <w:tc>
          <w:tcPr>
            <w:tcW w:w="526" w:type="pct"/>
            <w:vAlign w:val="center"/>
          </w:tcPr>
          <w:p w14:paraId="3A617750" w14:textId="77777777" w:rsidR="00F73E55" w:rsidRDefault="00F73E55" w:rsidP="00505372">
            <w:pPr>
              <w:jc w:val="center"/>
            </w:pPr>
            <w:r>
              <w:t>УК-1, ПК-1, ПК-2, ПК-4</w:t>
            </w:r>
          </w:p>
        </w:tc>
        <w:tc>
          <w:tcPr>
            <w:tcW w:w="479" w:type="pct"/>
            <w:vAlign w:val="center"/>
          </w:tcPr>
          <w:p w14:paraId="482B089C" w14:textId="77777777" w:rsidR="00F73E55" w:rsidRDefault="00F73E55" w:rsidP="00505372">
            <w:pPr>
              <w:jc w:val="center"/>
            </w:pPr>
            <w:r>
              <w:t>65.0%</w:t>
            </w:r>
          </w:p>
        </w:tc>
        <w:tc>
          <w:tcPr>
            <w:tcW w:w="437" w:type="pct"/>
            <w:vAlign w:val="center"/>
          </w:tcPr>
          <w:p w14:paraId="35F62CA1" w14:textId="77777777" w:rsidR="00F73E55" w:rsidRDefault="00F73E55" w:rsidP="00505372">
            <w:pPr>
              <w:jc w:val="center"/>
            </w:pPr>
            <w:r>
              <w:t>05.03.2026</w:t>
            </w:r>
          </w:p>
        </w:tc>
      </w:tr>
      <w:tr w:rsidR="00F73E55" w14:paraId="31A8EEA3" w14:textId="77777777" w:rsidTr="00505372">
        <w:tc>
          <w:tcPr>
            <w:tcW w:w="354" w:type="pct"/>
            <w:vAlign w:val="center"/>
          </w:tcPr>
          <w:p w14:paraId="616F33F8" w14:textId="77777777" w:rsidR="00F73E55" w:rsidRDefault="00F73E55" w:rsidP="00505372">
            <w:pPr>
              <w:jc w:val="center"/>
            </w:pPr>
            <w:r>
              <w:t>23.05.01</w:t>
            </w:r>
          </w:p>
        </w:tc>
        <w:tc>
          <w:tcPr>
            <w:tcW w:w="899" w:type="pct"/>
            <w:vAlign w:val="center"/>
          </w:tcPr>
          <w:p w14:paraId="02298B89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Подъемно-транспортные, строительные, дорожные средства и оборудование</w:t>
            </w:r>
          </w:p>
        </w:tc>
        <w:tc>
          <w:tcPr>
            <w:tcW w:w="308" w:type="pct"/>
            <w:vAlign w:val="center"/>
          </w:tcPr>
          <w:p w14:paraId="0EDAC377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798964A7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26E742E5" w14:textId="77777777" w:rsidR="00F73E55" w:rsidRDefault="00F73E55" w:rsidP="00505372">
            <w:pPr>
              <w:jc w:val="center"/>
            </w:pPr>
            <w:r>
              <w:t>ТТСзус-24</w:t>
            </w:r>
          </w:p>
        </w:tc>
        <w:tc>
          <w:tcPr>
            <w:tcW w:w="1334" w:type="pct"/>
            <w:vAlign w:val="center"/>
          </w:tcPr>
          <w:p w14:paraId="10FE1825" w14:textId="495B64B6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Б1.О.09.03 Менеджмент и маркетинг</w:t>
            </w:r>
          </w:p>
        </w:tc>
        <w:tc>
          <w:tcPr>
            <w:tcW w:w="526" w:type="pct"/>
            <w:vAlign w:val="center"/>
          </w:tcPr>
          <w:p w14:paraId="7EF10BD2" w14:textId="18C7F053" w:rsidR="00F73E55" w:rsidRPr="001D2FCF" w:rsidRDefault="00F73E55" w:rsidP="00505372">
            <w:pPr>
              <w:jc w:val="center"/>
              <w:rPr>
                <w:lang w:val="ru-RU"/>
              </w:rPr>
            </w:pPr>
            <w:r>
              <w:t>УК-10</w:t>
            </w:r>
            <w:r w:rsidR="001D2FCF">
              <w:rPr>
                <w:lang w:val="ru-RU"/>
              </w:rPr>
              <w:t>, ОПК-6</w:t>
            </w:r>
          </w:p>
        </w:tc>
        <w:tc>
          <w:tcPr>
            <w:tcW w:w="479" w:type="pct"/>
            <w:vAlign w:val="center"/>
          </w:tcPr>
          <w:p w14:paraId="005F62F7" w14:textId="77777777" w:rsidR="00F73E55" w:rsidRDefault="00F73E55" w:rsidP="00505372">
            <w:pPr>
              <w:jc w:val="center"/>
            </w:pPr>
            <w:r>
              <w:t>56.0%</w:t>
            </w:r>
          </w:p>
        </w:tc>
        <w:tc>
          <w:tcPr>
            <w:tcW w:w="437" w:type="pct"/>
            <w:vAlign w:val="center"/>
          </w:tcPr>
          <w:p w14:paraId="666451F4" w14:textId="77777777" w:rsidR="00F73E55" w:rsidRDefault="00F73E55" w:rsidP="00505372">
            <w:pPr>
              <w:jc w:val="center"/>
            </w:pPr>
            <w:r>
              <w:t>06.03.2026</w:t>
            </w:r>
          </w:p>
        </w:tc>
      </w:tr>
      <w:tr w:rsidR="00F73E55" w14:paraId="13493777" w14:textId="77777777" w:rsidTr="00505372">
        <w:tc>
          <w:tcPr>
            <w:tcW w:w="354" w:type="pct"/>
            <w:vAlign w:val="center"/>
          </w:tcPr>
          <w:p w14:paraId="38D7A1C8" w14:textId="77777777" w:rsidR="00F73E55" w:rsidRDefault="00F73E55" w:rsidP="00505372">
            <w:pPr>
              <w:jc w:val="center"/>
            </w:pPr>
            <w:r>
              <w:t>23.05.01</w:t>
            </w:r>
          </w:p>
        </w:tc>
        <w:tc>
          <w:tcPr>
            <w:tcW w:w="899" w:type="pct"/>
            <w:vAlign w:val="center"/>
          </w:tcPr>
          <w:p w14:paraId="436642D5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Подъемно-транспортные, строительные, дорожные средства и оборудование</w:t>
            </w:r>
          </w:p>
        </w:tc>
        <w:tc>
          <w:tcPr>
            <w:tcW w:w="308" w:type="pct"/>
            <w:vAlign w:val="center"/>
          </w:tcPr>
          <w:p w14:paraId="451EC2AA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481ED311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61940ED0" w14:textId="77777777" w:rsidR="00F73E55" w:rsidRDefault="00F73E55" w:rsidP="00505372">
            <w:pPr>
              <w:jc w:val="center"/>
            </w:pPr>
            <w:r>
              <w:t>ТТСзус-24</w:t>
            </w:r>
          </w:p>
        </w:tc>
        <w:tc>
          <w:tcPr>
            <w:tcW w:w="1334" w:type="pct"/>
            <w:vAlign w:val="center"/>
          </w:tcPr>
          <w:p w14:paraId="08092106" w14:textId="52337BAC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Б1.О.08.11 Гидравлика и гидропневмопривод</w:t>
            </w:r>
          </w:p>
        </w:tc>
        <w:tc>
          <w:tcPr>
            <w:tcW w:w="526" w:type="pct"/>
            <w:vAlign w:val="center"/>
          </w:tcPr>
          <w:p w14:paraId="6144A663" w14:textId="77777777" w:rsidR="00F73E55" w:rsidRDefault="00F73E55" w:rsidP="00505372">
            <w:pPr>
              <w:jc w:val="center"/>
            </w:pPr>
            <w:r>
              <w:t>УК-2, ОПК-1, ОПК-5</w:t>
            </w:r>
          </w:p>
        </w:tc>
        <w:tc>
          <w:tcPr>
            <w:tcW w:w="479" w:type="pct"/>
            <w:vAlign w:val="center"/>
          </w:tcPr>
          <w:p w14:paraId="21B0218C" w14:textId="77777777" w:rsidR="00F73E55" w:rsidRDefault="00F73E55" w:rsidP="00505372">
            <w:pPr>
              <w:jc w:val="center"/>
            </w:pPr>
            <w:r>
              <w:t>71.5%</w:t>
            </w:r>
          </w:p>
        </w:tc>
        <w:tc>
          <w:tcPr>
            <w:tcW w:w="437" w:type="pct"/>
            <w:vAlign w:val="center"/>
          </w:tcPr>
          <w:p w14:paraId="7D03BBD1" w14:textId="77777777" w:rsidR="00F73E55" w:rsidRDefault="00F73E55" w:rsidP="00505372">
            <w:pPr>
              <w:jc w:val="center"/>
            </w:pPr>
            <w:r>
              <w:t>15.03.2026</w:t>
            </w:r>
          </w:p>
        </w:tc>
      </w:tr>
      <w:tr w:rsidR="00F73E55" w14:paraId="2E106D61" w14:textId="77777777" w:rsidTr="00505372">
        <w:tc>
          <w:tcPr>
            <w:tcW w:w="354" w:type="pct"/>
            <w:vAlign w:val="center"/>
          </w:tcPr>
          <w:p w14:paraId="7AE1917D" w14:textId="77777777" w:rsidR="00F73E55" w:rsidRDefault="00F73E55" w:rsidP="00505372">
            <w:pPr>
              <w:jc w:val="center"/>
            </w:pPr>
            <w:r>
              <w:t>23.05.01</w:t>
            </w:r>
          </w:p>
        </w:tc>
        <w:tc>
          <w:tcPr>
            <w:tcW w:w="899" w:type="pct"/>
            <w:vAlign w:val="center"/>
          </w:tcPr>
          <w:p w14:paraId="3A9770A1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Подъемно-транспортные, строительные, дорожные средства и оборудование</w:t>
            </w:r>
          </w:p>
        </w:tc>
        <w:tc>
          <w:tcPr>
            <w:tcW w:w="308" w:type="pct"/>
            <w:vAlign w:val="center"/>
          </w:tcPr>
          <w:p w14:paraId="5EC8B304" w14:textId="77777777" w:rsidR="00F73E55" w:rsidRDefault="00F73E55" w:rsidP="00505372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54889B2F" w14:textId="77777777" w:rsidR="00F73E55" w:rsidRDefault="00F73E55" w:rsidP="00505372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17B64826" w14:textId="77777777" w:rsidR="00F73E55" w:rsidRDefault="00F73E55" w:rsidP="00505372">
            <w:pPr>
              <w:jc w:val="center"/>
            </w:pPr>
            <w:r>
              <w:t>ТТСзус-24</w:t>
            </w:r>
          </w:p>
        </w:tc>
        <w:tc>
          <w:tcPr>
            <w:tcW w:w="1334" w:type="pct"/>
            <w:vAlign w:val="center"/>
          </w:tcPr>
          <w:p w14:paraId="46FA86C3" w14:textId="07F613FB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Б1.В.ДВ.01.01</w:t>
            </w:r>
            <w:r w:rsidR="001D2FCF">
              <w:rPr>
                <w:lang w:val="ru-RU"/>
              </w:rPr>
              <w:t xml:space="preserve"> </w:t>
            </w:r>
            <w:r w:rsidRPr="00B808C6">
              <w:rPr>
                <w:lang w:val="ru-RU"/>
              </w:rPr>
              <w:t>Основы проектирования машин</w:t>
            </w:r>
          </w:p>
        </w:tc>
        <w:tc>
          <w:tcPr>
            <w:tcW w:w="526" w:type="pct"/>
            <w:vAlign w:val="center"/>
          </w:tcPr>
          <w:p w14:paraId="1410C015" w14:textId="77777777" w:rsidR="00F73E55" w:rsidRDefault="00F73E55" w:rsidP="00505372">
            <w:pPr>
              <w:jc w:val="center"/>
            </w:pPr>
            <w:r>
              <w:t>УК-1, ПК-1, ПК-2</w:t>
            </w:r>
          </w:p>
        </w:tc>
        <w:tc>
          <w:tcPr>
            <w:tcW w:w="479" w:type="pct"/>
            <w:vAlign w:val="center"/>
          </w:tcPr>
          <w:p w14:paraId="61A5A5EA" w14:textId="77777777" w:rsidR="00F73E55" w:rsidRDefault="00F73E55" w:rsidP="00505372">
            <w:pPr>
              <w:jc w:val="center"/>
            </w:pPr>
            <w:r>
              <w:t>87.0%</w:t>
            </w:r>
          </w:p>
        </w:tc>
        <w:tc>
          <w:tcPr>
            <w:tcW w:w="437" w:type="pct"/>
            <w:vAlign w:val="center"/>
          </w:tcPr>
          <w:p w14:paraId="2ADAFC5E" w14:textId="77777777" w:rsidR="00F73E55" w:rsidRDefault="00F73E55" w:rsidP="00505372">
            <w:pPr>
              <w:jc w:val="center"/>
            </w:pPr>
            <w:r>
              <w:t>21.03.2026</w:t>
            </w:r>
          </w:p>
        </w:tc>
      </w:tr>
      <w:tr w:rsidR="00F73E55" w14:paraId="0ACB20E4" w14:textId="77777777" w:rsidTr="00505372">
        <w:tc>
          <w:tcPr>
            <w:tcW w:w="354" w:type="pct"/>
            <w:vAlign w:val="center"/>
          </w:tcPr>
          <w:p w14:paraId="4740E3CD" w14:textId="77777777" w:rsidR="00F73E55" w:rsidRDefault="00F73E55" w:rsidP="00505372">
            <w:pPr>
              <w:jc w:val="center"/>
            </w:pPr>
            <w:r>
              <w:t>23.05.01</w:t>
            </w:r>
          </w:p>
        </w:tc>
        <w:tc>
          <w:tcPr>
            <w:tcW w:w="899" w:type="pct"/>
            <w:vAlign w:val="center"/>
          </w:tcPr>
          <w:p w14:paraId="1F7006D7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Подъемно-транспортные, строительные, дорожные средства и оборудование</w:t>
            </w:r>
          </w:p>
        </w:tc>
        <w:tc>
          <w:tcPr>
            <w:tcW w:w="308" w:type="pct"/>
            <w:vAlign w:val="center"/>
          </w:tcPr>
          <w:p w14:paraId="27C33801" w14:textId="77777777" w:rsidR="00F73E55" w:rsidRDefault="00F73E55" w:rsidP="00505372">
            <w:pPr>
              <w:jc w:val="center"/>
            </w:pPr>
            <w:r>
              <w:t>2021</w:t>
            </w:r>
          </w:p>
        </w:tc>
        <w:tc>
          <w:tcPr>
            <w:tcW w:w="229" w:type="pct"/>
            <w:vAlign w:val="center"/>
          </w:tcPr>
          <w:p w14:paraId="0748464C" w14:textId="77777777" w:rsidR="00F73E55" w:rsidRDefault="00F73E55" w:rsidP="00505372">
            <w:pPr>
              <w:jc w:val="center"/>
            </w:pPr>
            <w:r>
              <w:t>5</w:t>
            </w:r>
          </w:p>
        </w:tc>
        <w:tc>
          <w:tcPr>
            <w:tcW w:w="433" w:type="pct"/>
            <w:vAlign w:val="center"/>
          </w:tcPr>
          <w:p w14:paraId="7ABD9378" w14:textId="77777777" w:rsidR="00F73E55" w:rsidRDefault="00F73E55" w:rsidP="00505372">
            <w:pPr>
              <w:jc w:val="center"/>
            </w:pPr>
            <w:r>
              <w:t>ТТС-21</w:t>
            </w:r>
          </w:p>
        </w:tc>
        <w:tc>
          <w:tcPr>
            <w:tcW w:w="1334" w:type="pct"/>
            <w:vAlign w:val="center"/>
          </w:tcPr>
          <w:p w14:paraId="55CF55D5" w14:textId="7EDB35B5" w:rsidR="00F73E55" w:rsidRPr="00B808C6" w:rsidRDefault="00CA4BCD" w:rsidP="00505372">
            <w:pPr>
              <w:jc w:val="center"/>
              <w:rPr>
                <w:lang w:val="ru-RU"/>
              </w:rPr>
            </w:pPr>
            <w:r w:rsidRPr="00CA4BCD">
              <w:rPr>
                <w:lang w:val="ru-RU"/>
              </w:rPr>
              <w:t>Б1.В.01.04</w:t>
            </w:r>
            <w:r>
              <w:rPr>
                <w:lang w:val="ru-RU"/>
              </w:rPr>
              <w:t xml:space="preserve"> </w:t>
            </w:r>
            <w:r w:rsidR="00F73E55" w:rsidRPr="00B808C6">
              <w:rPr>
                <w:lang w:val="ru-RU"/>
              </w:rPr>
              <w:t>Проектирование ПТМ и О</w:t>
            </w:r>
          </w:p>
        </w:tc>
        <w:tc>
          <w:tcPr>
            <w:tcW w:w="526" w:type="pct"/>
            <w:vAlign w:val="center"/>
          </w:tcPr>
          <w:p w14:paraId="0E1CB44F" w14:textId="77777777" w:rsidR="00F73E55" w:rsidRDefault="00F73E55" w:rsidP="00505372">
            <w:pPr>
              <w:jc w:val="center"/>
            </w:pPr>
            <w:r>
              <w:t>УК-2, ПК-2, ПК-4</w:t>
            </w:r>
          </w:p>
        </w:tc>
        <w:tc>
          <w:tcPr>
            <w:tcW w:w="479" w:type="pct"/>
            <w:vAlign w:val="center"/>
          </w:tcPr>
          <w:p w14:paraId="7E3DEBB3" w14:textId="77777777" w:rsidR="00F73E55" w:rsidRDefault="00F73E55" w:rsidP="00505372">
            <w:pPr>
              <w:jc w:val="center"/>
            </w:pPr>
            <w:r>
              <w:t>61.0%</w:t>
            </w:r>
          </w:p>
        </w:tc>
        <w:tc>
          <w:tcPr>
            <w:tcW w:w="437" w:type="pct"/>
            <w:vAlign w:val="center"/>
          </w:tcPr>
          <w:p w14:paraId="28882A4A" w14:textId="77777777" w:rsidR="00F73E55" w:rsidRDefault="00F73E55" w:rsidP="00505372">
            <w:pPr>
              <w:jc w:val="center"/>
            </w:pPr>
            <w:r>
              <w:t>26.03.2026</w:t>
            </w:r>
          </w:p>
        </w:tc>
      </w:tr>
      <w:tr w:rsidR="00F73E55" w14:paraId="163BF442" w14:textId="77777777" w:rsidTr="00505372">
        <w:tc>
          <w:tcPr>
            <w:tcW w:w="354" w:type="pct"/>
            <w:vAlign w:val="center"/>
          </w:tcPr>
          <w:p w14:paraId="2DB993A9" w14:textId="77777777" w:rsidR="00F73E55" w:rsidRDefault="00F73E55" w:rsidP="00505372">
            <w:pPr>
              <w:jc w:val="center"/>
            </w:pPr>
            <w:r>
              <w:t>23.05.01</w:t>
            </w:r>
          </w:p>
        </w:tc>
        <w:tc>
          <w:tcPr>
            <w:tcW w:w="899" w:type="pct"/>
            <w:vAlign w:val="center"/>
          </w:tcPr>
          <w:p w14:paraId="43628326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Подъемно-транспортные, строительные, дорожные средства и оборудование</w:t>
            </w:r>
          </w:p>
        </w:tc>
        <w:tc>
          <w:tcPr>
            <w:tcW w:w="308" w:type="pct"/>
            <w:vAlign w:val="center"/>
          </w:tcPr>
          <w:p w14:paraId="354E30F5" w14:textId="77777777" w:rsidR="00F73E55" w:rsidRDefault="00F73E55" w:rsidP="00505372">
            <w:pPr>
              <w:jc w:val="center"/>
            </w:pPr>
            <w:r>
              <w:t>2022</w:t>
            </w:r>
          </w:p>
        </w:tc>
        <w:tc>
          <w:tcPr>
            <w:tcW w:w="229" w:type="pct"/>
            <w:vAlign w:val="center"/>
          </w:tcPr>
          <w:p w14:paraId="13B8ECEA" w14:textId="77777777" w:rsidR="00F73E55" w:rsidRDefault="00F73E55" w:rsidP="00505372">
            <w:pPr>
              <w:jc w:val="center"/>
            </w:pPr>
            <w:r>
              <w:t>4</w:t>
            </w:r>
          </w:p>
        </w:tc>
        <w:tc>
          <w:tcPr>
            <w:tcW w:w="433" w:type="pct"/>
            <w:vAlign w:val="center"/>
          </w:tcPr>
          <w:p w14:paraId="3865928B" w14:textId="689C68C0" w:rsidR="00F73E55" w:rsidRDefault="00F73E55" w:rsidP="00505372">
            <w:pPr>
              <w:jc w:val="center"/>
            </w:pPr>
            <w:r>
              <w:t>ТТС-22</w:t>
            </w:r>
          </w:p>
        </w:tc>
        <w:tc>
          <w:tcPr>
            <w:tcW w:w="1334" w:type="pct"/>
            <w:vAlign w:val="center"/>
          </w:tcPr>
          <w:p w14:paraId="2BB3A78E" w14:textId="536B6E1B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Б1.О.09.13 Робототехника в строительстве</w:t>
            </w:r>
          </w:p>
        </w:tc>
        <w:tc>
          <w:tcPr>
            <w:tcW w:w="526" w:type="pct"/>
            <w:vAlign w:val="center"/>
          </w:tcPr>
          <w:p w14:paraId="262FA9E3" w14:textId="77777777" w:rsidR="00F73E55" w:rsidRDefault="00F73E55" w:rsidP="00505372">
            <w:pPr>
              <w:jc w:val="center"/>
            </w:pPr>
            <w:r>
              <w:t>УК-1, ОПК-2, ОПК-5, ОПК-7</w:t>
            </w:r>
          </w:p>
        </w:tc>
        <w:tc>
          <w:tcPr>
            <w:tcW w:w="479" w:type="pct"/>
            <w:vAlign w:val="center"/>
          </w:tcPr>
          <w:p w14:paraId="0D951EE4" w14:textId="77777777" w:rsidR="00F73E55" w:rsidRDefault="00F73E55" w:rsidP="00505372">
            <w:pPr>
              <w:jc w:val="center"/>
            </w:pPr>
            <w:r>
              <w:t>82.0%</w:t>
            </w:r>
          </w:p>
        </w:tc>
        <w:tc>
          <w:tcPr>
            <w:tcW w:w="437" w:type="pct"/>
            <w:vAlign w:val="center"/>
          </w:tcPr>
          <w:p w14:paraId="2CCED7DD" w14:textId="77777777" w:rsidR="00F73E55" w:rsidRDefault="00F73E55" w:rsidP="00505372">
            <w:pPr>
              <w:jc w:val="center"/>
            </w:pPr>
            <w:r>
              <w:t>02.04.2026</w:t>
            </w:r>
          </w:p>
        </w:tc>
      </w:tr>
      <w:tr w:rsidR="00F73E55" w14:paraId="2784808B" w14:textId="77777777" w:rsidTr="00505372">
        <w:tc>
          <w:tcPr>
            <w:tcW w:w="354" w:type="pct"/>
            <w:vAlign w:val="center"/>
          </w:tcPr>
          <w:p w14:paraId="15163995" w14:textId="77777777" w:rsidR="00F73E55" w:rsidRDefault="00F73E55" w:rsidP="00505372">
            <w:pPr>
              <w:jc w:val="center"/>
            </w:pPr>
            <w:r>
              <w:t>23.05.01</w:t>
            </w:r>
          </w:p>
        </w:tc>
        <w:tc>
          <w:tcPr>
            <w:tcW w:w="899" w:type="pct"/>
            <w:vAlign w:val="center"/>
          </w:tcPr>
          <w:p w14:paraId="10ABC60C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Подъемно-транспортные, строительные, дорожные средства и оборудование</w:t>
            </w:r>
          </w:p>
        </w:tc>
        <w:tc>
          <w:tcPr>
            <w:tcW w:w="308" w:type="pct"/>
            <w:vAlign w:val="center"/>
          </w:tcPr>
          <w:p w14:paraId="28D987B0" w14:textId="77777777" w:rsidR="00F73E55" w:rsidRDefault="00F73E55" w:rsidP="00505372">
            <w:pPr>
              <w:jc w:val="center"/>
            </w:pPr>
            <w:r>
              <w:t>2022</w:t>
            </w:r>
          </w:p>
        </w:tc>
        <w:tc>
          <w:tcPr>
            <w:tcW w:w="229" w:type="pct"/>
            <w:vAlign w:val="center"/>
          </w:tcPr>
          <w:p w14:paraId="3C372FCC" w14:textId="77777777" w:rsidR="00F73E55" w:rsidRDefault="00F73E55" w:rsidP="00505372">
            <w:pPr>
              <w:jc w:val="center"/>
            </w:pPr>
            <w:r>
              <w:t>4</w:t>
            </w:r>
          </w:p>
        </w:tc>
        <w:tc>
          <w:tcPr>
            <w:tcW w:w="433" w:type="pct"/>
            <w:vAlign w:val="center"/>
          </w:tcPr>
          <w:p w14:paraId="2C317C2D" w14:textId="573A59EB" w:rsidR="00F73E55" w:rsidRDefault="00F73E55" w:rsidP="00505372">
            <w:pPr>
              <w:jc w:val="center"/>
            </w:pPr>
            <w:r>
              <w:t>ТТС-22</w:t>
            </w:r>
          </w:p>
        </w:tc>
        <w:tc>
          <w:tcPr>
            <w:tcW w:w="1334" w:type="pct"/>
            <w:vAlign w:val="center"/>
          </w:tcPr>
          <w:p w14:paraId="0175A6BD" w14:textId="74987B30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Б1.В.01.02 Организация и планирование производства</w:t>
            </w:r>
          </w:p>
        </w:tc>
        <w:tc>
          <w:tcPr>
            <w:tcW w:w="526" w:type="pct"/>
            <w:vAlign w:val="center"/>
          </w:tcPr>
          <w:p w14:paraId="198A52B7" w14:textId="77777777" w:rsidR="00F73E55" w:rsidRDefault="00F73E55" w:rsidP="00505372">
            <w:pPr>
              <w:jc w:val="center"/>
            </w:pPr>
            <w:r>
              <w:t>УК-10, ПК-1, ПК-2</w:t>
            </w:r>
          </w:p>
        </w:tc>
        <w:tc>
          <w:tcPr>
            <w:tcW w:w="479" w:type="pct"/>
            <w:vAlign w:val="center"/>
          </w:tcPr>
          <w:p w14:paraId="6A93F6D8" w14:textId="77777777" w:rsidR="00F73E55" w:rsidRDefault="00F73E55" w:rsidP="00505372">
            <w:pPr>
              <w:jc w:val="center"/>
            </w:pPr>
            <w:r>
              <w:t>67.0%</w:t>
            </w:r>
          </w:p>
        </w:tc>
        <w:tc>
          <w:tcPr>
            <w:tcW w:w="437" w:type="pct"/>
            <w:vAlign w:val="center"/>
          </w:tcPr>
          <w:p w14:paraId="4971A2EF" w14:textId="77777777" w:rsidR="00F73E55" w:rsidRDefault="00F73E55" w:rsidP="00505372">
            <w:pPr>
              <w:jc w:val="center"/>
            </w:pPr>
            <w:r>
              <w:t>03.04.2026</w:t>
            </w:r>
          </w:p>
        </w:tc>
      </w:tr>
      <w:tr w:rsidR="00F73E55" w14:paraId="3AD2F33A" w14:textId="77777777" w:rsidTr="00505372">
        <w:tc>
          <w:tcPr>
            <w:tcW w:w="354" w:type="pct"/>
            <w:vAlign w:val="center"/>
          </w:tcPr>
          <w:p w14:paraId="2144268B" w14:textId="77777777" w:rsidR="00F73E55" w:rsidRDefault="00F73E55" w:rsidP="00505372">
            <w:pPr>
              <w:jc w:val="center"/>
            </w:pPr>
            <w:r>
              <w:lastRenderedPageBreak/>
              <w:t>23.05.01</w:t>
            </w:r>
          </w:p>
        </w:tc>
        <w:tc>
          <w:tcPr>
            <w:tcW w:w="899" w:type="pct"/>
            <w:vAlign w:val="center"/>
          </w:tcPr>
          <w:p w14:paraId="4E87785D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Подъемно-транспортные, строительные, дорожные средства и оборудование</w:t>
            </w:r>
          </w:p>
        </w:tc>
        <w:tc>
          <w:tcPr>
            <w:tcW w:w="308" w:type="pct"/>
            <w:vAlign w:val="center"/>
          </w:tcPr>
          <w:p w14:paraId="3E2167C5" w14:textId="77777777" w:rsidR="00F73E55" w:rsidRDefault="00F73E55" w:rsidP="00505372">
            <w:pPr>
              <w:jc w:val="center"/>
            </w:pPr>
            <w:r>
              <w:t>2022</w:t>
            </w:r>
          </w:p>
        </w:tc>
        <w:tc>
          <w:tcPr>
            <w:tcW w:w="229" w:type="pct"/>
            <w:vAlign w:val="center"/>
          </w:tcPr>
          <w:p w14:paraId="2296BE32" w14:textId="77777777" w:rsidR="00F73E55" w:rsidRDefault="00F73E55" w:rsidP="00505372">
            <w:pPr>
              <w:jc w:val="center"/>
            </w:pPr>
            <w:r>
              <w:t>4</w:t>
            </w:r>
          </w:p>
        </w:tc>
        <w:tc>
          <w:tcPr>
            <w:tcW w:w="433" w:type="pct"/>
            <w:vAlign w:val="center"/>
          </w:tcPr>
          <w:p w14:paraId="0C0B3E89" w14:textId="52407CCF" w:rsidR="00F73E55" w:rsidRDefault="00F73E55" w:rsidP="00505372">
            <w:pPr>
              <w:jc w:val="center"/>
            </w:pPr>
            <w:r>
              <w:t>ТТС-22</w:t>
            </w:r>
          </w:p>
        </w:tc>
        <w:tc>
          <w:tcPr>
            <w:tcW w:w="1334" w:type="pct"/>
            <w:vAlign w:val="center"/>
          </w:tcPr>
          <w:p w14:paraId="266AD45B" w14:textId="331D9E4D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Б1.О.09.05 Теория подъемно-транспортных, строительных, дорожных средств и оборудования</w:t>
            </w:r>
          </w:p>
        </w:tc>
        <w:tc>
          <w:tcPr>
            <w:tcW w:w="526" w:type="pct"/>
            <w:vAlign w:val="center"/>
          </w:tcPr>
          <w:p w14:paraId="6B615E94" w14:textId="77777777" w:rsidR="00F73E55" w:rsidRDefault="00F73E55" w:rsidP="00505372">
            <w:pPr>
              <w:jc w:val="center"/>
            </w:pPr>
            <w:r>
              <w:t>УК-2, ОПК-1, ОПК-5</w:t>
            </w:r>
          </w:p>
        </w:tc>
        <w:tc>
          <w:tcPr>
            <w:tcW w:w="479" w:type="pct"/>
            <w:vAlign w:val="center"/>
          </w:tcPr>
          <w:p w14:paraId="11764476" w14:textId="77777777" w:rsidR="00F73E55" w:rsidRDefault="00F73E55" w:rsidP="00505372">
            <w:pPr>
              <w:jc w:val="center"/>
            </w:pPr>
            <w:r>
              <w:t>67.0%</w:t>
            </w:r>
          </w:p>
        </w:tc>
        <w:tc>
          <w:tcPr>
            <w:tcW w:w="437" w:type="pct"/>
            <w:vAlign w:val="center"/>
          </w:tcPr>
          <w:p w14:paraId="012D1D8A" w14:textId="77777777" w:rsidR="00F73E55" w:rsidRDefault="00F73E55" w:rsidP="00505372">
            <w:pPr>
              <w:jc w:val="center"/>
            </w:pPr>
            <w:r>
              <w:t>09.04.2026</w:t>
            </w:r>
          </w:p>
        </w:tc>
      </w:tr>
      <w:tr w:rsidR="00F73E55" w14:paraId="76742E80" w14:textId="77777777" w:rsidTr="00505372">
        <w:tc>
          <w:tcPr>
            <w:tcW w:w="354" w:type="pct"/>
            <w:vAlign w:val="center"/>
          </w:tcPr>
          <w:p w14:paraId="49C9C579" w14:textId="77777777" w:rsidR="00F73E55" w:rsidRDefault="00F73E55" w:rsidP="00505372">
            <w:pPr>
              <w:jc w:val="center"/>
            </w:pPr>
            <w:r>
              <w:t>23.05.01</w:t>
            </w:r>
          </w:p>
        </w:tc>
        <w:tc>
          <w:tcPr>
            <w:tcW w:w="899" w:type="pct"/>
            <w:vAlign w:val="center"/>
          </w:tcPr>
          <w:p w14:paraId="5CA98A3F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Подъемно-транспортные, строительные, дорожные средства и оборудование</w:t>
            </w:r>
          </w:p>
        </w:tc>
        <w:tc>
          <w:tcPr>
            <w:tcW w:w="308" w:type="pct"/>
            <w:vAlign w:val="center"/>
          </w:tcPr>
          <w:p w14:paraId="6F29842D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26C0A4C4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477DB4C4" w14:textId="77777777" w:rsidR="00F73E55" w:rsidRDefault="00F73E55" w:rsidP="00505372">
            <w:pPr>
              <w:jc w:val="center"/>
            </w:pPr>
            <w:r>
              <w:t>ТТСзус-23</w:t>
            </w:r>
          </w:p>
        </w:tc>
        <w:tc>
          <w:tcPr>
            <w:tcW w:w="1334" w:type="pct"/>
            <w:vAlign w:val="center"/>
          </w:tcPr>
          <w:p w14:paraId="3C8C9A92" w14:textId="3FA6C9D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Б1.В.01.02 Организация и планирование производства</w:t>
            </w:r>
          </w:p>
        </w:tc>
        <w:tc>
          <w:tcPr>
            <w:tcW w:w="526" w:type="pct"/>
            <w:vAlign w:val="center"/>
          </w:tcPr>
          <w:p w14:paraId="7912A4EF" w14:textId="77777777" w:rsidR="00F73E55" w:rsidRDefault="00F73E55" w:rsidP="00505372">
            <w:pPr>
              <w:jc w:val="center"/>
            </w:pPr>
            <w:r>
              <w:t>УК-10, ПК-1, ПК-2</w:t>
            </w:r>
          </w:p>
        </w:tc>
        <w:tc>
          <w:tcPr>
            <w:tcW w:w="479" w:type="pct"/>
            <w:vAlign w:val="center"/>
          </w:tcPr>
          <w:p w14:paraId="5B4E531E" w14:textId="77777777" w:rsidR="00F73E55" w:rsidRDefault="00F73E55" w:rsidP="00505372">
            <w:pPr>
              <w:jc w:val="center"/>
            </w:pPr>
            <w:r>
              <w:t>72.0%</w:t>
            </w:r>
          </w:p>
        </w:tc>
        <w:tc>
          <w:tcPr>
            <w:tcW w:w="437" w:type="pct"/>
            <w:vAlign w:val="center"/>
          </w:tcPr>
          <w:p w14:paraId="66D78E1F" w14:textId="77777777" w:rsidR="00F73E55" w:rsidRDefault="00F73E55" w:rsidP="00505372">
            <w:pPr>
              <w:jc w:val="center"/>
            </w:pPr>
            <w:r>
              <w:t>10.04.2026</w:t>
            </w:r>
          </w:p>
        </w:tc>
      </w:tr>
      <w:tr w:rsidR="00F73E55" w14:paraId="41136361" w14:textId="77777777" w:rsidTr="00505372">
        <w:tc>
          <w:tcPr>
            <w:tcW w:w="354" w:type="pct"/>
            <w:vAlign w:val="center"/>
          </w:tcPr>
          <w:p w14:paraId="6228CC46" w14:textId="77777777" w:rsidR="00F73E55" w:rsidRDefault="00F73E55" w:rsidP="00505372">
            <w:pPr>
              <w:jc w:val="center"/>
            </w:pPr>
            <w:r>
              <w:t>23.05.01</w:t>
            </w:r>
          </w:p>
        </w:tc>
        <w:tc>
          <w:tcPr>
            <w:tcW w:w="899" w:type="pct"/>
            <w:vAlign w:val="center"/>
          </w:tcPr>
          <w:p w14:paraId="5231894C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Подъемно-транспортные, строительные, дорожные средства и оборудование</w:t>
            </w:r>
          </w:p>
        </w:tc>
        <w:tc>
          <w:tcPr>
            <w:tcW w:w="308" w:type="pct"/>
            <w:vAlign w:val="center"/>
          </w:tcPr>
          <w:p w14:paraId="516D09B7" w14:textId="77777777" w:rsidR="00F73E55" w:rsidRDefault="00F73E55" w:rsidP="00505372">
            <w:pPr>
              <w:jc w:val="center"/>
            </w:pPr>
            <w:r>
              <w:t>2022</w:t>
            </w:r>
          </w:p>
        </w:tc>
        <w:tc>
          <w:tcPr>
            <w:tcW w:w="229" w:type="pct"/>
            <w:vAlign w:val="center"/>
          </w:tcPr>
          <w:p w14:paraId="5F1A9AE7" w14:textId="77777777" w:rsidR="00F73E55" w:rsidRDefault="00F73E55" w:rsidP="00505372">
            <w:pPr>
              <w:jc w:val="center"/>
            </w:pPr>
            <w:r>
              <w:t>4</w:t>
            </w:r>
          </w:p>
        </w:tc>
        <w:tc>
          <w:tcPr>
            <w:tcW w:w="433" w:type="pct"/>
            <w:vAlign w:val="center"/>
          </w:tcPr>
          <w:p w14:paraId="1AB57F90" w14:textId="3EF084C5" w:rsidR="00F73E55" w:rsidRDefault="00F73E55" w:rsidP="00505372">
            <w:pPr>
              <w:jc w:val="center"/>
            </w:pPr>
            <w:r>
              <w:t>ТТС-22</w:t>
            </w:r>
          </w:p>
        </w:tc>
        <w:tc>
          <w:tcPr>
            <w:tcW w:w="1334" w:type="pct"/>
            <w:vAlign w:val="center"/>
          </w:tcPr>
          <w:p w14:paraId="3FEB8384" w14:textId="3B7393A0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Б1.В.01.06 Машины для земляных работ (8 семестр)</w:t>
            </w:r>
          </w:p>
        </w:tc>
        <w:tc>
          <w:tcPr>
            <w:tcW w:w="526" w:type="pct"/>
            <w:vAlign w:val="center"/>
          </w:tcPr>
          <w:p w14:paraId="49212E60" w14:textId="77777777" w:rsidR="00F73E55" w:rsidRDefault="00F73E55" w:rsidP="00505372">
            <w:pPr>
              <w:jc w:val="center"/>
            </w:pPr>
            <w:r>
              <w:t>УК-2, ПК-1, ПК-4</w:t>
            </w:r>
          </w:p>
        </w:tc>
        <w:tc>
          <w:tcPr>
            <w:tcW w:w="479" w:type="pct"/>
            <w:vAlign w:val="center"/>
          </w:tcPr>
          <w:p w14:paraId="18FD0766" w14:textId="77777777" w:rsidR="00F73E55" w:rsidRDefault="00F73E55" w:rsidP="00505372">
            <w:pPr>
              <w:jc w:val="center"/>
            </w:pPr>
            <w:r>
              <w:t>59.0%</w:t>
            </w:r>
          </w:p>
        </w:tc>
        <w:tc>
          <w:tcPr>
            <w:tcW w:w="437" w:type="pct"/>
            <w:vAlign w:val="center"/>
          </w:tcPr>
          <w:p w14:paraId="3E118475" w14:textId="77777777" w:rsidR="00F73E55" w:rsidRDefault="00F73E55" w:rsidP="00505372">
            <w:pPr>
              <w:jc w:val="center"/>
            </w:pPr>
            <w:r>
              <w:t>11.04.2026</w:t>
            </w:r>
          </w:p>
        </w:tc>
      </w:tr>
      <w:tr w:rsidR="00F73E55" w14:paraId="39B09BDF" w14:textId="77777777" w:rsidTr="00505372">
        <w:tc>
          <w:tcPr>
            <w:tcW w:w="354" w:type="pct"/>
            <w:vAlign w:val="center"/>
          </w:tcPr>
          <w:p w14:paraId="1FD86924" w14:textId="77777777" w:rsidR="00F73E55" w:rsidRDefault="00F73E55" w:rsidP="00505372">
            <w:pPr>
              <w:jc w:val="center"/>
            </w:pPr>
            <w:r>
              <w:t>23.05.01</w:t>
            </w:r>
          </w:p>
        </w:tc>
        <w:tc>
          <w:tcPr>
            <w:tcW w:w="899" w:type="pct"/>
            <w:vAlign w:val="center"/>
          </w:tcPr>
          <w:p w14:paraId="4C4648F1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Подъемно-транспортные, строительные, дорожные средства и оборудование</w:t>
            </w:r>
          </w:p>
        </w:tc>
        <w:tc>
          <w:tcPr>
            <w:tcW w:w="308" w:type="pct"/>
            <w:vAlign w:val="center"/>
          </w:tcPr>
          <w:p w14:paraId="3F692E9A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412D96BF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0CFCFE33" w14:textId="77777777" w:rsidR="00F73E55" w:rsidRDefault="00F73E55" w:rsidP="00505372">
            <w:pPr>
              <w:jc w:val="center"/>
            </w:pPr>
            <w:r>
              <w:t>ТТСзус-23</w:t>
            </w:r>
          </w:p>
        </w:tc>
        <w:tc>
          <w:tcPr>
            <w:tcW w:w="1334" w:type="pct"/>
            <w:vAlign w:val="center"/>
          </w:tcPr>
          <w:p w14:paraId="60B091B7" w14:textId="4FC797D8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Б1.О.09.12 Электрооборудование подъемно-транспортных, строительных и дорожных средств</w:t>
            </w:r>
          </w:p>
        </w:tc>
        <w:tc>
          <w:tcPr>
            <w:tcW w:w="526" w:type="pct"/>
            <w:vAlign w:val="center"/>
          </w:tcPr>
          <w:p w14:paraId="70D2F33E" w14:textId="77777777" w:rsidR="00F73E55" w:rsidRDefault="00F73E55" w:rsidP="00505372">
            <w:pPr>
              <w:jc w:val="center"/>
            </w:pPr>
            <w:r>
              <w:t>УК-2, ОПК-1, ОПК-5</w:t>
            </w:r>
          </w:p>
        </w:tc>
        <w:tc>
          <w:tcPr>
            <w:tcW w:w="479" w:type="pct"/>
            <w:vAlign w:val="center"/>
          </w:tcPr>
          <w:p w14:paraId="67CA8297" w14:textId="77777777" w:rsidR="00F73E55" w:rsidRDefault="00F73E55" w:rsidP="00505372">
            <w:pPr>
              <w:jc w:val="center"/>
            </w:pPr>
            <w:r>
              <w:t>59.0%</w:t>
            </w:r>
          </w:p>
        </w:tc>
        <w:tc>
          <w:tcPr>
            <w:tcW w:w="437" w:type="pct"/>
            <w:vAlign w:val="center"/>
          </w:tcPr>
          <w:p w14:paraId="5F00B870" w14:textId="77777777" w:rsidR="00F73E55" w:rsidRDefault="00F73E55" w:rsidP="00505372">
            <w:pPr>
              <w:jc w:val="center"/>
            </w:pPr>
            <w:r>
              <w:t>11.04.2026</w:t>
            </w:r>
          </w:p>
        </w:tc>
      </w:tr>
      <w:tr w:rsidR="00F73E55" w14:paraId="765E404F" w14:textId="77777777" w:rsidTr="00505372">
        <w:tc>
          <w:tcPr>
            <w:tcW w:w="354" w:type="pct"/>
            <w:vAlign w:val="center"/>
          </w:tcPr>
          <w:p w14:paraId="4758852A" w14:textId="77777777" w:rsidR="00F73E55" w:rsidRDefault="00F73E55" w:rsidP="00505372">
            <w:pPr>
              <w:jc w:val="center"/>
            </w:pPr>
            <w:r>
              <w:t>23.05.01</w:t>
            </w:r>
          </w:p>
        </w:tc>
        <w:tc>
          <w:tcPr>
            <w:tcW w:w="899" w:type="pct"/>
            <w:vAlign w:val="center"/>
          </w:tcPr>
          <w:p w14:paraId="29F97D37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Подъемно-транспортные, строительные, дорожные средства и оборудование</w:t>
            </w:r>
          </w:p>
        </w:tc>
        <w:tc>
          <w:tcPr>
            <w:tcW w:w="308" w:type="pct"/>
            <w:vAlign w:val="center"/>
          </w:tcPr>
          <w:p w14:paraId="63458277" w14:textId="77777777" w:rsidR="00F73E55" w:rsidRDefault="00F73E55" w:rsidP="00505372">
            <w:pPr>
              <w:jc w:val="center"/>
            </w:pPr>
            <w:r>
              <w:t>2022</w:t>
            </w:r>
          </w:p>
        </w:tc>
        <w:tc>
          <w:tcPr>
            <w:tcW w:w="229" w:type="pct"/>
            <w:vAlign w:val="center"/>
          </w:tcPr>
          <w:p w14:paraId="7CAB071D" w14:textId="77777777" w:rsidR="00F73E55" w:rsidRDefault="00F73E55" w:rsidP="00505372">
            <w:pPr>
              <w:jc w:val="center"/>
            </w:pPr>
            <w:r>
              <w:t>4</w:t>
            </w:r>
          </w:p>
        </w:tc>
        <w:tc>
          <w:tcPr>
            <w:tcW w:w="433" w:type="pct"/>
            <w:vAlign w:val="center"/>
          </w:tcPr>
          <w:p w14:paraId="483CD55A" w14:textId="58BBA739" w:rsidR="00F73E55" w:rsidRDefault="00F73E55" w:rsidP="00505372">
            <w:pPr>
              <w:jc w:val="center"/>
            </w:pPr>
            <w:r>
              <w:t>ТТС-22</w:t>
            </w:r>
          </w:p>
        </w:tc>
        <w:tc>
          <w:tcPr>
            <w:tcW w:w="1334" w:type="pct"/>
            <w:vAlign w:val="center"/>
          </w:tcPr>
          <w:p w14:paraId="60D1B43C" w14:textId="6EA510EA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Б1.В.ДВ.01.01</w:t>
            </w:r>
            <w:r w:rsidR="004402BD">
              <w:rPr>
                <w:lang w:val="ru-RU"/>
              </w:rPr>
              <w:t xml:space="preserve"> </w:t>
            </w:r>
            <w:r w:rsidRPr="00B808C6">
              <w:rPr>
                <w:lang w:val="ru-RU"/>
              </w:rPr>
              <w:t>Основы проектирования машин</w:t>
            </w:r>
          </w:p>
        </w:tc>
        <w:tc>
          <w:tcPr>
            <w:tcW w:w="526" w:type="pct"/>
            <w:vAlign w:val="center"/>
          </w:tcPr>
          <w:p w14:paraId="67FC5A21" w14:textId="77777777" w:rsidR="00F73E55" w:rsidRDefault="00F73E55" w:rsidP="00505372">
            <w:pPr>
              <w:jc w:val="center"/>
            </w:pPr>
            <w:r>
              <w:t>УК-1, ПК-1, ПК-2</w:t>
            </w:r>
          </w:p>
        </w:tc>
        <w:tc>
          <w:tcPr>
            <w:tcW w:w="479" w:type="pct"/>
            <w:vAlign w:val="center"/>
          </w:tcPr>
          <w:p w14:paraId="571A9940" w14:textId="77777777" w:rsidR="00F73E55" w:rsidRDefault="00F73E55" w:rsidP="00505372">
            <w:pPr>
              <w:jc w:val="center"/>
            </w:pPr>
            <w:r>
              <w:t>86.0%</w:t>
            </w:r>
          </w:p>
        </w:tc>
        <w:tc>
          <w:tcPr>
            <w:tcW w:w="437" w:type="pct"/>
            <w:vAlign w:val="center"/>
          </w:tcPr>
          <w:p w14:paraId="3276105B" w14:textId="77777777" w:rsidR="00F73E55" w:rsidRDefault="00F73E55" w:rsidP="00505372">
            <w:pPr>
              <w:jc w:val="center"/>
            </w:pPr>
            <w:r>
              <w:t>15.04.2026</w:t>
            </w:r>
          </w:p>
        </w:tc>
      </w:tr>
      <w:tr w:rsidR="00F73E55" w14:paraId="75E689BC" w14:textId="77777777" w:rsidTr="00505372">
        <w:tc>
          <w:tcPr>
            <w:tcW w:w="354" w:type="pct"/>
            <w:vAlign w:val="center"/>
          </w:tcPr>
          <w:p w14:paraId="18D5FAF5" w14:textId="77777777" w:rsidR="00F73E55" w:rsidRDefault="00F73E55" w:rsidP="00505372">
            <w:pPr>
              <w:jc w:val="center"/>
            </w:pPr>
            <w:r>
              <w:t>23.05.01</w:t>
            </w:r>
          </w:p>
        </w:tc>
        <w:tc>
          <w:tcPr>
            <w:tcW w:w="899" w:type="pct"/>
            <w:vAlign w:val="center"/>
          </w:tcPr>
          <w:p w14:paraId="64093DFA" w14:textId="77777777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Подъемно-транспортные, строительные, дорожные средства и оборудование</w:t>
            </w:r>
          </w:p>
        </w:tc>
        <w:tc>
          <w:tcPr>
            <w:tcW w:w="308" w:type="pct"/>
            <w:vAlign w:val="center"/>
          </w:tcPr>
          <w:p w14:paraId="519B89C5" w14:textId="77777777" w:rsidR="00F73E55" w:rsidRDefault="00F73E55" w:rsidP="00505372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57011E43" w14:textId="77777777" w:rsidR="00F73E55" w:rsidRDefault="00F73E55" w:rsidP="00505372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60F2C60E" w14:textId="77777777" w:rsidR="00F73E55" w:rsidRDefault="00F73E55" w:rsidP="00505372">
            <w:pPr>
              <w:jc w:val="center"/>
            </w:pPr>
            <w:r>
              <w:t>ТТСзус-23</w:t>
            </w:r>
          </w:p>
        </w:tc>
        <w:tc>
          <w:tcPr>
            <w:tcW w:w="1334" w:type="pct"/>
            <w:vAlign w:val="center"/>
          </w:tcPr>
          <w:p w14:paraId="5CA4FF7F" w14:textId="499D5066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Б1.В.01.05 Технология производства подъемно-транспортных, строительных, дорожных средств и оборудования</w:t>
            </w:r>
          </w:p>
        </w:tc>
        <w:tc>
          <w:tcPr>
            <w:tcW w:w="526" w:type="pct"/>
            <w:vAlign w:val="center"/>
          </w:tcPr>
          <w:p w14:paraId="40EA8101" w14:textId="77777777" w:rsidR="00F73E55" w:rsidRDefault="00F73E55" w:rsidP="00505372">
            <w:pPr>
              <w:jc w:val="center"/>
            </w:pPr>
            <w:r>
              <w:t>УК-3, ПК-2, ПК-4</w:t>
            </w:r>
          </w:p>
        </w:tc>
        <w:tc>
          <w:tcPr>
            <w:tcW w:w="479" w:type="pct"/>
            <w:vAlign w:val="center"/>
          </w:tcPr>
          <w:p w14:paraId="7F63E358" w14:textId="77777777" w:rsidR="00F73E55" w:rsidRDefault="00F73E55" w:rsidP="00505372">
            <w:pPr>
              <w:jc w:val="center"/>
            </w:pPr>
            <w:r>
              <w:t>68.0%</w:t>
            </w:r>
          </w:p>
        </w:tc>
        <w:tc>
          <w:tcPr>
            <w:tcW w:w="437" w:type="pct"/>
            <w:vAlign w:val="center"/>
          </w:tcPr>
          <w:p w14:paraId="36159AF5" w14:textId="77777777" w:rsidR="00F73E55" w:rsidRDefault="00F73E55" w:rsidP="00505372">
            <w:pPr>
              <w:jc w:val="center"/>
            </w:pPr>
            <w:r>
              <w:t>21.04.2026</w:t>
            </w:r>
          </w:p>
        </w:tc>
      </w:tr>
      <w:tr w:rsidR="004402BD" w14:paraId="65CFC597" w14:textId="77777777" w:rsidTr="00505372">
        <w:tc>
          <w:tcPr>
            <w:tcW w:w="354" w:type="pct"/>
            <w:vAlign w:val="center"/>
          </w:tcPr>
          <w:p w14:paraId="283EDE3F" w14:textId="77777777" w:rsidR="004402BD" w:rsidRDefault="004402BD" w:rsidP="004402BD">
            <w:pPr>
              <w:jc w:val="center"/>
            </w:pPr>
            <w:r>
              <w:t>23.05.01</w:t>
            </w:r>
          </w:p>
        </w:tc>
        <w:tc>
          <w:tcPr>
            <w:tcW w:w="899" w:type="pct"/>
            <w:vAlign w:val="center"/>
          </w:tcPr>
          <w:p w14:paraId="0EE0CE90" w14:textId="77777777" w:rsidR="004402BD" w:rsidRPr="00B808C6" w:rsidRDefault="004402BD" w:rsidP="004402BD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Подъемно-транспортные, строительные, дорожные средства и оборудование</w:t>
            </w:r>
          </w:p>
        </w:tc>
        <w:tc>
          <w:tcPr>
            <w:tcW w:w="308" w:type="pct"/>
            <w:vAlign w:val="center"/>
          </w:tcPr>
          <w:p w14:paraId="61611C37" w14:textId="77777777" w:rsidR="004402BD" w:rsidRDefault="004402BD" w:rsidP="004402BD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658442C5" w14:textId="77777777" w:rsidR="004402BD" w:rsidRDefault="004402BD" w:rsidP="004402BD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1E0262C6" w14:textId="77777777" w:rsidR="004402BD" w:rsidRDefault="004402BD" w:rsidP="004402BD">
            <w:pPr>
              <w:jc w:val="center"/>
            </w:pPr>
            <w:r>
              <w:t>ТТСзус-25</w:t>
            </w:r>
          </w:p>
        </w:tc>
        <w:tc>
          <w:tcPr>
            <w:tcW w:w="1334" w:type="pct"/>
            <w:vAlign w:val="center"/>
          </w:tcPr>
          <w:p w14:paraId="5C940C49" w14:textId="68345CDA" w:rsidR="004402BD" w:rsidRPr="004402BD" w:rsidRDefault="004402BD" w:rsidP="004402BD">
            <w:pPr>
              <w:jc w:val="center"/>
              <w:rPr>
                <w:lang w:val="ru-RU"/>
              </w:rPr>
            </w:pPr>
            <w:r w:rsidRPr="004402BD">
              <w:rPr>
                <w:lang w:val="ru-RU"/>
              </w:rPr>
              <w:t>Б1.О.05.01</w:t>
            </w:r>
            <w:r>
              <w:rPr>
                <w:lang w:val="ru-RU"/>
              </w:rPr>
              <w:t xml:space="preserve"> </w:t>
            </w:r>
            <w:r w:rsidRPr="004402BD">
              <w:rPr>
                <w:lang w:val="ru-RU"/>
              </w:rPr>
              <w:t>Введение в информационные технологии</w:t>
            </w:r>
          </w:p>
        </w:tc>
        <w:tc>
          <w:tcPr>
            <w:tcW w:w="526" w:type="pct"/>
            <w:vAlign w:val="center"/>
          </w:tcPr>
          <w:p w14:paraId="36A83BDD" w14:textId="47DBE808" w:rsidR="004402BD" w:rsidRPr="004402BD" w:rsidRDefault="004402BD" w:rsidP="004402BD">
            <w:pPr>
              <w:jc w:val="center"/>
              <w:rPr>
                <w:lang w:val="ru-RU"/>
              </w:rPr>
            </w:pPr>
            <w:r>
              <w:t>ОПК-</w:t>
            </w:r>
            <w:r>
              <w:rPr>
                <w:lang w:val="ru-RU"/>
              </w:rPr>
              <w:t>2</w:t>
            </w:r>
            <w:r>
              <w:t>, ОПК-</w:t>
            </w:r>
            <w:r>
              <w:rPr>
                <w:lang w:val="ru-RU"/>
              </w:rPr>
              <w:t>7</w:t>
            </w:r>
          </w:p>
        </w:tc>
        <w:tc>
          <w:tcPr>
            <w:tcW w:w="479" w:type="pct"/>
            <w:vAlign w:val="center"/>
          </w:tcPr>
          <w:p w14:paraId="6F0D63FA" w14:textId="77777777" w:rsidR="004402BD" w:rsidRDefault="004402BD" w:rsidP="004402BD">
            <w:pPr>
              <w:jc w:val="center"/>
            </w:pPr>
            <w:r>
              <w:t>68.0%</w:t>
            </w:r>
          </w:p>
        </w:tc>
        <w:tc>
          <w:tcPr>
            <w:tcW w:w="437" w:type="pct"/>
            <w:vAlign w:val="center"/>
          </w:tcPr>
          <w:p w14:paraId="6FC14DBA" w14:textId="77777777" w:rsidR="004402BD" w:rsidRDefault="004402BD" w:rsidP="004402BD">
            <w:pPr>
              <w:jc w:val="center"/>
            </w:pPr>
            <w:r>
              <w:t>21.04.2026</w:t>
            </w:r>
          </w:p>
        </w:tc>
      </w:tr>
      <w:tr w:rsidR="004402BD" w14:paraId="2FD94ACC" w14:textId="77777777" w:rsidTr="00505372">
        <w:tc>
          <w:tcPr>
            <w:tcW w:w="354" w:type="pct"/>
            <w:vAlign w:val="center"/>
          </w:tcPr>
          <w:p w14:paraId="6EDC16C8" w14:textId="77777777" w:rsidR="004402BD" w:rsidRDefault="004402BD" w:rsidP="004402BD">
            <w:pPr>
              <w:jc w:val="center"/>
            </w:pPr>
            <w:r>
              <w:t>23.05.01</w:t>
            </w:r>
          </w:p>
        </w:tc>
        <w:tc>
          <w:tcPr>
            <w:tcW w:w="899" w:type="pct"/>
            <w:vAlign w:val="center"/>
          </w:tcPr>
          <w:p w14:paraId="0C62EA33" w14:textId="77777777" w:rsidR="004402BD" w:rsidRPr="00B808C6" w:rsidRDefault="004402BD" w:rsidP="004402BD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Подъемно-транспортные, строительные, дорожные средства и оборудование</w:t>
            </w:r>
          </w:p>
        </w:tc>
        <w:tc>
          <w:tcPr>
            <w:tcW w:w="308" w:type="pct"/>
            <w:vAlign w:val="center"/>
          </w:tcPr>
          <w:p w14:paraId="49BF5D99" w14:textId="77777777" w:rsidR="004402BD" w:rsidRDefault="004402BD" w:rsidP="004402BD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4D76A3D4" w14:textId="77777777" w:rsidR="004402BD" w:rsidRDefault="004402BD" w:rsidP="004402BD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5B77CF69" w14:textId="77777777" w:rsidR="004402BD" w:rsidRDefault="004402BD" w:rsidP="004402BD">
            <w:pPr>
              <w:jc w:val="center"/>
            </w:pPr>
            <w:r>
              <w:t>ТТС-25</w:t>
            </w:r>
          </w:p>
        </w:tc>
        <w:tc>
          <w:tcPr>
            <w:tcW w:w="1334" w:type="pct"/>
            <w:vAlign w:val="center"/>
          </w:tcPr>
          <w:p w14:paraId="1E5CCF5B" w14:textId="3E31BF9A" w:rsidR="004402BD" w:rsidRPr="00B808C6" w:rsidRDefault="004402BD" w:rsidP="004402BD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Б1.О.05.02 Системы искусственного интеллекта</w:t>
            </w:r>
          </w:p>
        </w:tc>
        <w:tc>
          <w:tcPr>
            <w:tcW w:w="526" w:type="pct"/>
            <w:vAlign w:val="center"/>
          </w:tcPr>
          <w:p w14:paraId="698B9239" w14:textId="1383B133" w:rsidR="004402BD" w:rsidRDefault="004402BD" w:rsidP="004402BD">
            <w:pPr>
              <w:jc w:val="center"/>
            </w:pPr>
            <w:r>
              <w:t>ОПК-</w:t>
            </w:r>
            <w:r>
              <w:rPr>
                <w:lang w:val="ru-RU"/>
              </w:rPr>
              <w:t>2</w:t>
            </w:r>
            <w:r>
              <w:t>, ОПК-</w:t>
            </w:r>
            <w:r>
              <w:rPr>
                <w:lang w:val="ru-RU"/>
              </w:rPr>
              <w:t>7</w:t>
            </w:r>
          </w:p>
        </w:tc>
        <w:tc>
          <w:tcPr>
            <w:tcW w:w="479" w:type="pct"/>
            <w:vAlign w:val="center"/>
          </w:tcPr>
          <w:p w14:paraId="2A758F71" w14:textId="77777777" w:rsidR="004402BD" w:rsidRDefault="004402BD" w:rsidP="004402BD">
            <w:pPr>
              <w:jc w:val="center"/>
            </w:pPr>
            <w:r>
              <w:t>70.0%</w:t>
            </w:r>
          </w:p>
        </w:tc>
        <w:tc>
          <w:tcPr>
            <w:tcW w:w="437" w:type="pct"/>
            <w:vAlign w:val="center"/>
          </w:tcPr>
          <w:p w14:paraId="7B0CA9C1" w14:textId="77777777" w:rsidR="004402BD" w:rsidRDefault="004402BD" w:rsidP="004402BD">
            <w:pPr>
              <w:jc w:val="center"/>
            </w:pPr>
            <w:r>
              <w:t>13.05.2026</w:t>
            </w:r>
          </w:p>
        </w:tc>
      </w:tr>
      <w:tr w:rsidR="004402BD" w14:paraId="2838A8AC" w14:textId="77777777" w:rsidTr="00505372">
        <w:tc>
          <w:tcPr>
            <w:tcW w:w="354" w:type="pct"/>
            <w:vAlign w:val="center"/>
          </w:tcPr>
          <w:p w14:paraId="3E174D59" w14:textId="77777777" w:rsidR="004402BD" w:rsidRDefault="004402BD" w:rsidP="004402BD">
            <w:pPr>
              <w:jc w:val="center"/>
            </w:pPr>
            <w:r>
              <w:t>23.05.01</w:t>
            </w:r>
          </w:p>
        </w:tc>
        <w:tc>
          <w:tcPr>
            <w:tcW w:w="899" w:type="pct"/>
            <w:vAlign w:val="center"/>
          </w:tcPr>
          <w:p w14:paraId="1EFF35FC" w14:textId="77777777" w:rsidR="004402BD" w:rsidRPr="00B808C6" w:rsidRDefault="004402BD" w:rsidP="004402BD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 xml:space="preserve">Подъемно-транспортные, строительные, </w:t>
            </w:r>
            <w:r w:rsidRPr="00B808C6">
              <w:rPr>
                <w:lang w:val="ru-RU"/>
              </w:rPr>
              <w:lastRenderedPageBreak/>
              <w:t>дорожные средства и оборудование</w:t>
            </w:r>
          </w:p>
        </w:tc>
        <w:tc>
          <w:tcPr>
            <w:tcW w:w="308" w:type="pct"/>
            <w:vAlign w:val="center"/>
          </w:tcPr>
          <w:p w14:paraId="3FC6D88B" w14:textId="77777777" w:rsidR="004402BD" w:rsidRDefault="004402BD" w:rsidP="004402BD">
            <w:pPr>
              <w:jc w:val="center"/>
            </w:pPr>
            <w:r>
              <w:lastRenderedPageBreak/>
              <w:t>2023</w:t>
            </w:r>
          </w:p>
        </w:tc>
        <w:tc>
          <w:tcPr>
            <w:tcW w:w="229" w:type="pct"/>
            <w:vAlign w:val="center"/>
          </w:tcPr>
          <w:p w14:paraId="4A6E17B9" w14:textId="77777777" w:rsidR="004402BD" w:rsidRDefault="004402BD" w:rsidP="004402BD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7C90FC21" w14:textId="77777777" w:rsidR="004402BD" w:rsidRDefault="004402BD" w:rsidP="004402BD">
            <w:pPr>
              <w:jc w:val="center"/>
            </w:pPr>
            <w:r>
              <w:t>ТТС-23</w:t>
            </w:r>
          </w:p>
        </w:tc>
        <w:tc>
          <w:tcPr>
            <w:tcW w:w="1334" w:type="pct"/>
            <w:vAlign w:val="center"/>
          </w:tcPr>
          <w:p w14:paraId="61257BB7" w14:textId="33FB3ADE" w:rsidR="004402BD" w:rsidRPr="00B808C6" w:rsidRDefault="004402BD" w:rsidP="004402BD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Б1.В.01.12 Конструкции ПТСДСиО</w:t>
            </w:r>
          </w:p>
        </w:tc>
        <w:tc>
          <w:tcPr>
            <w:tcW w:w="526" w:type="pct"/>
            <w:vAlign w:val="center"/>
          </w:tcPr>
          <w:p w14:paraId="760813E3" w14:textId="77777777" w:rsidR="004402BD" w:rsidRDefault="004402BD" w:rsidP="004402BD">
            <w:pPr>
              <w:jc w:val="center"/>
            </w:pPr>
            <w:r>
              <w:t>УК-1, ПК-1, ПК-2, ПК-4</w:t>
            </w:r>
          </w:p>
        </w:tc>
        <w:tc>
          <w:tcPr>
            <w:tcW w:w="479" w:type="pct"/>
            <w:vAlign w:val="center"/>
          </w:tcPr>
          <w:p w14:paraId="2EEFE7B3" w14:textId="77777777" w:rsidR="004402BD" w:rsidRDefault="004402BD" w:rsidP="004402BD">
            <w:pPr>
              <w:jc w:val="center"/>
            </w:pPr>
            <w:r>
              <w:t>56.0%</w:t>
            </w:r>
          </w:p>
        </w:tc>
        <w:tc>
          <w:tcPr>
            <w:tcW w:w="437" w:type="pct"/>
            <w:vAlign w:val="center"/>
          </w:tcPr>
          <w:p w14:paraId="449877CC" w14:textId="77777777" w:rsidR="004402BD" w:rsidRDefault="004402BD" w:rsidP="004402BD">
            <w:pPr>
              <w:jc w:val="center"/>
            </w:pPr>
            <w:r>
              <w:t>14.05.2026</w:t>
            </w:r>
          </w:p>
        </w:tc>
      </w:tr>
      <w:tr w:rsidR="004402BD" w14:paraId="6220AF51" w14:textId="77777777" w:rsidTr="00505372">
        <w:tc>
          <w:tcPr>
            <w:tcW w:w="354" w:type="pct"/>
            <w:vAlign w:val="center"/>
          </w:tcPr>
          <w:p w14:paraId="20ABA6FA" w14:textId="77777777" w:rsidR="004402BD" w:rsidRDefault="004402BD" w:rsidP="004402BD">
            <w:pPr>
              <w:jc w:val="center"/>
            </w:pPr>
            <w:r>
              <w:t>23.05.01</w:t>
            </w:r>
          </w:p>
        </w:tc>
        <w:tc>
          <w:tcPr>
            <w:tcW w:w="899" w:type="pct"/>
            <w:vAlign w:val="center"/>
          </w:tcPr>
          <w:p w14:paraId="74318C26" w14:textId="77777777" w:rsidR="004402BD" w:rsidRPr="00B808C6" w:rsidRDefault="004402BD" w:rsidP="004402BD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Подъемно-транспортные, строительные, дорожные средства и оборудование</w:t>
            </w:r>
          </w:p>
        </w:tc>
        <w:tc>
          <w:tcPr>
            <w:tcW w:w="308" w:type="pct"/>
            <w:vAlign w:val="center"/>
          </w:tcPr>
          <w:p w14:paraId="2BDA8B03" w14:textId="77777777" w:rsidR="004402BD" w:rsidRDefault="004402BD" w:rsidP="004402BD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7A13B9A5" w14:textId="77777777" w:rsidR="004402BD" w:rsidRDefault="004402BD" w:rsidP="004402BD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61C5DAB0" w14:textId="77777777" w:rsidR="004402BD" w:rsidRDefault="004402BD" w:rsidP="004402BD">
            <w:pPr>
              <w:jc w:val="center"/>
            </w:pPr>
            <w:r>
              <w:t>ТТС-24</w:t>
            </w:r>
          </w:p>
        </w:tc>
        <w:tc>
          <w:tcPr>
            <w:tcW w:w="1334" w:type="pct"/>
            <w:vAlign w:val="center"/>
          </w:tcPr>
          <w:p w14:paraId="7E637391" w14:textId="480E2BEB" w:rsidR="004402BD" w:rsidRPr="00B808C6" w:rsidRDefault="004402BD" w:rsidP="004402BD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Б1.О.07.04 Элективные дисциплины по физической культуре и спорту</w:t>
            </w:r>
          </w:p>
        </w:tc>
        <w:tc>
          <w:tcPr>
            <w:tcW w:w="526" w:type="pct"/>
            <w:vAlign w:val="center"/>
          </w:tcPr>
          <w:p w14:paraId="48557584" w14:textId="77777777" w:rsidR="004402BD" w:rsidRDefault="004402BD" w:rsidP="004402BD">
            <w:pPr>
              <w:jc w:val="center"/>
            </w:pPr>
            <w:r>
              <w:t>УК-7</w:t>
            </w:r>
          </w:p>
        </w:tc>
        <w:tc>
          <w:tcPr>
            <w:tcW w:w="479" w:type="pct"/>
            <w:vAlign w:val="center"/>
          </w:tcPr>
          <w:p w14:paraId="118A1BE7" w14:textId="77777777" w:rsidR="004402BD" w:rsidRDefault="004402BD" w:rsidP="004402BD">
            <w:pPr>
              <w:jc w:val="center"/>
            </w:pPr>
            <w:r>
              <w:t>69.0%</w:t>
            </w:r>
          </w:p>
        </w:tc>
        <w:tc>
          <w:tcPr>
            <w:tcW w:w="437" w:type="pct"/>
            <w:vAlign w:val="center"/>
          </w:tcPr>
          <w:p w14:paraId="7A5D2350" w14:textId="77777777" w:rsidR="004402BD" w:rsidRDefault="004402BD" w:rsidP="004402BD">
            <w:pPr>
              <w:jc w:val="center"/>
            </w:pPr>
            <w:r>
              <w:t>14.05.2026</w:t>
            </w:r>
          </w:p>
        </w:tc>
      </w:tr>
      <w:tr w:rsidR="004402BD" w14:paraId="4F3D60F3" w14:textId="77777777" w:rsidTr="00505372">
        <w:tc>
          <w:tcPr>
            <w:tcW w:w="354" w:type="pct"/>
            <w:vAlign w:val="center"/>
          </w:tcPr>
          <w:p w14:paraId="1AF2AEFD" w14:textId="77777777" w:rsidR="004402BD" w:rsidRDefault="004402BD" w:rsidP="004402BD">
            <w:pPr>
              <w:jc w:val="center"/>
            </w:pPr>
            <w:r>
              <w:t>23.05.01</w:t>
            </w:r>
          </w:p>
        </w:tc>
        <w:tc>
          <w:tcPr>
            <w:tcW w:w="899" w:type="pct"/>
            <w:vAlign w:val="center"/>
          </w:tcPr>
          <w:p w14:paraId="6B2FDD59" w14:textId="77777777" w:rsidR="004402BD" w:rsidRPr="00B808C6" w:rsidRDefault="004402BD" w:rsidP="004402BD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Подъемно-транспортные, строительные, дорожные средства и оборудование</w:t>
            </w:r>
          </w:p>
        </w:tc>
        <w:tc>
          <w:tcPr>
            <w:tcW w:w="308" w:type="pct"/>
            <w:vAlign w:val="center"/>
          </w:tcPr>
          <w:p w14:paraId="264B9D70" w14:textId="77777777" w:rsidR="004402BD" w:rsidRDefault="004402BD" w:rsidP="004402BD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3DE3A023" w14:textId="77777777" w:rsidR="004402BD" w:rsidRDefault="004402BD" w:rsidP="004402BD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60833F5F" w14:textId="77777777" w:rsidR="004402BD" w:rsidRDefault="004402BD" w:rsidP="004402BD">
            <w:pPr>
              <w:jc w:val="center"/>
            </w:pPr>
            <w:r>
              <w:t>ТТС-25</w:t>
            </w:r>
          </w:p>
        </w:tc>
        <w:tc>
          <w:tcPr>
            <w:tcW w:w="1334" w:type="pct"/>
            <w:vAlign w:val="center"/>
          </w:tcPr>
          <w:p w14:paraId="2623057E" w14:textId="04D4865B" w:rsidR="004402BD" w:rsidRDefault="004402BD" w:rsidP="004402BD">
            <w:pPr>
              <w:jc w:val="center"/>
            </w:pPr>
            <w:r>
              <w:t>Б1.О.06.03 Химия</w:t>
            </w:r>
          </w:p>
        </w:tc>
        <w:tc>
          <w:tcPr>
            <w:tcW w:w="526" w:type="pct"/>
            <w:vAlign w:val="center"/>
          </w:tcPr>
          <w:p w14:paraId="28966E6B" w14:textId="359A8B08" w:rsidR="004402BD" w:rsidRPr="00B349E9" w:rsidRDefault="00B349E9" w:rsidP="004402B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ОПК-1</w:t>
            </w:r>
          </w:p>
        </w:tc>
        <w:tc>
          <w:tcPr>
            <w:tcW w:w="479" w:type="pct"/>
            <w:vAlign w:val="center"/>
          </w:tcPr>
          <w:p w14:paraId="2E16C8D4" w14:textId="77777777" w:rsidR="004402BD" w:rsidRDefault="004402BD" w:rsidP="004402BD">
            <w:pPr>
              <w:jc w:val="center"/>
            </w:pPr>
            <w:r>
              <w:t>68.33%</w:t>
            </w:r>
          </w:p>
        </w:tc>
        <w:tc>
          <w:tcPr>
            <w:tcW w:w="437" w:type="pct"/>
            <w:vAlign w:val="center"/>
          </w:tcPr>
          <w:p w14:paraId="3B232B35" w14:textId="77777777" w:rsidR="004402BD" w:rsidRDefault="004402BD" w:rsidP="004402BD">
            <w:pPr>
              <w:jc w:val="center"/>
            </w:pPr>
            <w:r>
              <w:t>23.05.2026</w:t>
            </w:r>
          </w:p>
        </w:tc>
      </w:tr>
      <w:tr w:rsidR="004402BD" w14:paraId="380D7275" w14:textId="77777777" w:rsidTr="00505372">
        <w:tc>
          <w:tcPr>
            <w:tcW w:w="354" w:type="pct"/>
            <w:vAlign w:val="center"/>
          </w:tcPr>
          <w:p w14:paraId="00BD3C2C" w14:textId="77777777" w:rsidR="004402BD" w:rsidRDefault="004402BD" w:rsidP="004402BD">
            <w:pPr>
              <w:jc w:val="center"/>
            </w:pPr>
            <w:r>
              <w:t>23.05.01</w:t>
            </w:r>
          </w:p>
        </w:tc>
        <w:tc>
          <w:tcPr>
            <w:tcW w:w="899" w:type="pct"/>
            <w:vAlign w:val="center"/>
          </w:tcPr>
          <w:p w14:paraId="76BA1B0E" w14:textId="77777777" w:rsidR="004402BD" w:rsidRPr="00B808C6" w:rsidRDefault="004402BD" w:rsidP="004402BD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Подъемно-транспортные, строительные, дорожные средства и оборудование</w:t>
            </w:r>
          </w:p>
        </w:tc>
        <w:tc>
          <w:tcPr>
            <w:tcW w:w="308" w:type="pct"/>
            <w:vAlign w:val="center"/>
          </w:tcPr>
          <w:p w14:paraId="5CACD555" w14:textId="77777777" w:rsidR="004402BD" w:rsidRDefault="004402BD" w:rsidP="004402BD">
            <w:pPr>
              <w:jc w:val="center"/>
            </w:pPr>
            <w:r>
              <w:t>2023</w:t>
            </w:r>
          </w:p>
        </w:tc>
        <w:tc>
          <w:tcPr>
            <w:tcW w:w="229" w:type="pct"/>
            <w:vAlign w:val="center"/>
          </w:tcPr>
          <w:p w14:paraId="6D80FCD0" w14:textId="77777777" w:rsidR="004402BD" w:rsidRDefault="004402BD" w:rsidP="004402BD">
            <w:pPr>
              <w:jc w:val="center"/>
            </w:pPr>
            <w:r>
              <w:t>3</w:t>
            </w:r>
          </w:p>
        </w:tc>
        <w:tc>
          <w:tcPr>
            <w:tcW w:w="433" w:type="pct"/>
            <w:vAlign w:val="center"/>
          </w:tcPr>
          <w:p w14:paraId="086F96BA" w14:textId="77777777" w:rsidR="004402BD" w:rsidRDefault="004402BD" w:rsidP="004402BD">
            <w:pPr>
              <w:jc w:val="center"/>
            </w:pPr>
            <w:r>
              <w:t>ТТС-23</w:t>
            </w:r>
          </w:p>
        </w:tc>
        <w:tc>
          <w:tcPr>
            <w:tcW w:w="1334" w:type="pct"/>
            <w:vAlign w:val="center"/>
          </w:tcPr>
          <w:p w14:paraId="3BF6050F" w14:textId="6832F95E" w:rsidR="004402BD" w:rsidRPr="00B808C6" w:rsidRDefault="004402BD" w:rsidP="004402BD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Б1.О.08.05 Детали машин</w:t>
            </w:r>
          </w:p>
        </w:tc>
        <w:tc>
          <w:tcPr>
            <w:tcW w:w="526" w:type="pct"/>
            <w:vAlign w:val="center"/>
          </w:tcPr>
          <w:p w14:paraId="682CDFB9" w14:textId="77777777" w:rsidR="004402BD" w:rsidRDefault="004402BD" w:rsidP="004402BD">
            <w:pPr>
              <w:jc w:val="center"/>
            </w:pPr>
            <w:r>
              <w:t>ОПК-1, ОПК-5</w:t>
            </w:r>
          </w:p>
        </w:tc>
        <w:tc>
          <w:tcPr>
            <w:tcW w:w="479" w:type="pct"/>
            <w:vAlign w:val="center"/>
          </w:tcPr>
          <w:p w14:paraId="1C8F9CCB" w14:textId="77777777" w:rsidR="004402BD" w:rsidRDefault="004402BD" w:rsidP="004402BD">
            <w:pPr>
              <w:jc w:val="center"/>
            </w:pPr>
            <w:r>
              <w:t>73.0%</w:t>
            </w:r>
          </w:p>
        </w:tc>
        <w:tc>
          <w:tcPr>
            <w:tcW w:w="437" w:type="pct"/>
            <w:vAlign w:val="center"/>
          </w:tcPr>
          <w:p w14:paraId="4C7ED064" w14:textId="77777777" w:rsidR="004402BD" w:rsidRDefault="004402BD" w:rsidP="004402BD">
            <w:pPr>
              <w:jc w:val="center"/>
            </w:pPr>
            <w:r>
              <w:t>23.05.2026</w:t>
            </w:r>
          </w:p>
        </w:tc>
      </w:tr>
      <w:tr w:rsidR="004402BD" w14:paraId="5BAE758F" w14:textId="77777777" w:rsidTr="00505372">
        <w:tc>
          <w:tcPr>
            <w:tcW w:w="354" w:type="pct"/>
            <w:vAlign w:val="center"/>
          </w:tcPr>
          <w:p w14:paraId="76ECBC15" w14:textId="77777777" w:rsidR="004402BD" w:rsidRDefault="004402BD" w:rsidP="004402BD">
            <w:pPr>
              <w:jc w:val="center"/>
            </w:pPr>
            <w:r>
              <w:t>23.05.01</w:t>
            </w:r>
          </w:p>
        </w:tc>
        <w:tc>
          <w:tcPr>
            <w:tcW w:w="899" w:type="pct"/>
            <w:vAlign w:val="center"/>
          </w:tcPr>
          <w:p w14:paraId="72F859B4" w14:textId="77777777" w:rsidR="004402BD" w:rsidRPr="00B808C6" w:rsidRDefault="004402BD" w:rsidP="004402BD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Подъемно-транспортные, строительные, дорожные средства и оборудование</w:t>
            </w:r>
          </w:p>
        </w:tc>
        <w:tc>
          <w:tcPr>
            <w:tcW w:w="308" w:type="pct"/>
            <w:vAlign w:val="center"/>
          </w:tcPr>
          <w:p w14:paraId="3C9633C5" w14:textId="77777777" w:rsidR="004402BD" w:rsidRDefault="004402BD" w:rsidP="004402BD">
            <w:pPr>
              <w:jc w:val="center"/>
            </w:pPr>
            <w:r>
              <w:t>2024</w:t>
            </w:r>
          </w:p>
        </w:tc>
        <w:tc>
          <w:tcPr>
            <w:tcW w:w="229" w:type="pct"/>
            <w:vAlign w:val="center"/>
          </w:tcPr>
          <w:p w14:paraId="694CDD43" w14:textId="77777777" w:rsidR="004402BD" w:rsidRDefault="004402BD" w:rsidP="004402BD">
            <w:pPr>
              <w:jc w:val="center"/>
            </w:pPr>
            <w:r>
              <w:t>2</w:t>
            </w:r>
          </w:p>
        </w:tc>
        <w:tc>
          <w:tcPr>
            <w:tcW w:w="433" w:type="pct"/>
            <w:vAlign w:val="center"/>
          </w:tcPr>
          <w:p w14:paraId="44D1453B" w14:textId="77777777" w:rsidR="004402BD" w:rsidRDefault="004402BD" w:rsidP="004402BD">
            <w:pPr>
              <w:jc w:val="center"/>
            </w:pPr>
            <w:r>
              <w:t>ТТС-24</w:t>
            </w:r>
          </w:p>
        </w:tc>
        <w:tc>
          <w:tcPr>
            <w:tcW w:w="1334" w:type="pct"/>
            <w:vAlign w:val="center"/>
          </w:tcPr>
          <w:p w14:paraId="2B59C5DF" w14:textId="62B7A4F8" w:rsidR="004402BD" w:rsidRPr="00B808C6" w:rsidRDefault="004402BD" w:rsidP="004402BD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Б1.О.08.11 Гидравлика и гидропневмопривод</w:t>
            </w:r>
          </w:p>
        </w:tc>
        <w:tc>
          <w:tcPr>
            <w:tcW w:w="526" w:type="pct"/>
            <w:vAlign w:val="center"/>
          </w:tcPr>
          <w:p w14:paraId="2E08C2E5" w14:textId="77777777" w:rsidR="004402BD" w:rsidRDefault="004402BD" w:rsidP="004402BD">
            <w:pPr>
              <w:jc w:val="center"/>
            </w:pPr>
            <w:r>
              <w:t>УК-2, ОПК-1, ОПК-5</w:t>
            </w:r>
          </w:p>
        </w:tc>
        <w:tc>
          <w:tcPr>
            <w:tcW w:w="479" w:type="pct"/>
            <w:vAlign w:val="center"/>
          </w:tcPr>
          <w:p w14:paraId="21299E97" w14:textId="77777777" w:rsidR="004402BD" w:rsidRDefault="004402BD" w:rsidP="004402BD">
            <w:pPr>
              <w:jc w:val="center"/>
            </w:pPr>
            <w:r>
              <w:t>57.0%</w:t>
            </w:r>
          </w:p>
        </w:tc>
        <w:tc>
          <w:tcPr>
            <w:tcW w:w="437" w:type="pct"/>
            <w:vAlign w:val="center"/>
          </w:tcPr>
          <w:p w14:paraId="54B5C0B3" w14:textId="77777777" w:rsidR="004402BD" w:rsidRDefault="004402BD" w:rsidP="004402BD">
            <w:pPr>
              <w:jc w:val="center"/>
            </w:pPr>
            <w:r>
              <w:t>26.05.2026</w:t>
            </w:r>
          </w:p>
        </w:tc>
      </w:tr>
    </w:tbl>
    <w:p w14:paraId="7A04E189" w14:textId="77777777" w:rsidR="005C48D3" w:rsidRDefault="005C48D3"/>
    <w:sectPr w:rsidR="005C48D3" w:rsidSect="00505372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38B4"/>
    <w:rsid w:val="0015074B"/>
    <w:rsid w:val="001D2FCF"/>
    <w:rsid w:val="0029639D"/>
    <w:rsid w:val="00326F90"/>
    <w:rsid w:val="004402BD"/>
    <w:rsid w:val="00505372"/>
    <w:rsid w:val="005C48D3"/>
    <w:rsid w:val="006C5B69"/>
    <w:rsid w:val="00702BF4"/>
    <w:rsid w:val="00AA1D8D"/>
    <w:rsid w:val="00B349E9"/>
    <w:rsid w:val="00B47730"/>
    <w:rsid w:val="00B808C6"/>
    <w:rsid w:val="00CA4BCD"/>
    <w:rsid w:val="00CB0664"/>
    <w:rsid w:val="00F73E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68884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3694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5</cp:revision>
  <dcterms:created xsi:type="dcterms:W3CDTF">2026-08-06T09:41:00Z</dcterms:created>
  <dcterms:modified xsi:type="dcterms:W3CDTF">2026-08-06T09:55:00Z</dcterms:modified>
  <cp:category/>
</cp:coreProperties>
</file>