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03"/>
        <w:gridCol w:w="941"/>
        <w:gridCol w:w="728"/>
        <w:gridCol w:w="1080"/>
        <w:gridCol w:w="1556"/>
        <w:gridCol w:w="1307"/>
        <w:gridCol w:w="2097"/>
      </w:tblGrid>
      <w:tr w:rsidR="00E84136" w14:paraId="4F4D392D" w14:textId="77777777" w:rsidTr="006E7F4C">
        <w:tc>
          <w:tcPr>
            <w:tcW w:w="1073" w:type="dxa"/>
            <w:vAlign w:val="center"/>
          </w:tcPr>
          <w:p w14:paraId="55D58F65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7CEB0B66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9" w:type="dxa"/>
            <w:vAlign w:val="center"/>
          </w:tcPr>
          <w:p w14:paraId="602155F8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40" w:type="dxa"/>
            <w:vAlign w:val="center"/>
          </w:tcPr>
          <w:p w14:paraId="79EBE621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6" w:type="dxa"/>
            <w:vAlign w:val="center"/>
          </w:tcPr>
          <w:p w14:paraId="69E8746D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63" w:type="dxa"/>
            <w:vAlign w:val="center"/>
          </w:tcPr>
          <w:p w14:paraId="15C75DEE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9" w:type="dxa"/>
            <w:vAlign w:val="center"/>
          </w:tcPr>
          <w:p w14:paraId="1C6B2F42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700A881" w14:textId="77777777" w:rsidR="00E84136" w:rsidRDefault="00E84136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E84136" w14:paraId="535E4641" w14:textId="77777777" w:rsidTr="006E7F4C">
        <w:tc>
          <w:tcPr>
            <w:tcW w:w="1073" w:type="dxa"/>
            <w:vAlign w:val="center"/>
          </w:tcPr>
          <w:p w14:paraId="609744CB" w14:textId="77777777" w:rsidR="00E84136" w:rsidRDefault="00E84136" w:rsidP="006E7F4C">
            <w:pPr>
              <w:jc w:val="center"/>
            </w:pPr>
            <w:r>
              <w:t>23.05.01</w:t>
            </w:r>
          </w:p>
        </w:tc>
        <w:tc>
          <w:tcPr>
            <w:tcW w:w="2789" w:type="dxa"/>
            <w:vAlign w:val="center"/>
          </w:tcPr>
          <w:p w14:paraId="26370A99" w14:textId="77777777" w:rsidR="00E84136" w:rsidRPr="007B438D" w:rsidRDefault="00E84136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949" w:type="dxa"/>
            <w:vAlign w:val="center"/>
          </w:tcPr>
          <w:p w14:paraId="289E43CF" w14:textId="77777777" w:rsidR="00E84136" w:rsidRDefault="00E84136" w:rsidP="006E7F4C">
            <w:pPr>
              <w:jc w:val="center"/>
            </w:pPr>
            <w:r>
              <w:t>2021</w:t>
            </w:r>
          </w:p>
        </w:tc>
        <w:tc>
          <w:tcPr>
            <w:tcW w:w="740" w:type="dxa"/>
            <w:vAlign w:val="center"/>
          </w:tcPr>
          <w:p w14:paraId="5A9C26D4" w14:textId="77777777" w:rsidR="00E84136" w:rsidRDefault="00E84136" w:rsidP="006E7F4C">
            <w:pPr>
              <w:jc w:val="center"/>
            </w:pPr>
            <w:r>
              <w:t>5</w:t>
            </w:r>
          </w:p>
        </w:tc>
        <w:tc>
          <w:tcPr>
            <w:tcW w:w="1086" w:type="dxa"/>
            <w:vAlign w:val="center"/>
          </w:tcPr>
          <w:p w14:paraId="338A698F" w14:textId="77777777" w:rsidR="00E84136" w:rsidRDefault="00E84136" w:rsidP="006E7F4C">
            <w:pPr>
              <w:jc w:val="center"/>
            </w:pPr>
            <w:r>
              <w:t>61.0%</w:t>
            </w:r>
          </w:p>
        </w:tc>
        <w:tc>
          <w:tcPr>
            <w:tcW w:w="1563" w:type="dxa"/>
            <w:vAlign w:val="center"/>
          </w:tcPr>
          <w:p w14:paraId="600064EB" w14:textId="7D30BA27" w:rsidR="00E84136" w:rsidRDefault="00E84136" w:rsidP="006E7F4C">
            <w:pPr>
              <w:jc w:val="center"/>
            </w:pPr>
            <w:r>
              <w:t>ПК-2</w:t>
            </w:r>
            <w:r w:rsidR="00B67A2B">
              <w:rPr>
                <w:lang w:val="ru-RU"/>
              </w:rPr>
              <w:t>,</w:t>
            </w:r>
            <w:r>
              <w:t xml:space="preserve"> ПК-4</w:t>
            </w:r>
            <w:r w:rsidR="00B67A2B">
              <w:rPr>
                <w:lang w:val="ru-RU"/>
              </w:rPr>
              <w:t>,</w:t>
            </w:r>
            <w:r>
              <w:t xml:space="preserve"> УК-2</w:t>
            </w:r>
          </w:p>
        </w:tc>
        <w:tc>
          <w:tcPr>
            <w:tcW w:w="1309" w:type="dxa"/>
            <w:vAlign w:val="center"/>
          </w:tcPr>
          <w:p w14:paraId="0A2C80A3" w14:textId="77777777" w:rsidR="00E84136" w:rsidRDefault="00E84136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684FAAF4" w14:textId="77777777" w:rsidR="00E84136" w:rsidRDefault="00E84136" w:rsidP="006E7F4C">
            <w:pPr>
              <w:jc w:val="center"/>
            </w:pPr>
            <w:r>
              <w:t>Средний</w:t>
            </w:r>
          </w:p>
        </w:tc>
      </w:tr>
      <w:tr w:rsidR="00E84136" w14:paraId="13AD422B" w14:textId="77777777" w:rsidTr="006E7F4C">
        <w:tc>
          <w:tcPr>
            <w:tcW w:w="1073" w:type="dxa"/>
            <w:vAlign w:val="center"/>
          </w:tcPr>
          <w:p w14:paraId="62BA0FDE" w14:textId="77777777" w:rsidR="00E84136" w:rsidRDefault="00E84136" w:rsidP="006E7F4C">
            <w:pPr>
              <w:jc w:val="center"/>
            </w:pPr>
            <w:r>
              <w:t>23.05.01</w:t>
            </w:r>
          </w:p>
        </w:tc>
        <w:tc>
          <w:tcPr>
            <w:tcW w:w="2789" w:type="dxa"/>
            <w:vAlign w:val="center"/>
          </w:tcPr>
          <w:p w14:paraId="16FF92D7" w14:textId="77777777" w:rsidR="00E84136" w:rsidRPr="007B438D" w:rsidRDefault="00E84136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949" w:type="dxa"/>
            <w:vAlign w:val="center"/>
          </w:tcPr>
          <w:p w14:paraId="65B0F7C1" w14:textId="77777777" w:rsidR="00E84136" w:rsidRDefault="00E84136" w:rsidP="006E7F4C">
            <w:pPr>
              <w:jc w:val="center"/>
            </w:pPr>
            <w:r>
              <w:t>2022</w:t>
            </w:r>
          </w:p>
        </w:tc>
        <w:tc>
          <w:tcPr>
            <w:tcW w:w="740" w:type="dxa"/>
            <w:vAlign w:val="center"/>
          </w:tcPr>
          <w:p w14:paraId="511D830D" w14:textId="77777777" w:rsidR="00E84136" w:rsidRDefault="00E84136" w:rsidP="006E7F4C">
            <w:pPr>
              <w:jc w:val="center"/>
            </w:pPr>
            <w:r>
              <w:t>4</w:t>
            </w:r>
          </w:p>
        </w:tc>
        <w:tc>
          <w:tcPr>
            <w:tcW w:w="1086" w:type="dxa"/>
            <w:vAlign w:val="center"/>
          </w:tcPr>
          <w:p w14:paraId="74395EB0" w14:textId="77777777" w:rsidR="00E84136" w:rsidRDefault="00E84136" w:rsidP="006E7F4C">
            <w:pPr>
              <w:jc w:val="center"/>
            </w:pPr>
            <w:r>
              <w:t>72.2%</w:t>
            </w:r>
          </w:p>
        </w:tc>
        <w:tc>
          <w:tcPr>
            <w:tcW w:w="1563" w:type="dxa"/>
            <w:vAlign w:val="center"/>
          </w:tcPr>
          <w:p w14:paraId="57F28564" w14:textId="4618CDF0" w:rsidR="00E84136" w:rsidRPr="007B438D" w:rsidRDefault="00063FD1" w:rsidP="00063FD1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УК-2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УК-10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ОПК-7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ПК-1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</w:p>
        </w:tc>
        <w:tc>
          <w:tcPr>
            <w:tcW w:w="1309" w:type="dxa"/>
            <w:vAlign w:val="center"/>
          </w:tcPr>
          <w:p w14:paraId="0DF4261F" w14:textId="77777777" w:rsidR="00E84136" w:rsidRDefault="00E84136" w:rsidP="006E7F4C">
            <w:pPr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14:paraId="6A67301A" w14:textId="77777777" w:rsidR="00E84136" w:rsidRDefault="00E84136" w:rsidP="006E7F4C">
            <w:pPr>
              <w:jc w:val="center"/>
            </w:pPr>
            <w:r>
              <w:t>Высокий</w:t>
            </w:r>
          </w:p>
        </w:tc>
      </w:tr>
      <w:tr w:rsidR="00E84136" w14:paraId="2516CB48" w14:textId="77777777" w:rsidTr="006E7F4C">
        <w:tc>
          <w:tcPr>
            <w:tcW w:w="1073" w:type="dxa"/>
            <w:vAlign w:val="center"/>
          </w:tcPr>
          <w:p w14:paraId="78D03499" w14:textId="77777777" w:rsidR="00E84136" w:rsidRDefault="00E84136" w:rsidP="006E7F4C">
            <w:pPr>
              <w:jc w:val="center"/>
            </w:pPr>
            <w:r>
              <w:t>23.05.01</w:t>
            </w:r>
          </w:p>
        </w:tc>
        <w:tc>
          <w:tcPr>
            <w:tcW w:w="2789" w:type="dxa"/>
            <w:vAlign w:val="center"/>
          </w:tcPr>
          <w:p w14:paraId="667ECEA3" w14:textId="77777777" w:rsidR="00E84136" w:rsidRPr="007B438D" w:rsidRDefault="00E84136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949" w:type="dxa"/>
            <w:vAlign w:val="center"/>
          </w:tcPr>
          <w:p w14:paraId="29CA2333" w14:textId="77777777" w:rsidR="00E84136" w:rsidRDefault="00E84136" w:rsidP="006E7F4C">
            <w:pPr>
              <w:jc w:val="center"/>
            </w:pPr>
            <w:r>
              <w:t>2023</w:t>
            </w:r>
          </w:p>
        </w:tc>
        <w:tc>
          <w:tcPr>
            <w:tcW w:w="740" w:type="dxa"/>
            <w:vAlign w:val="center"/>
          </w:tcPr>
          <w:p w14:paraId="4AB52927" w14:textId="77777777" w:rsidR="00E84136" w:rsidRDefault="00E84136" w:rsidP="006E7F4C">
            <w:pPr>
              <w:jc w:val="center"/>
            </w:pPr>
            <w:r>
              <w:t>3</w:t>
            </w:r>
          </w:p>
        </w:tc>
        <w:tc>
          <w:tcPr>
            <w:tcW w:w="1086" w:type="dxa"/>
            <w:vAlign w:val="center"/>
          </w:tcPr>
          <w:p w14:paraId="22F89DE7" w14:textId="77777777" w:rsidR="00E84136" w:rsidRDefault="00E84136" w:rsidP="006E7F4C">
            <w:pPr>
              <w:jc w:val="center"/>
            </w:pPr>
            <w:r>
              <w:t>65.6%</w:t>
            </w:r>
          </w:p>
        </w:tc>
        <w:tc>
          <w:tcPr>
            <w:tcW w:w="1563" w:type="dxa"/>
            <w:vAlign w:val="center"/>
          </w:tcPr>
          <w:p w14:paraId="36CE6D80" w14:textId="49671C1A" w:rsidR="00E84136" w:rsidRPr="007B438D" w:rsidRDefault="00063FD1" w:rsidP="00063FD1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УК-3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УК-10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</w:p>
        </w:tc>
        <w:tc>
          <w:tcPr>
            <w:tcW w:w="1309" w:type="dxa"/>
            <w:vAlign w:val="center"/>
          </w:tcPr>
          <w:p w14:paraId="284BA563" w14:textId="77777777" w:rsidR="00E84136" w:rsidRDefault="00E84136" w:rsidP="006E7F4C">
            <w:pPr>
              <w:jc w:val="center"/>
            </w:pPr>
            <w:r>
              <w:t>5</w:t>
            </w:r>
          </w:p>
        </w:tc>
        <w:tc>
          <w:tcPr>
            <w:tcW w:w="2097" w:type="dxa"/>
            <w:vAlign w:val="center"/>
          </w:tcPr>
          <w:p w14:paraId="7914914A" w14:textId="77777777" w:rsidR="00E84136" w:rsidRDefault="00E84136" w:rsidP="006E7F4C">
            <w:pPr>
              <w:jc w:val="center"/>
            </w:pPr>
            <w:r>
              <w:t>Средний</w:t>
            </w:r>
          </w:p>
        </w:tc>
      </w:tr>
      <w:tr w:rsidR="00E84136" w14:paraId="330E372A" w14:textId="77777777" w:rsidTr="006E7F4C">
        <w:tc>
          <w:tcPr>
            <w:tcW w:w="1073" w:type="dxa"/>
            <w:vAlign w:val="center"/>
          </w:tcPr>
          <w:p w14:paraId="76814552" w14:textId="77777777" w:rsidR="00E84136" w:rsidRDefault="00E84136" w:rsidP="006E7F4C">
            <w:pPr>
              <w:jc w:val="center"/>
            </w:pPr>
            <w:r>
              <w:t>23.05.01</w:t>
            </w:r>
          </w:p>
        </w:tc>
        <w:tc>
          <w:tcPr>
            <w:tcW w:w="2789" w:type="dxa"/>
            <w:vAlign w:val="center"/>
          </w:tcPr>
          <w:p w14:paraId="584D5585" w14:textId="77777777" w:rsidR="00E84136" w:rsidRPr="007B438D" w:rsidRDefault="00E84136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949" w:type="dxa"/>
            <w:vAlign w:val="center"/>
          </w:tcPr>
          <w:p w14:paraId="29D6BD8A" w14:textId="77777777" w:rsidR="00E84136" w:rsidRDefault="00E84136" w:rsidP="006E7F4C">
            <w:pPr>
              <w:jc w:val="center"/>
            </w:pPr>
            <w:r>
              <w:t>2024</w:t>
            </w:r>
          </w:p>
        </w:tc>
        <w:tc>
          <w:tcPr>
            <w:tcW w:w="740" w:type="dxa"/>
            <w:vAlign w:val="center"/>
          </w:tcPr>
          <w:p w14:paraId="2E321207" w14:textId="77777777" w:rsidR="00E84136" w:rsidRDefault="00E84136" w:rsidP="006E7F4C">
            <w:pPr>
              <w:jc w:val="center"/>
            </w:pPr>
            <w:r>
              <w:t>2</w:t>
            </w:r>
          </w:p>
        </w:tc>
        <w:tc>
          <w:tcPr>
            <w:tcW w:w="1086" w:type="dxa"/>
            <w:vAlign w:val="center"/>
          </w:tcPr>
          <w:p w14:paraId="51EA678A" w14:textId="77777777" w:rsidR="00E84136" w:rsidRDefault="00E84136" w:rsidP="006E7F4C">
            <w:pPr>
              <w:jc w:val="center"/>
            </w:pPr>
            <w:r>
              <w:t>67.58%</w:t>
            </w:r>
          </w:p>
        </w:tc>
        <w:tc>
          <w:tcPr>
            <w:tcW w:w="1563" w:type="dxa"/>
            <w:vAlign w:val="center"/>
          </w:tcPr>
          <w:p w14:paraId="28930089" w14:textId="594329E3" w:rsidR="00E84136" w:rsidRPr="007B438D" w:rsidRDefault="006723A7" w:rsidP="006723A7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УК-7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УК-10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ОПК-1, </w:t>
            </w:r>
            <w:r w:rsidRPr="007B438D">
              <w:rPr>
                <w:lang w:val="ru-RU"/>
              </w:rPr>
              <w:t>ОПК-5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ОПК-6, </w:t>
            </w:r>
            <w:r w:rsidRPr="007B438D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</w:p>
        </w:tc>
        <w:tc>
          <w:tcPr>
            <w:tcW w:w="1309" w:type="dxa"/>
            <w:vAlign w:val="center"/>
          </w:tcPr>
          <w:p w14:paraId="2A8854B9" w14:textId="77777777" w:rsidR="00E84136" w:rsidRDefault="00E84136" w:rsidP="006E7F4C">
            <w:pPr>
              <w:jc w:val="center"/>
            </w:pPr>
            <w:r>
              <w:t>6</w:t>
            </w:r>
          </w:p>
        </w:tc>
        <w:tc>
          <w:tcPr>
            <w:tcW w:w="2097" w:type="dxa"/>
            <w:vAlign w:val="center"/>
          </w:tcPr>
          <w:p w14:paraId="4B270596" w14:textId="77777777" w:rsidR="00E84136" w:rsidRDefault="00E84136" w:rsidP="006E7F4C">
            <w:pPr>
              <w:jc w:val="center"/>
            </w:pPr>
            <w:r>
              <w:t>Средний</w:t>
            </w:r>
          </w:p>
        </w:tc>
      </w:tr>
      <w:tr w:rsidR="00E84136" w14:paraId="5FF02067" w14:textId="77777777" w:rsidTr="006E7F4C">
        <w:tc>
          <w:tcPr>
            <w:tcW w:w="1073" w:type="dxa"/>
            <w:vAlign w:val="center"/>
          </w:tcPr>
          <w:p w14:paraId="436720C5" w14:textId="77777777" w:rsidR="00E84136" w:rsidRDefault="00E84136" w:rsidP="006E7F4C">
            <w:pPr>
              <w:jc w:val="center"/>
            </w:pPr>
            <w:r>
              <w:t>23.05.01</w:t>
            </w:r>
          </w:p>
        </w:tc>
        <w:tc>
          <w:tcPr>
            <w:tcW w:w="2789" w:type="dxa"/>
            <w:vAlign w:val="center"/>
          </w:tcPr>
          <w:p w14:paraId="66610F97" w14:textId="77777777" w:rsidR="00E84136" w:rsidRPr="007B438D" w:rsidRDefault="00E84136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949" w:type="dxa"/>
            <w:vAlign w:val="center"/>
          </w:tcPr>
          <w:p w14:paraId="349FEE85" w14:textId="77777777" w:rsidR="00E84136" w:rsidRDefault="00E84136" w:rsidP="006E7F4C">
            <w:pPr>
              <w:jc w:val="center"/>
            </w:pPr>
            <w:r>
              <w:t>2025</w:t>
            </w:r>
          </w:p>
        </w:tc>
        <w:tc>
          <w:tcPr>
            <w:tcW w:w="740" w:type="dxa"/>
            <w:vAlign w:val="center"/>
          </w:tcPr>
          <w:p w14:paraId="768E35E9" w14:textId="77777777" w:rsidR="00E84136" w:rsidRDefault="00E84136" w:rsidP="006E7F4C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48B7246E" w14:textId="77777777" w:rsidR="00E84136" w:rsidRDefault="00E84136" w:rsidP="006E7F4C">
            <w:pPr>
              <w:jc w:val="center"/>
            </w:pPr>
            <w:r>
              <w:t>68.78%</w:t>
            </w:r>
          </w:p>
        </w:tc>
        <w:tc>
          <w:tcPr>
            <w:tcW w:w="1563" w:type="dxa"/>
            <w:vAlign w:val="center"/>
          </w:tcPr>
          <w:p w14:paraId="34FD624F" w14:textId="58B89B9E" w:rsidR="00E84136" w:rsidRDefault="006723A7" w:rsidP="006723A7">
            <w:pPr>
              <w:jc w:val="center"/>
            </w:pPr>
            <w:r>
              <w:t>ОПК-</w:t>
            </w:r>
            <w:r>
              <w:rPr>
                <w:lang w:val="ru-RU"/>
              </w:rPr>
              <w:t xml:space="preserve">1, </w:t>
            </w:r>
            <w:r w:rsidR="00E84136">
              <w:t>ОПК-2</w:t>
            </w:r>
            <w:r>
              <w:rPr>
                <w:lang w:val="ru-RU"/>
              </w:rPr>
              <w:t>, ОПК-7</w:t>
            </w:r>
          </w:p>
        </w:tc>
        <w:tc>
          <w:tcPr>
            <w:tcW w:w="1309" w:type="dxa"/>
            <w:vAlign w:val="center"/>
          </w:tcPr>
          <w:p w14:paraId="77B13C13" w14:textId="77777777" w:rsidR="00E84136" w:rsidRDefault="00E84136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655A9AC3" w14:textId="77777777" w:rsidR="00E84136" w:rsidRDefault="00E84136" w:rsidP="006E7F4C">
            <w:pPr>
              <w:jc w:val="center"/>
            </w:pPr>
            <w:r>
              <w:t>Средний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FD1"/>
    <w:rsid w:val="000B06D4"/>
    <w:rsid w:val="0015074B"/>
    <w:rsid w:val="0029639D"/>
    <w:rsid w:val="002A0593"/>
    <w:rsid w:val="00326F90"/>
    <w:rsid w:val="003704DD"/>
    <w:rsid w:val="006210DE"/>
    <w:rsid w:val="006723A7"/>
    <w:rsid w:val="006E7F4C"/>
    <w:rsid w:val="007B438D"/>
    <w:rsid w:val="00AA1D8D"/>
    <w:rsid w:val="00B47730"/>
    <w:rsid w:val="00B67A2B"/>
    <w:rsid w:val="00CB0664"/>
    <w:rsid w:val="00D00904"/>
    <w:rsid w:val="00D42075"/>
    <w:rsid w:val="00E841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2026-08-06T09:42:00Z</dcterms:created>
  <dcterms:modified xsi:type="dcterms:W3CDTF">2026-08-06T10:05:00Z</dcterms:modified>
  <cp:category/>
</cp:coreProperties>
</file>