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0BB460B5" w14:textId="77777777" w:rsidTr="00505372">
        <w:tc>
          <w:tcPr>
            <w:tcW w:w="354" w:type="pct"/>
            <w:vAlign w:val="center"/>
          </w:tcPr>
          <w:p w14:paraId="4DB22B9F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4740596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0AB30B82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1CD1F18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052E9D49" w14:textId="77777777" w:rsidR="00F73E55" w:rsidRDefault="00F73E55" w:rsidP="00505372">
            <w:pPr>
              <w:jc w:val="center"/>
            </w:pPr>
            <w:r>
              <w:t>УТСзус-24</w:t>
            </w:r>
          </w:p>
        </w:tc>
        <w:tc>
          <w:tcPr>
            <w:tcW w:w="1334" w:type="pct"/>
            <w:vAlign w:val="center"/>
          </w:tcPr>
          <w:p w14:paraId="6854AA85" w14:textId="5B66884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 Объектно-ориентированное программирование</w:t>
            </w:r>
          </w:p>
        </w:tc>
        <w:tc>
          <w:tcPr>
            <w:tcW w:w="526" w:type="pct"/>
            <w:vAlign w:val="center"/>
          </w:tcPr>
          <w:p w14:paraId="131EA894" w14:textId="77777777" w:rsidR="00F73E55" w:rsidRDefault="00F73E55" w:rsidP="00505372">
            <w:pPr>
              <w:jc w:val="center"/>
            </w:pPr>
            <w:r>
              <w:t>ПК-2</w:t>
            </w:r>
          </w:p>
        </w:tc>
        <w:tc>
          <w:tcPr>
            <w:tcW w:w="479" w:type="pct"/>
            <w:vAlign w:val="center"/>
          </w:tcPr>
          <w:p w14:paraId="1A35FDB3" w14:textId="77777777" w:rsidR="00F73E55" w:rsidRDefault="00F73E55" w:rsidP="00505372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24527DE4" w14:textId="77777777" w:rsidR="00F73E55" w:rsidRDefault="00F73E55" w:rsidP="00505372">
            <w:pPr>
              <w:jc w:val="center"/>
            </w:pPr>
            <w:r>
              <w:t>05.03.2026</w:t>
            </w:r>
          </w:p>
        </w:tc>
      </w:tr>
      <w:tr w:rsidR="00F73E55" w14:paraId="7A9DCAEE" w14:textId="77777777" w:rsidTr="00505372">
        <w:tc>
          <w:tcPr>
            <w:tcW w:w="354" w:type="pct"/>
            <w:vAlign w:val="center"/>
          </w:tcPr>
          <w:p w14:paraId="60953445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57032876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2F34183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C91347D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997A90D" w14:textId="77777777" w:rsidR="00F73E55" w:rsidRDefault="00F73E55" w:rsidP="00505372">
            <w:pPr>
              <w:jc w:val="center"/>
            </w:pPr>
            <w:r>
              <w:t>УТСзус-24</w:t>
            </w:r>
          </w:p>
        </w:tc>
        <w:tc>
          <w:tcPr>
            <w:tcW w:w="1334" w:type="pct"/>
            <w:vAlign w:val="center"/>
          </w:tcPr>
          <w:p w14:paraId="7A3D4B7C" w14:textId="4206559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Б1.О.05.04 Разработка приложений</w:t>
            </w:r>
          </w:p>
        </w:tc>
        <w:tc>
          <w:tcPr>
            <w:tcW w:w="526" w:type="pct"/>
            <w:vAlign w:val="center"/>
          </w:tcPr>
          <w:p w14:paraId="1C85C63D" w14:textId="77777777" w:rsidR="00F73E55" w:rsidRDefault="00F73E55" w:rsidP="00505372">
            <w:pPr>
              <w:jc w:val="center"/>
            </w:pPr>
            <w:r>
              <w:t>УК-1, ОПК-6</w:t>
            </w:r>
          </w:p>
        </w:tc>
        <w:tc>
          <w:tcPr>
            <w:tcW w:w="479" w:type="pct"/>
            <w:vAlign w:val="center"/>
          </w:tcPr>
          <w:p w14:paraId="5312E51B" w14:textId="77777777" w:rsidR="00F73E55" w:rsidRDefault="00F73E55" w:rsidP="00505372">
            <w:pPr>
              <w:jc w:val="center"/>
            </w:pPr>
            <w:r>
              <w:t>67.0%</w:t>
            </w:r>
          </w:p>
        </w:tc>
        <w:tc>
          <w:tcPr>
            <w:tcW w:w="437" w:type="pct"/>
            <w:vAlign w:val="center"/>
          </w:tcPr>
          <w:p w14:paraId="16EC1993" w14:textId="77777777" w:rsidR="00F73E55" w:rsidRDefault="00F73E55" w:rsidP="00505372">
            <w:pPr>
              <w:jc w:val="center"/>
            </w:pPr>
            <w:r>
              <w:t>18.03.2026</w:t>
            </w:r>
          </w:p>
        </w:tc>
      </w:tr>
      <w:tr w:rsidR="00F73E55" w14:paraId="50FB0F7D" w14:textId="77777777" w:rsidTr="00505372">
        <w:tc>
          <w:tcPr>
            <w:tcW w:w="354" w:type="pct"/>
            <w:vAlign w:val="center"/>
          </w:tcPr>
          <w:p w14:paraId="57AA6B27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3FDD90B5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32054BEB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03E39E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E3F5FD4" w14:textId="77777777" w:rsidR="00F73E55" w:rsidRDefault="00F73E55" w:rsidP="00505372">
            <w:pPr>
              <w:jc w:val="center"/>
            </w:pPr>
            <w:r>
              <w:t>УТСзус-23</w:t>
            </w:r>
          </w:p>
        </w:tc>
        <w:tc>
          <w:tcPr>
            <w:tcW w:w="1334" w:type="pct"/>
            <w:vAlign w:val="center"/>
          </w:tcPr>
          <w:p w14:paraId="204C21DB" w14:textId="6748AD9B" w:rsidR="00F73E55" w:rsidRPr="00B808C6" w:rsidRDefault="00B11332" w:rsidP="00505372">
            <w:pPr>
              <w:jc w:val="center"/>
              <w:rPr>
                <w:lang w:val="ru-RU"/>
              </w:rPr>
            </w:pPr>
            <w:r w:rsidRPr="00B11332">
              <w:rPr>
                <w:lang w:val="ru-RU"/>
              </w:rPr>
              <w:t>Б1.В.05</w:t>
            </w:r>
            <w:r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Информационные сети и телекоммуникации</w:t>
            </w:r>
          </w:p>
        </w:tc>
        <w:tc>
          <w:tcPr>
            <w:tcW w:w="526" w:type="pct"/>
            <w:vAlign w:val="center"/>
          </w:tcPr>
          <w:p w14:paraId="23BBA03C" w14:textId="7CC05D17" w:rsidR="00F73E55" w:rsidRDefault="00B11332" w:rsidP="00505372">
            <w:pPr>
              <w:jc w:val="center"/>
            </w:pPr>
            <w:r w:rsidRPr="00B11332">
              <w:t>ПК-2</w:t>
            </w:r>
            <w:r>
              <w:rPr>
                <w:lang w:val="ru-RU"/>
              </w:rPr>
              <w:t>,</w:t>
            </w:r>
            <w:r w:rsidRPr="00B11332">
              <w:t xml:space="preserve"> ПК-3</w:t>
            </w:r>
          </w:p>
        </w:tc>
        <w:tc>
          <w:tcPr>
            <w:tcW w:w="479" w:type="pct"/>
            <w:vAlign w:val="center"/>
          </w:tcPr>
          <w:p w14:paraId="6FFED0D2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1D9DFCE1" w14:textId="77777777" w:rsidR="00F73E55" w:rsidRDefault="00F73E55" w:rsidP="00505372">
            <w:pPr>
              <w:jc w:val="center"/>
            </w:pPr>
            <w:r>
              <w:t>07.04.2026</w:t>
            </w:r>
          </w:p>
        </w:tc>
      </w:tr>
      <w:tr w:rsidR="00F73E55" w14:paraId="4B46CE4B" w14:textId="77777777" w:rsidTr="00505372">
        <w:tc>
          <w:tcPr>
            <w:tcW w:w="354" w:type="pct"/>
            <w:vAlign w:val="center"/>
          </w:tcPr>
          <w:p w14:paraId="4A8E20C0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498B46A2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7F21895E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49FD728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30DE4AF" w14:textId="77777777" w:rsidR="00F73E55" w:rsidRDefault="00F73E55" w:rsidP="00505372">
            <w:pPr>
              <w:jc w:val="center"/>
            </w:pPr>
            <w:r>
              <w:t>УТСзус-23</w:t>
            </w:r>
          </w:p>
        </w:tc>
        <w:tc>
          <w:tcPr>
            <w:tcW w:w="1334" w:type="pct"/>
            <w:vAlign w:val="center"/>
          </w:tcPr>
          <w:p w14:paraId="070AEE89" w14:textId="0C7FDBCD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</w:t>
            </w:r>
            <w:r w:rsidR="00B11332">
              <w:rPr>
                <w:lang w:val="ru-RU"/>
              </w:rPr>
              <w:t>2</w:t>
            </w:r>
            <w:r w:rsidRPr="00B808C6">
              <w:rPr>
                <w:lang w:val="ru-RU"/>
              </w:rPr>
              <w:t xml:space="preserve"> Многомерные и многосвязные системы управления</w:t>
            </w:r>
          </w:p>
        </w:tc>
        <w:tc>
          <w:tcPr>
            <w:tcW w:w="526" w:type="pct"/>
            <w:vAlign w:val="center"/>
          </w:tcPr>
          <w:p w14:paraId="496DB2E5" w14:textId="07160081" w:rsidR="00F73E55" w:rsidRDefault="00B11332" w:rsidP="00505372">
            <w:pPr>
              <w:jc w:val="center"/>
            </w:pPr>
            <w:r>
              <w:rPr>
                <w:lang w:val="ru-RU"/>
              </w:rPr>
              <w:t>П</w:t>
            </w:r>
            <w:r w:rsidR="00F73E55">
              <w:t>К-1</w:t>
            </w:r>
          </w:p>
        </w:tc>
        <w:tc>
          <w:tcPr>
            <w:tcW w:w="479" w:type="pct"/>
            <w:vAlign w:val="center"/>
          </w:tcPr>
          <w:p w14:paraId="1074CCB7" w14:textId="77777777" w:rsidR="00F73E55" w:rsidRDefault="00F73E55" w:rsidP="00505372">
            <w:pPr>
              <w:jc w:val="center"/>
            </w:pPr>
            <w:r>
              <w:t>65.0%</w:t>
            </w:r>
          </w:p>
        </w:tc>
        <w:tc>
          <w:tcPr>
            <w:tcW w:w="437" w:type="pct"/>
            <w:vAlign w:val="center"/>
          </w:tcPr>
          <w:p w14:paraId="6BDE53EE" w14:textId="77777777" w:rsidR="00F73E55" w:rsidRDefault="00F73E55" w:rsidP="00505372">
            <w:pPr>
              <w:jc w:val="center"/>
            </w:pPr>
            <w:r>
              <w:t>08.04.2026</w:t>
            </w:r>
          </w:p>
        </w:tc>
      </w:tr>
      <w:tr w:rsidR="00F73E55" w14:paraId="7273F515" w14:textId="77777777" w:rsidTr="00505372">
        <w:tc>
          <w:tcPr>
            <w:tcW w:w="354" w:type="pct"/>
            <w:vAlign w:val="center"/>
          </w:tcPr>
          <w:p w14:paraId="7664DE65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16B4D004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319CDEBA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6A196507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6B45A71D" w14:textId="04248F70" w:rsidR="00F73E55" w:rsidRDefault="00F73E55" w:rsidP="00505372">
            <w:pPr>
              <w:jc w:val="center"/>
            </w:pPr>
            <w:r>
              <w:t>УТС-22</w:t>
            </w:r>
          </w:p>
        </w:tc>
        <w:tc>
          <w:tcPr>
            <w:tcW w:w="1334" w:type="pct"/>
            <w:vAlign w:val="center"/>
          </w:tcPr>
          <w:p w14:paraId="6A29011D" w14:textId="099F72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Б1.О.08.07 Моделирование систем управления</w:t>
            </w:r>
          </w:p>
        </w:tc>
        <w:tc>
          <w:tcPr>
            <w:tcW w:w="526" w:type="pct"/>
            <w:vAlign w:val="center"/>
          </w:tcPr>
          <w:p w14:paraId="421C9FDC" w14:textId="77777777" w:rsidR="00F73E55" w:rsidRDefault="00F73E55" w:rsidP="00505372">
            <w:pPr>
              <w:jc w:val="center"/>
            </w:pPr>
            <w:r>
              <w:t>ОПК-4</w:t>
            </w:r>
          </w:p>
        </w:tc>
        <w:tc>
          <w:tcPr>
            <w:tcW w:w="479" w:type="pct"/>
            <w:vAlign w:val="center"/>
          </w:tcPr>
          <w:p w14:paraId="5F2D8B18" w14:textId="77777777" w:rsidR="00F73E55" w:rsidRDefault="00F73E55" w:rsidP="00505372">
            <w:pPr>
              <w:jc w:val="center"/>
            </w:pPr>
            <w:r>
              <w:t>79.0%</w:t>
            </w:r>
          </w:p>
        </w:tc>
        <w:tc>
          <w:tcPr>
            <w:tcW w:w="437" w:type="pct"/>
            <w:vAlign w:val="center"/>
          </w:tcPr>
          <w:p w14:paraId="713DFF31" w14:textId="77777777" w:rsidR="00F73E55" w:rsidRDefault="00F73E55" w:rsidP="00505372">
            <w:pPr>
              <w:jc w:val="center"/>
            </w:pPr>
            <w:r>
              <w:t>09.04.2026</w:t>
            </w:r>
          </w:p>
        </w:tc>
      </w:tr>
      <w:tr w:rsidR="00F73E55" w14:paraId="24939F90" w14:textId="77777777" w:rsidTr="00505372">
        <w:tc>
          <w:tcPr>
            <w:tcW w:w="354" w:type="pct"/>
            <w:vAlign w:val="center"/>
          </w:tcPr>
          <w:p w14:paraId="658E1140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1638B060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17D30A79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16459542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067BBB87" w14:textId="4F850A0A" w:rsidR="00F73E55" w:rsidRDefault="00F73E55" w:rsidP="00505372">
            <w:pPr>
              <w:jc w:val="center"/>
            </w:pPr>
            <w:r>
              <w:t>УТС-22</w:t>
            </w:r>
          </w:p>
        </w:tc>
        <w:tc>
          <w:tcPr>
            <w:tcW w:w="1334" w:type="pct"/>
            <w:vAlign w:val="center"/>
          </w:tcPr>
          <w:p w14:paraId="53D5E682" w14:textId="3DDF005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Б1.В.01.15, Автоматизация технологических процессов и производств</w:t>
            </w:r>
          </w:p>
        </w:tc>
        <w:tc>
          <w:tcPr>
            <w:tcW w:w="526" w:type="pct"/>
            <w:vAlign w:val="center"/>
          </w:tcPr>
          <w:p w14:paraId="4FF8F978" w14:textId="77777777" w:rsidR="00F73E55" w:rsidRDefault="00F73E55" w:rsidP="00505372">
            <w:pPr>
              <w:jc w:val="center"/>
            </w:pPr>
            <w:r>
              <w:t>ПК-2, ПК-4</w:t>
            </w:r>
          </w:p>
        </w:tc>
        <w:tc>
          <w:tcPr>
            <w:tcW w:w="479" w:type="pct"/>
            <w:vAlign w:val="center"/>
          </w:tcPr>
          <w:p w14:paraId="1D874E2E" w14:textId="77777777" w:rsidR="00F73E55" w:rsidRDefault="00F73E55" w:rsidP="00505372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6ACF0F87" w14:textId="77777777" w:rsidR="00F73E55" w:rsidRDefault="00F73E55" w:rsidP="00505372">
            <w:pPr>
              <w:jc w:val="center"/>
            </w:pPr>
            <w:r>
              <w:t>17.04.2026</w:t>
            </w:r>
          </w:p>
        </w:tc>
      </w:tr>
      <w:tr w:rsidR="00F73E55" w14:paraId="2E01AF3F" w14:textId="77777777" w:rsidTr="00505372">
        <w:tc>
          <w:tcPr>
            <w:tcW w:w="354" w:type="pct"/>
            <w:vAlign w:val="center"/>
          </w:tcPr>
          <w:p w14:paraId="4E5D11FB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6387ACA3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66F6DCFA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27885503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4322709" w14:textId="77777777" w:rsidR="00F73E55" w:rsidRDefault="00F73E55" w:rsidP="00505372">
            <w:pPr>
              <w:jc w:val="center"/>
            </w:pPr>
            <w:r>
              <w:t>УТСзус-23</w:t>
            </w:r>
          </w:p>
        </w:tc>
        <w:tc>
          <w:tcPr>
            <w:tcW w:w="1334" w:type="pct"/>
            <w:vAlign w:val="center"/>
          </w:tcPr>
          <w:p w14:paraId="03106109" w14:textId="0D03FA79" w:rsidR="00F73E55" w:rsidRPr="00B808C6" w:rsidRDefault="00B11332" w:rsidP="00505372">
            <w:pPr>
              <w:jc w:val="center"/>
              <w:rPr>
                <w:lang w:val="ru-RU"/>
              </w:rPr>
            </w:pPr>
            <w:r w:rsidRPr="00B11332">
              <w:rPr>
                <w:lang w:val="ru-RU"/>
              </w:rPr>
              <w:t>Б1.О.14</w:t>
            </w:r>
            <w:r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Проектирование систем автоматизации и управления</w:t>
            </w:r>
          </w:p>
        </w:tc>
        <w:tc>
          <w:tcPr>
            <w:tcW w:w="526" w:type="pct"/>
            <w:vAlign w:val="center"/>
          </w:tcPr>
          <w:p w14:paraId="266744CD" w14:textId="1A9DB572" w:rsidR="00F73E55" w:rsidRPr="00B808C6" w:rsidRDefault="00B11332" w:rsidP="00505372">
            <w:pPr>
              <w:jc w:val="center"/>
              <w:rPr>
                <w:lang w:val="ru-RU"/>
              </w:rPr>
            </w:pPr>
            <w:r w:rsidRPr="00B11332">
              <w:rPr>
                <w:lang w:val="ru-RU"/>
              </w:rPr>
              <w:t>ОПК-7</w:t>
            </w:r>
            <w:r>
              <w:rPr>
                <w:lang w:val="ru-RU"/>
              </w:rPr>
              <w:t>,</w:t>
            </w:r>
            <w:r w:rsidRPr="00B11332">
              <w:rPr>
                <w:lang w:val="ru-RU"/>
              </w:rPr>
              <w:t xml:space="preserve"> ОПК-10</w:t>
            </w:r>
          </w:p>
        </w:tc>
        <w:tc>
          <w:tcPr>
            <w:tcW w:w="479" w:type="pct"/>
            <w:vAlign w:val="center"/>
          </w:tcPr>
          <w:p w14:paraId="62C73E98" w14:textId="77777777" w:rsidR="00F73E55" w:rsidRDefault="00F73E55" w:rsidP="00505372">
            <w:pPr>
              <w:jc w:val="center"/>
            </w:pPr>
            <w:r>
              <w:t>68.5%</w:t>
            </w:r>
          </w:p>
        </w:tc>
        <w:tc>
          <w:tcPr>
            <w:tcW w:w="437" w:type="pct"/>
            <w:vAlign w:val="center"/>
          </w:tcPr>
          <w:p w14:paraId="10B94110" w14:textId="77777777" w:rsidR="00F73E55" w:rsidRDefault="00F73E55" w:rsidP="00505372">
            <w:pPr>
              <w:jc w:val="center"/>
            </w:pPr>
            <w:r>
              <w:t>22.04.2026</w:t>
            </w:r>
          </w:p>
        </w:tc>
      </w:tr>
      <w:tr w:rsidR="00F73E55" w14:paraId="18749E9D" w14:textId="77777777" w:rsidTr="00505372">
        <w:tc>
          <w:tcPr>
            <w:tcW w:w="354" w:type="pct"/>
            <w:vAlign w:val="center"/>
          </w:tcPr>
          <w:p w14:paraId="11ACD2B7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2E1C6D4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139827FD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F42D26D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518F7E4E" w14:textId="77777777" w:rsidR="00F73E55" w:rsidRDefault="00F73E55" w:rsidP="00505372">
            <w:pPr>
              <w:jc w:val="center"/>
            </w:pPr>
            <w:r>
              <w:t>УТСзус-23</w:t>
            </w:r>
          </w:p>
        </w:tc>
        <w:tc>
          <w:tcPr>
            <w:tcW w:w="1334" w:type="pct"/>
            <w:vAlign w:val="center"/>
          </w:tcPr>
          <w:p w14:paraId="08ED66F5" w14:textId="2F46844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 Объектно-ориентированное программирование</w:t>
            </w:r>
          </w:p>
        </w:tc>
        <w:tc>
          <w:tcPr>
            <w:tcW w:w="526" w:type="pct"/>
            <w:vAlign w:val="center"/>
          </w:tcPr>
          <w:p w14:paraId="169378B5" w14:textId="77777777" w:rsidR="00F73E55" w:rsidRDefault="00F73E55" w:rsidP="00505372">
            <w:pPr>
              <w:jc w:val="center"/>
            </w:pPr>
            <w:r>
              <w:t>ПК-2</w:t>
            </w:r>
          </w:p>
        </w:tc>
        <w:tc>
          <w:tcPr>
            <w:tcW w:w="479" w:type="pct"/>
            <w:vAlign w:val="center"/>
          </w:tcPr>
          <w:p w14:paraId="328A77F8" w14:textId="77777777" w:rsidR="00F73E55" w:rsidRDefault="00F73E55" w:rsidP="00505372">
            <w:pPr>
              <w:jc w:val="center"/>
            </w:pPr>
            <w:r>
              <w:t>63.0%</w:t>
            </w:r>
          </w:p>
        </w:tc>
        <w:tc>
          <w:tcPr>
            <w:tcW w:w="437" w:type="pct"/>
            <w:vAlign w:val="center"/>
          </w:tcPr>
          <w:p w14:paraId="05293220" w14:textId="77777777" w:rsidR="00F73E55" w:rsidRDefault="00F73E55" w:rsidP="00505372">
            <w:pPr>
              <w:jc w:val="center"/>
            </w:pPr>
            <w:r>
              <w:t>27.04.2026</w:t>
            </w:r>
          </w:p>
        </w:tc>
      </w:tr>
      <w:tr w:rsidR="00F73E55" w14:paraId="14509FEA" w14:textId="77777777" w:rsidTr="00505372">
        <w:tc>
          <w:tcPr>
            <w:tcW w:w="354" w:type="pct"/>
            <w:vAlign w:val="center"/>
          </w:tcPr>
          <w:p w14:paraId="0D3B19B2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2F557059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7BC3C006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FAAA124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FF49866" w14:textId="77777777" w:rsidR="00F73E55" w:rsidRDefault="00F73E55" w:rsidP="00505372">
            <w:pPr>
              <w:jc w:val="center"/>
            </w:pPr>
            <w:r>
              <w:t>УТС-23</w:t>
            </w:r>
          </w:p>
        </w:tc>
        <w:tc>
          <w:tcPr>
            <w:tcW w:w="1334" w:type="pct"/>
            <w:vAlign w:val="center"/>
          </w:tcPr>
          <w:p w14:paraId="15877559" w14:textId="3F4D2B3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 Объектно-ориентированное программирование</w:t>
            </w:r>
          </w:p>
        </w:tc>
        <w:tc>
          <w:tcPr>
            <w:tcW w:w="526" w:type="pct"/>
            <w:vAlign w:val="center"/>
          </w:tcPr>
          <w:p w14:paraId="08AD8737" w14:textId="77777777" w:rsidR="00F73E55" w:rsidRDefault="00F73E55" w:rsidP="00505372">
            <w:pPr>
              <w:jc w:val="center"/>
            </w:pPr>
            <w:r>
              <w:t>ПК-2</w:t>
            </w:r>
          </w:p>
        </w:tc>
        <w:tc>
          <w:tcPr>
            <w:tcW w:w="479" w:type="pct"/>
            <w:vAlign w:val="center"/>
          </w:tcPr>
          <w:p w14:paraId="0428FF15" w14:textId="77777777" w:rsidR="00F73E55" w:rsidRDefault="00F73E55" w:rsidP="00505372">
            <w:pPr>
              <w:jc w:val="center"/>
            </w:pPr>
            <w:r>
              <w:t>69.0%</w:t>
            </w:r>
          </w:p>
        </w:tc>
        <w:tc>
          <w:tcPr>
            <w:tcW w:w="437" w:type="pct"/>
            <w:vAlign w:val="center"/>
          </w:tcPr>
          <w:p w14:paraId="33CE81A7" w14:textId="77777777" w:rsidR="00F73E55" w:rsidRDefault="00F73E55" w:rsidP="00505372">
            <w:pPr>
              <w:jc w:val="center"/>
            </w:pPr>
            <w:r>
              <w:t>07.05.2026</w:t>
            </w:r>
          </w:p>
        </w:tc>
      </w:tr>
      <w:tr w:rsidR="00F73E55" w14:paraId="472D6FF4" w14:textId="77777777" w:rsidTr="00505372">
        <w:tc>
          <w:tcPr>
            <w:tcW w:w="354" w:type="pct"/>
            <w:vAlign w:val="center"/>
          </w:tcPr>
          <w:p w14:paraId="741388FB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2C7AEF22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0334BF33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997C4D2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6E667618" w14:textId="77777777" w:rsidR="00F73E55" w:rsidRDefault="00F73E55" w:rsidP="00505372">
            <w:pPr>
              <w:jc w:val="center"/>
            </w:pPr>
            <w:r>
              <w:t>УТС-25</w:t>
            </w:r>
          </w:p>
        </w:tc>
        <w:tc>
          <w:tcPr>
            <w:tcW w:w="1334" w:type="pct"/>
            <w:vAlign w:val="center"/>
          </w:tcPr>
          <w:p w14:paraId="6BCD6456" w14:textId="37C6852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Б1.О.01</w:t>
            </w:r>
            <w:r w:rsidR="00B11332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История России</w:t>
            </w:r>
          </w:p>
        </w:tc>
        <w:tc>
          <w:tcPr>
            <w:tcW w:w="526" w:type="pct"/>
            <w:vAlign w:val="center"/>
          </w:tcPr>
          <w:p w14:paraId="418F2D8E" w14:textId="77777777" w:rsidR="00F73E55" w:rsidRDefault="00F73E55" w:rsidP="00505372">
            <w:pPr>
              <w:jc w:val="center"/>
            </w:pPr>
            <w:r>
              <w:t>УК-5</w:t>
            </w:r>
          </w:p>
        </w:tc>
        <w:tc>
          <w:tcPr>
            <w:tcW w:w="479" w:type="pct"/>
            <w:vAlign w:val="center"/>
          </w:tcPr>
          <w:p w14:paraId="2CD3733C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46F885AF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1E65A343" w14:textId="77777777" w:rsidTr="00505372">
        <w:tc>
          <w:tcPr>
            <w:tcW w:w="354" w:type="pct"/>
            <w:vAlign w:val="center"/>
          </w:tcPr>
          <w:p w14:paraId="352CB444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0F0C5944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67C940E5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ECB7E10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4FB002BB" w14:textId="77777777" w:rsidR="00F73E55" w:rsidRDefault="00F73E55" w:rsidP="00505372">
            <w:pPr>
              <w:jc w:val="center"/>
            </w:pPr>
            <w:r>
              <w:t>УТС-25</w:t>
            </w:r>
          </w:p>
        </w:tc>
        <w:tc>
          <w:tcPr>
            <w:tcW w:w="1334" w:type="pct"/>
            <w:vAlign w:val="center"/>
          </w:tcPr>
          <w:p w14:paraId="2E658E63" w14:textId="77AF2FE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Б1.О.04.01</w:t>
            </w:r>
            <w:r w:rsidR="00B11332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Иностранный язык</w:t>
            </w:r>
          </w:p>
        </w:tc>
        <w:tc>
          <w:tcPr>
            <w:tcW w:w="526" w:type="pct"/>
            <w:vAlign w:val="center"/>
          </w:tcPr>
          <w:p w14:paraId="09142643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650C97F4" w14:textId="77777777" w:rsidR="00F73E55" w:rsidRDefault="00F73E55" w:rsidP="00505372">
            <w:pPr>
              <w:jc w:val="center"/>
            </w:pPr>
            <w:r>
              <w:t>76.5%</w:t>
            </w:r>
          </w:p>
        </w:tc>
        <w:tc>
          <w:tcPr>
            <w:tcW w:w="437" w:type="pct"/>
            <w:vAlign w:val="center"/>
          </w:tcPr>
          <w:p w14:paraId="2F2E4DA6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37D82EDC" w14:textId="77777777" w:rsidTr="00505372">
        <w:tc>
          <w:tcPr>
            <w:tcW w:w="354" w:type="pct"/>
            <w:vAlign w:val="center"/>
          </w:tcPr>
          <w:p w14:paraId="3C34FF88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583BD51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0A6B3857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E5D18AD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4889217" w14:textId="77777777" w:rsidR="00F73E55" w:rsidRDefault="00F73E55" w:rsidP="00505372">
            <w:pPr>
              <w:jc w:val="center"/>
            </w:pPr>
            <w:r>
              <w:t>УТС-23</w:t>
            </w:r>
          </w:p>
        </w:tc>
        <w:tc>
          <w:tcPr>
            <w:tcW w:w="1334" w:type="pct"/>
            <w:vAlign w:val="center"/>
          </w:tcPr>
          <w:p w14:paraId="6659761D" w14:textId="16CC89F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Б1.В.01.02 Прикладное программирование</w:t>
            </w:r>
          </w:p>
        </w:tc>
        <w:tc>
          <w:tcPr>
            <w:tcW w:w="526" w:type="pct"/>
            <w:vAlign w:val="center"/>
          </w:tcPr>
          <w:p w14:paraId="111516BF" w14:textId="77777777" w:rsidR="00F73E55" w:rsidRDefault="00F73E55" w:rsidP="00505372">
            <w:pPr>
              <w:jc w:val="center"/>
            </w:pPr>
            <w:r>
              <w:t>ПК-2</w:t>
            </w:r>
          </w:p>
        </w:tc>
        <w:tc>
          <w:tcPr>
            <w:tcW w:w="479" w:type="pct"/>
            <w:vAlign w:val="center"/>
          </w:tcPr>
          <w:p w14:paraId="7116598D" w14:textId="77777777" w:rsidR="00F73E55" w:rsidRDefault="00F73E55" w:rsidP="00505372">
            <w:pPr>
              <w:jc w:val="center"/>
            </w:pPr>
            <w:r>
              <w:t>62.0%</w:t>
            </w:r>
          </w:p>
        </w:tc>
        <w:tc>
          <w:tcPr>
            <w:tcW w:w="437" w:type="pct"/>
            <w:vAlign w:val="center"/>
          </w:tcPr>
          <w:p w14:paraId="017670F6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57A42AF2" w14:textId="77777777" w:rsidTr="00505372">
        <w:tc>
          <w:tcPr>
            <w:tcW w:w="354" w:type="pct"/>
            <w:vAlign w:val="center"/>
          </w:tcPr>
          <w:p w14:paraId="7B8A8F2D" w14:textId="77777777" w:rsidR="00F73E55" w:rsidRDefault="00F73E55" w:rsidP="00505372">
            <w:pPr>
              <w:jc w:val="center"/>
            </w:pPr>
            <w:r>
              <w:lastRenderedPageBreak/>
              <w:t>27.03.04</w:t>
            </w:r>
          </w:p>
        </w:tc>
        <w:tc>
          <w:tcPr>
            <w:tcW w:w="899" w:type="pct"/>
            <w:vAlign w:val="center"/>
          </w:tcPr>
          <w:p w14:paraId="0DA3B42D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5C43DB84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3249477F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4048A63C" w14:textId="77777777" w:rsidR="00F73E55" w:rsidRDefault="00F73E55" w:rsidP="00505372">
            <w:pPr>
              <w:jc w:val="center"/>
            </w:pPr>
            <w:r>
              <w:t>УТС-25</w:t>
            </w:r>
          </w:p>
        </w:tc>
        <w:tc>
          <w:tcPr>
            <w:tcW w:w="1334" w:type="pct"/>
            <w:vAlign w:val="center"/>
          </w:tcPr>
          <w:p w14:paraId="3E1E1022" w14:textId="77777777" w:rsidR="00F73E55" w:rsidRDefault="00F73E55" w:rsidP="00505372">
            <w:pPr>
              <w:jc w:val="center"/>
            </w:pPr>
            <w:r>
              <w:t>Б1.О.03.02 Финансовая грамотность</w:t>
            </w:r>
          </w:p>
        </w:tc>
        <w:tc>
          <w:tcPr>
            <w:tcW w:w="526" w:type="pct"/>
            <w:vAlign w:val="center"/>
          </w:tcPr>
          <w:p w14:paraId="225DB501" w14:textId="4C763A3C" w:rsidR="00F73E55" w:rsidRPr="00B11332" w:rsidRDefault="00B11332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УК-10</w:t>
            </w:r>
          </w:p>
        </w:tc>
        <w:tc>
          <w:tcPr>
            <w:tcW w:w="479" w:type="pct"/>
            <w:vAlign w:val="center"/>
          </w:tcPr>
          <w:p w14:paraId="7FF5BA3B" w14:textId="77777777" w:rsidR="00F73E55" w:rsidRDefault="00F73E55" w:rsidP="00505372">
            <w:pPr>
              <w:jc w:val="center"/>
            </w:pPr>
            <w:r>
              <w:t>76.0%</w:t>
            </w:r>
          </w:p>
        </w:tc>
        <w:tc>
          <w:tcPr>
            <w:tcW w:w="437" w:type="pct"/>
            <w:vAlign w:val="center"/>
          </w:tcPr>
          <w:p w14:paraId="10F66598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4C21B2C8" w14:textId="77777777" w:rsidTr="00505372">
        <w:tc>
          <w:tcPr>
            <w:tcW w:w="354" w:type="pct"/>
            <w:vAlign w:val="center"/>
          </w:tcPr>
          <w:p w14:paraId="50105EA1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1F0B22B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0940040D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7E82F53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16C83BB" w14:textId="77777777" w:rsidR="00F73E55" w:rsidRDefault="00F73E55" w:rsidP="00505372">
            <w:pPr>
              <w:jc w:val="center"/>
            </w:pPr>
            <w:r>
              <w:t>УТС-23</w:t>
            </w:r>
          </w:p>
        </w:tc>
        <w:tc>
          <w:tcPr>
            <w:tcW w:w="1334" w:type="pct"/>
            <w:vAlign w:val="center"/>
          </w:tcPr>
          <w:p w14:paraId="5B066B15" w14:textId="72BFE49A" w:rsidR="00F73E55" w:rsidRPr="003B0D54" w:rsidRDefault="003B0D54" w:rsidP="00505372">
            <w:pPr>
              <w:jc w:val="center"/>
              <w:rPr>
                <w:lang w:val="ru-RU"/>
              </w:rPr>
            </w:pPr>
            <w:r w:rsidRPr="003B0D54">
              <w:rPr>
                <w:lang w:val="ru-RU"/>
              </w:rPr>
              <w:t>Б1.В.11</w:t>
            </w:r>
            <w:r>
              <w:rPr>
                <w:lang w:val="ru-RU"/>
              </w:rPr>
              <w:t xml:space="preserve"> </w:t>
            </w:r>
            <w:r w:rsidR="00F73E55" w:rsidRPr="003B0D54">
              <w:rPr>
                <w:lang w:val="ru-RU"/>
              </w:rPr>
              <w:t>Электроэнергетические системы и сети</w:t>
            </w:r>
          </w:p>
        </w:tc>
        <w:tc>
          <w:tcPr>
            <w:tcW w:w="526" w:type="pct"/>
            <w:vAlign w:val="center"/>
          </w:tcPr>
          <w:p w14:paraId="2046EFC7" w14:textId="7710A843" w:rsidR="00F73E55" w:rsidRPr="003B0D54" w:rsidRDefault="003B0D54" w:rsidP="00505372">
            <w:pPr>
              <w:jc w:val="center"/>
              <w:rPr>
                <w:lang w:val="ru-RU"/>
              </w:rPr>
            </w:pPr>
            <w:r w:rsidRPr="003B0D54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3B0D54">
              <w:rPr>
                <w:lang w:val="ru-RU"/>
              </w:rPr>
              <w:t xml:space="preserve"> ПК-3</w:t>
            </w:r>
          </w:p>
        </w:tc>
        <w:tc>
          <w:tcPr>
            <w:tcW w:w="479" w:type="pct"/>
            <w:vAlign w:val="center"/>
          </w:tcPr>
          <w:p w14:paraId="5C697564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54C95DD6" w14:textId="77777777" w:rsidR="00F73E55" w:rsidRDefault="00F73E55" w:rsidP="00505372">
            <w:pPr>
              <w:jc w:val="center"/>
            </w:pPr>
            <w:r>
              <w:t>15.05.2026</w:t>
            </w:r>
          </w:p>
        </w:tc>
      </w:tr>
      <w:tr w:rsidR="00F73E55" w14:paraId="2540AEEA" w14:textId="77777777" w:rsidTr="00505372">
        <w:tc>
          <w:tcPr>
            <w:tcW w:w="354" w:type="pct"/>
            <w:vAlign w:val="center"/>
          </w:tcPr>
          <w:p w14:paraId="43D48CE8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4C2E697C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2B91A5A5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0D8C7E7D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1DD4931" w14:textId="77777777" w:rsidR="00F73E55" w:rsidRDefault="00F73E55" w:rsidP="00505372">
            <w:pPr>
              <w:jc w:val="center"/>
            </w:pPr>
            <w:r>
              <w:t>УТС-23</w:t>
            </w:r>
          </w:p>
        </w:tc>
        <w:tc>
          <w:tcPr>
            <w:tcW w:w="1334" w:type="pct"/>
            <w:vAlign w:val="center"/>
          </w:tcPr>
          <w:p w14:paraId="014DB718" w14:textId="551408A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Б1.О.11 Метрология, средства контроля, и диагностики данных</w:t>
            </w:r>
          </w:p>
        </w:tc>
        <w:tc>
          <w:tcPr>
            <w:tcW w:w="526" w:type="pct"/>
            <w:vAlign w:val="center"/>
          </w:tcPr>
          <w:p w14:paraId="1D75C27A" w14:textId="77777777" w:rsidR="00F73E55" w:rsidRDefault="00F73E55" w:rsidP="00505372">
            <w:pPr>
              <w:jc w:val="center"/>
            </w:pPr>
            <w:r>
              <w:t>ОПК-6, ОПК-8, ОПК-9</w:t>
            </w:r>
          </w:p>
        </w:tc>
        <w:tc>
          <w:tcPr>
            <w:tcW w:w="479" w:type="pct"/>
            <w:vAlign w:val="center"/>
          </w:tcPr>
          <w:p w14:paraId="49B282FC" w14:textId="77777777" w:rsidR="00F73E55" w:rsidRDefault="00F73E55" w:rsidP="00505372">
            <w:pPr>
              <w:jc w:val="center"/>
            </w:pPr>
            <w:r>
              <w:t>81.0%</w:t>
            </w:r>
          </w:p>
        </w:tc>
        <w:tc>
          <w:tcPr>
            <w:tcW w:w="437" w:type="pct"/>
            <w:vAlign w:val="center"/>
          </w:tcPr>
          <w:p w14:paraId="6057D985" w14:textId="77777777" w:rsidR="00F73E55" w:rsidRDefault="00F73E55" w:rsidP="00505372">
            <w:pPr>
              <w:jc w:val="center"/>
            </w:pPr>
            <w:r>
              <w:t>23.05.2026</w:t>
            </w:r>
          </w:p>
        </w:tc>
      </w:tr>
      <w:tr w:rsidR="00F73E55" w14:paraId="636519BC" w14:textId="77777777" w:rsidTr="00505372">
        <w:tc>
          <w:tcPr>
            <w:tcW w:w="354" w:type="pct"/>
            <w:vAlign w:val="center"/>
          </w:tcPr>
          <w:p w14:paraId="3D831A8E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699E815D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00D5CD71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53716CF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D72C3DD" w14:textId="77777777" w:rsidR="00F73E55" w:rsidRDefault="00F73E55" w:rsidP="00505372">
            <w:pPr>
              <w:jc w:val="center"/>
            </w:pPr>
            <w:r>
              <w:t>УТС-24</w:t>
            </w:r>
          </w:p>
        </w:tc>
        <w:tc>
          <w:tcPr>
            <w:tcW w:w="1334" w:type="pct"/>
            <w:vAlign w:val="center"/>
          </w:tcPr>
          <w:p w14:paraId="46D0D142" w14:textId="7C9CC14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Б1.В.09 Системы управления базами данных</w:t>
            </w:r>
          </w:p>
        </w:tc>
        <w:tc>
          <w:tcPr>
            <w:tcW w:w="526" w:type="pct"/>
            <w:vAlign w:val="center"/>
          </w:tcPr>
          <w:p w14:paraId="53F8BC93" w14:textId="77777777" w:rsidR="00F73E55" w:rsidRDefault="00F73E55" w:rsidP="00505372">
            <w:pPr>
              <w:jc w:val="center"/>
            </w:pPr>
            <w:r>
              <w:t>ПК-1</w:t>
            </w:r>
          </w:p>
        </w:tc>
        <w:tc>
          <w:tcPr>
            <w:tcW w:w="479" w:type="pct"/>
            <w:vAlign w:val="center"/>
          </w:tcPr>
          <w:p w14:paraId="086726F3" w14:textId="77777777" w:rsidR="00F73E55" w:rsidRDefault="00F73E55" w:rsidP="00505372">
            <w:pPr>
              <w:jc w:val="center"/>
            </w:pPr>
            <w:r>
              <w:t>68.5%</w:t>
            </w:r>
          </w:p>
        </w:tc>
        <w:tc>
          <w:tcPr>
            <w:tcW w:w="437" w:type="pct"/>
            <w:vAlign w:val="center"/>
          </w:tcPr>
          <w:p w14:paraId="784E000E" w14:textId="77777777" w:rsidR="00F73E55" w:rsidRDefault="00F73E55" w:rsidP="00505372">
            <w:pPr>
              <w:jc w:val="center"/>
            </w:pPr>
            <w:r>
              <w:t>25.05.2026</w:t>
            </w:r>
          </w:p>
        </w:tc>
      </w:tr>
      <w:tr w:rsidR="00F73E55" w14:paraId="11218A72" w14:textId="77777777" w:rsidTr="00505372">
        <w:tc>
          <w:tcPr>
            <w:tcW w:w="354" w:type="pct"/>
            <w:vAlign w:val="center"/>
          </w:tcPr>
          <w:p w14:paraId="38993CDB" w14:textId="77777777" w:rsidR="00F73E55" w:rsidRDefault="00F73E55" w:rsidP="00505372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69C06530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14F6D528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C5C168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3D91F52" w14:textId="77777777" w:rsidR="00F73E55" w:rsidRDefault="00F73E55" w:rsidP="00505372">
            <w:pPr>
              <w:jc w:val="center"/>
            </w:pPr>
            <w:r>
              <w:t>УТС-24</w:t>
            </w:r>
          </w:p>
        </w:tc>
        <w:tc>
          <w:tcPr>
            <w:tcW w:w="1334" w:type="pct"/>
            <w:vAlign w:val="center"/>
          </w:tcPr>
          <w:p w14:paraId="4B93644E" w14:textId="358C3F9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Б1.О.05.04 Разработка приложений</w:t>
            </w:r>
          </w:p>
        </w:tc>
        <w:tc>
          <w:tcPr>
            <w:tcW w:w="526" w:type="pct"/>
            <w:vAlign w:val="center"/>
          </w:tcPr>
          <w:p w14:paraId="707BE42B" w14:textId="77777777" w:rsidR="00F73E55" w:rsidRDefault="00F73E55" w:rsidP="00505372">
            <w:pPr>
              <w:jc w:val="center"/>
            </w:pPr>
            <w:r>
              <w:t>УК-1, ОПК-6</w:t>
            </w:r>
          </w:p>
        </w:tc>
        <w:tc>
          <w:tcPr>
            <w:tcW w:w="479" w:type="pct"/>
            <w:vAlign w:val="center"/>
          </w:tcPr>
          <w:p w14:paraId="5BED2BAC" w14:textId="77777777" w:rsidR="00F73E55" w:rsidRDefault="00F73E55" w:rsidP="00505372">
            <w:pPr>
              <w:jc w:val="center"/>
            </w:pPr>
            <w:r>
              <w:t>77.0%</w:t>
            </w:r>
          </w:p>
        </w:tc>
        <w:tc>
          <w:tcPr>
            <w:tcW w:w="437" w:type="pct"/>
            <w:vAlign w:val="center"/>
          </w:tcPr>
          <w:p w14:paraId="34B14E9C" w14:textId="77777777" w:rsidR="00F73E55" w:rsidRDefault="00F73E55" w:rsidP="00505372">
            <w:pPr>
              <w:jc w:val="center"/>
            </w:pPr>
            <w:r>
              <w:t>26.05.2026</w:t>
            </w:r>
          </w:p>
        </w:tc>
      </w:tr>
      <w:tr w:rsidR="003B0D54" w14:paraId="4B1CC025" w14:textId="77777777" w:rsidTr="00505372">
        <w:tc>
          <w:tcPr>
            <w:tcW w:w="354" w:type="pct"/>
            <w:vAlign w:val="center"/>
          </w:tcPr>
          <w:p w14:paraId="4EC8EDBD" w14:textId="77777777" w:rsidR="003B0D54" w:rsidRDefault="003B0D54" w:rsidP="003B0D54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0D553997" w14:textId="77777777" w:rsidR="003B0D54" w:rsidRPr="00B808C6" w:rsidRDefault="003B0D54" w:rsidP="003B0D54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198F05BD" w14:textId="77777777" w:rsidR="003B0D54" w:rsidRDefault="003B0D54" w:rsidP="003B0D54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EDBD9C3" w14:textId="77777777" w:rsidR="003B0D54" w:rsidRDefault="003B0D54" w:rsidP="003B0D54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733DC6DC" w14:textId="77777777" w:rsidR="003B0D54" w:rsidRDefault="003B0D54" w:rsidP="003B0D54">
            <w:pPr>
              <w:jc w:val="center"/>
            </w:pPr>
            <w:r>
              <w:t>УТС-25</w:t>
            </w:r>
          </w:p>
        </w:tc>
        <w:tc>
          <w:tcPr>
            <w:tcW w:w="1334" w:type="pct"/>
            <w:vAlign w:val="center"/>
          </w:tcPr>
          <w:p w14:paraId="2402C888" w14:textId="412766BE" w:rsidR="003B0D54" w:rsidRDefault="003B0D54" w:rsidP="003B0D54">
            <w:pPr>
              <w:jc w:val="center"/>
            </w:pPr>
            <w:r w:rsidRPr="003B0D54">
              <w:t>Б1.О.06.02</w:t>
            </w:r>
            <w:r>
              <w:rPr>
                <w:lang w:val="ru-RU"/>
              </w:rPr>
              <w:t xml:space="preserve"> </w:t>
            </w:r>
            <w:r>
              <w:t>Физика</w:t>
            </w:r>
          </w:p>
        </w:tc>
        <w:tc>
          <w:tcPr>
            <w:tcW w:w="526" w:type="pct"/>
            <w:vAlign w:val="center"/>
          </w:tcPr>
          <w:p w14:paraId="19D3BE62" w14:textId="73A7A44C" w:rsidR="003B0D54" w:rsidRDefault="003B0D54" w:rsidP="003B0D54">
            <w:pPr>
              <w:jc w:val="center"/>
            </w:pPr>
            <w:r>
              <w:t>ОПК-1, ОПК-2</w:t>
            </w:r>
          </w:p>
        </w:tc>
        <w:tc>
          <w:tcPr>
            <w:tcW w:w="479" w:type="pct"/>
            <w:vAlign w:val="center"/>
          </w:tcPr>
          <w:p w14:paraId="6B3B792F" w14:textId="77777777" w:rsidR="003B0D54" w:rsidRDefault="003B0D54" w:rsidP="003B0D54">
            <w:pPr>
              <w:jc w:val="center"/>
            </w:pPr>
            <w:r>
              <w:t>64.0%</w:t>
            </w:r>
          </w:p>
        </w:tc>
        <w:tc>
          <w:tcPr>
            <w:tcW w:w="437" w:type="pct"/>
            <w:vAlign w:val="center"/>
          </w:tcPr>
          <w:p w14:paraId="63A4FA21" w14:textId="77777777" w:rsidR="003B0D54" w:rsidRDefault="003B0D54" w:rsidP="003B0D54">
            <w:pPr>
              <w:jc w:val="center"/>
            </w:pPr>
            <w:r>
              <w:t>26.05.2026</w:t>
            </w:r>
          </w:p>
        </w:tc>
      </w:tr>
      <w:tr w:rsidR="003B0D54" w14:paraId="38ED8D64" w14:textId="77777777" w:rsidTr="00505372">
        <w:tc>
          <w:tcPr>
            <w:tcW w:w="354" w:type="pct"/>
            <w:vAlign w:val="center"/>
          </w:tcPr>
          <w:p w14:paraId="29042475" w14:textId="77777777" w:rsidR="003B0D54" w:rsidRDefault="003B0D54" w:rsidP="003B0D54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1EF76E41" w14:textId="77777777" w:rsidR="003B0D54" w:rsidRPr="00B808C6" w:rsidRDefault="003B0D54" w:rsidP="003B0D54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154D6D9C" w14:textId="77777777" w:rsidR="003B0D54" w:rsidRDefault="003B0D54" w:rsidP="003B0D54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5672C3C6" w14:textId="77777777" w:rsidR="003B0D54" w:rsidRDefault="003B0D54" w:rsidP="003B0D54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0BCD756C" w14:textId="77777777" w:rsidR="003B0D54" w:rsidRDefault="003B0D54" w:rsidP="003B0D54">
            <w:pPr>
              <w:jc w:val="center"/>
            </w:pPr>
            <w:r>
              <w:t>УТС-25</w:t>
            </w:r>
          </w:p>
        </w:tc>
        <w:tc>
          <w:tcPr>
            <w:tcW w:w="1334" w:type="pct"/>
            <w:vAlign w:val="center"/>
          </w:tcPr>
          <w:p w14:paraId="641E78B0" w14:textId="24C97A5D" w:rsidR="003B0D54" w:rsidRDefault="003B0D54" w:rsidP="003B0D54">
            <w:pPr>
              <w:jc w:val="center"/>
            </w:pPr>
            <w:r w:rsidRPr="003B0D54">
              <w:t>Б1.О.06.01</w:t>
            </w:r>
            <w:r>
              <w:rPr>
                <w:lang w:val="ru-RU"/>
              </w:rPr>
              <w:t xml:space="preserve"> </w:t>
            </w:r>
            <w:r>
              <w:t>Математика</w:t>
            </w:r>
          </w:p>
        </w:tc>
        <w:tc>
          <w:tcPr>
            <w:tcW w:w="526" w:type="pct"/>
            <w:vAlign w:val="center"/>
          </w:tcPr>
          <w:p w14:paraId="0008EA95" w14:textId="77777777" w:rsidR="003B0D54" w:rsidRDefault="003B0D54" w:rsidP="003B0D54">
            <w:pPr>
              <w:jc w:val="center"/>
            </w:pPr>
            <w:r>
              <w:t>ОПК-1, ОПК-2</w:t>
            </w:r>
          </w:p>
        </w:tc>
        <w:tc>
          <w:tcPr>
            <w:tcW w:w="479" w:type="pct"/>
            <w:vAlign w:val="center"/>
          </w:tcPr>
          <w:p w14:paraId="711C0628" w14:textId="77777777" w:rsidR="003B0D54" w:rsidRDefault="003B0D54" w:rsidP="003B0D54">
            <w:pPr>
              <w:jc w:val="center"/>
            </w:pPr>
            <w:r>
              <w:t>91.0%</w:t>
            </w:r>
          </w:p>
        </w:tc>
        <w:tc>
          <w:tcPr>
            <w:tcW w:w="437" w:type="pct"/>
            <w:vAlign w:val="center"/>
          </w:tcPr>
          <w:p w14:paraId="5B2516EE" w14:textId="77777777" w:rsidR="003B0D54" w:rsidRDefault="003B0D54" w:rsidP="003B0D54">
            <w:pPr>
              <w:jc w:val="center"/>
            </w:pPr>
            <w:r>
              <w:t>26.05.2026</w:t>
            </w:r>
          </w:p>
        </w:tc>
      </w:tr>
      <w:tr w:rsidR="003B0D54" w14:paraId="2CB7026C" w14:textId="77777777" w:rsidTr="00505372">
        <w:tc>
          <w:tcPr>
            <w:tcW w:w="354" w:type="pct"/>
            <w:vAlign w:val="center"/>
          </w:tcPr>
          <w:p w14:paraId="0C560282" w14:textId="77777777" w:rsidR="003B0D54" w:rsidRDefault="003B0D54" w:rsidP="003B0D54">
            <w:pPr>
              <w:jc w:val="center"/>
            </w:pPr>
            <w:r>
              <w:t>27.03.04</w:t>
            </w:r>
          </w:p>
        </w:tc>
        <w:tc>
          <w:tcPr>
            <w:tcW w:w="899" w:type="pct"/>
            <w:vAlign w:val="center"/>
          </w:tcPr>
          <w:p w14:paraId="5AAAEC26" w14:textId="77777777" w:rsidR="003B0D54" w:rsidRPr="00B808C6" w:rsidRDefault="003B0D54" w:rsidP="003B0D54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308" w:type="pct"/>
            <w:vAlign w:val="center"/>
          </w:tcPr>
          <w:p w14:paraId="6A324D1C" w14:textId="77777777" w:rsidR="003B0D54" w:rsidRDefault="003B0D54" w:rsidP="003B0D54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6C52D2D" w14:textId="77777777" w:rsidR="003B0D54" w:rsidRDefault="003B0D54" w:rsidP="003B0D54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7562D071" w14:textId="77777777" w:rsidR="003B0D54" w:rsidRDefault="003B0D54" w:rsidP="003B0D54">
            <w:pPr>
              <w:jc w:val="center"/>
            </w:pPr>
            <w:r>
              <w:t>УТС-25</w:t>
            </w:r>
          </w:p>
        </w:tc>
        <w:tc>
          <w:tcPr>
            <w:tcW w:w="1334" w:type="pct"/>
            <w:vAlign w:val="center"/>
          </w:tcPr>
          <w:p w14:paraId="6AE3689F" w14:textId="6067FAA7" w:rsidR="003B0D54" w:rsidRPr="00B808C6" w:rsidRDefault="003B0D54" w:rsidP="003B0D54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Б1.О.08.01 Инженерная графика</w:t>
            </w:r>
          </w:p>
        </w:tc>
        <w:tc>
          <w:tcPr>
            <w:tcW w:w="526" w:type="pct"/>
            <w:vAlign w:val="center"/>
          </w:tcPr>
          <w:p w14:paraId="3131996B" w14:textId="77777777" w:rsidR="003B0D54" w:rsidRDefault="003B0D54" w:rsidP="003B0D54">
            <w:pPr>
              <w:jc w:val="center"/>
            </w:pPr>
            <w:r>
              <w:t>ОПК-1, ОПК-2</w:t>
            </w:r>
          </w:p>
        </w:tc>
        <w:tc>
          <w:tcPr>
            <w:tcW w:w="479" w:type="pct"/>
            <w:vAlign w:val="center"/>
          </w:tcPr>
          <w:p w14:paraId="56D768E0" w14:textId="77777777" w:rsidR="003B0D54" w:rsidRDefault="003B0D54" w:rsidP="003B0D54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20DF2C66" w14:textId="77777777" w:rsidR="003B0D54" w:rsidRDefault="003B0D54" w:rsidP="003B0D54">
            <w:pPr>
              <w:jc w:val="center"/>
            </w:pPr>
            <w:r>
              <w:t>29.05.2026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1C3013"/>
    <w:rsid w:val="0029639D"/>
    <w:rsid w:val="00326F90"/>
    <w:rsid w:val="003B0D54"/>
    <w:rsid w:val="003B5616"/>
    <w:rsid w:val="00464C7F"/>
    <w:rsid w:val="00505372"/>
    <w:rsid w:val="00592540"/>
    <w:rsid w:val="005B6DED"/>
    <w:rsid w:val="005C48D3"/>
    <w:rsid w:val="00702BF4"/>
    <w:rsid w:val="00770A8D"/>
    <w:rsid w:val="009122B5"/>
    <w:rsid w:val="00A747C5"/>
    <w:rsid w:val="00A91224"/>
    <w:rsid w:val="00AA1D8D"/>
    <w:rsid w:val="00AA446A"/>
    <w:rsid w:val="00AF05F7"/>
    <w:rsid w:val="00B11332"/>
    <w:rsid w:val="00B47730"/>
    <w:rsid w:val="00B808C6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2026-08-07T02:21:00Z</dcterms:created>
  <dcterms:modified xsi:type="dcterms:W3CDTF">2026-08-07T02:33:00Z</dcterms:modified>
  <cp:category/>
</cp:coreProperties>
</file>