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8"/>
        <w:gridCol w:w="2631"/>
        <w:gridCol w:w="942"/>
        <w:gridCol w:w="732"/>
        <w:gridCol w:w="1081"/>
        <w:gridCol w:w="1525"/>
        <w:gridCol w:w="1304"/>
        <w:gridCol w:w="2097"/>
      </w:tblGrid>
      <w:tr w:rsidR="00A77C67" w14:paraId="5CF6FF82" w14:textId="77777777" w:rsidTr="00A77C67">
        <w:tc>
          <w:tcPr>
            <w:tcW w:w="1068" w:type="dxa"/>
            <w:vAlign w:val="center"/>
          </w:tcPr>
          <w:p w14:paraId="6F8614D4" w14:textId="77777777" w:rsidR="00A77C67" w:rsidRDefault="00A77C67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31" w:type="dxa"/>
            <w:vAlign w:val="center"/>
          </w:tcPr>
          <w:p w14:paraId="05DA0075" w14:textId="77777777" w:rsidR="00A77C67" w:rsidRDefault="00A77C67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42" w:type="dxa"/>
            <w:vAlign w:val="center"/>
          </w:tcPr>
          <w:p w14:paraId="17502A4D" w14:textId="77777777" w:rsidR="00A77C67" w:rsidRDefault="00A77C67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32" w:type="dxa"/>
            <w:vAlign w:val="center"/>
          </w:tcPr>
          <w:p w14:paraId="79737C60" w14:textId="77777777" w:rsidR="00A77C67" w:rsidRDefault="00A77C67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81" w:type="dxa"/>
            <w:vAlign w:val="center"/>
          </w:tcPr>
          <w:p w14:paraId="5E7755C0" w14:textId="77777777" w:rsidR="00A77C67" w:rsidRDefault="00A77C67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25" w:type="dxa"/>
            <w:vAlign w:val="center"/>
          </w:tcPr>
          <w:p w14:paraId="23218FBA" w14:textId="77777777" w:rsidR="00A77C67" w:rsidRDefault="00A77C67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4" w:type="dxa"/>
            <w:vAlign w:val="center"/>
          </w:tcPr>
          <w:p w14:paraId="59939867" w14:textId="77777777" w:rsidR="00A77C67" w:rsidRDefault="00A77C67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0E4A8C5A" w14:textId="77777777" w:rsidR="00A77C67" w:rsidRDefault="00A77C67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A77C67" w14:paraId="0A7CA5EE" w14:textId="77777777" w:rsidTr="00A77C67">
        <w:tc>
          <w:tcPr>
            <w:tcW w:w="1068" w:type="dxa"/>
            <w:vAlign w:val="center"/>
          </w:tcPr>
          <w:p w14:paraId="0AB4FB84" w14:textId="77777777" w:rsidR="00A77C67" w:rsidRDefault="00A77C67" w:rsidP="006E7F4C">
            <w:pPr>
              <w:jc w:val="center"/>
            </w:pPr>
            <w:r>
              <w:t>27.03.04</w:t>
            </w:r>
          </w:p>
        </w:tc>
        <w:tc>
          <w:tcPr>
            <w:tcW w:w="2631" w:type="dxa"/>
            <w:vAlign w:val="center"/>
          </w:tcPr>
          <w:p w14:paraId="5C21AFE6" w14:textId="77777777" w:rsidR="00A77C67" w:rsidRPr="007B438D" w:rsidRDefault="00A77C67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942" w:type="dxa"/>
            <w:vAlign w:val="center"/>
          </w:tcPr>
          <w:p w14:paraId="1365E632" w14:textId="77777777" w:rsidR="00A77C67" w:rsidRDefault="00A77C67" w:rsidP="006E7F4C">
            <w:pPr>
              <w:jc w:val="center"/>
            </w:pPr>
            <w:r>
              <w:t>2022</w:t>
            </w:r>
          </w:p>
        </w:tc>
        <w:tc>
          <w:tcPr>
            <w:tcW w:w="732" w:type="dxa"/>
            <w:vAlign w:val="center"/>
          </w:tcPr>
          <w:p w14:paraId="473CC542" w14:textId="77777777" w:rsidR="00A77C67" w:rsidRDefault="00A77C67" w:rsidP="006E7F4C">
            <w:pPr>
              <w:jc w:val="center"/>
            </w:pPr>
            <w:r>
              <w:t>4</w:t>
            </w:r>
          </w:p>
        </w:tc>
        <w:tc>
          <w:tcPr>
            <w:tcW w:w="1081" w:type="dxa"/>
            <w:vAlign w:val="center"/>
          </w:tcPr>
          <w:p w14:paraId="01685E8E" w14:textId="77777777" w:rsidR="00A77C67" w:rsidRDefault="00A77C67" w:rsidP="006E7F4C">
            <w:pPr>
              <w:jc w:val="center"/>
            </w:pPr>
            <w:r>
              <w:t>73.5%</w:t>
            </w:r>
          </w:p>
        </w:tc>
        <w:tc>
          <w:tcPr>
            <w:tcW w:w="1525" w:type="dxa"/>
            <w:vAlign w:val="center"/>
          </w:tcPr>
          <w:p w14:paraId="1C001E71" w14:textId="628083AF" w:rsidR="00A77C67" w:rsidRDefault="00A77C67" w:rsidP="006E7F4C">
            <w:pPr>
              <w:jc w:val="center"/>
            </w:pPr>
            <w:r>
              <w:t>ОПК-4</w:t>
            </w:r>
            <w:r w:rsidR="00480D6F">
              <w:rPr>
                <w:lang w:val="ru-RU"/>
              </w:rPr>
              <w:t>,</w:t>
            </w:r>
            <w:r>
              <w:t xml:space="preserve"> ПК-2</w:t>
            </w:r>
            <w:r w:rsidR="00480D6F">
              <w:rPr>
                <w:lang w:val="ru-RU"/>
              </w:rPr>
              <w:t>,</w:t>
            </w:r>
            <w:r>
              <w:t xml:space="preserve"> ПК-4</w:t>
            </w:r>
          </w:p>
        </w:tc>
        <w:tc>
          <w:tcPr>
            <w:tcW w:w="1304" w:type="dxa"/>
            <w:vAlign w:val="center"/>
          </w:tcPr>
          <w:p w14:paraId="4B9C9903" w14:textId="77777777" w:rsidR="00A77C67" w:rsidRDefault="00A77C67" w:rsidP="006E7F4C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51A6E3C4" w14:textId="77777777" w:rsidR="00A77C67" w:rsidRDefault="00A77C67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A77C67" w14:paraId="71CCCE73" w14:textId="77777777" w:rsidTr="00A77C67">
        <w:tc>
          <w:tcPr>
            <w:tcW w:w="1068" w:type="dxa"/>
            <w:vAlign w:val="center"/>
          </w:tcPr>
          <w:p w14:paraId="6AF65920" w14:textId="77777777" w:rsidR="00A77C67" w:rsidRDefault="00A77C67" w:rsidP="006E7F4C">
            <w:pPr>
              <w:jc w:val="center"/>
            </w:pPr>
            <w:r>
              <w:t>27.03.04</w:t>
            </w:r>
          </w:p>
        </w:tc>
        <w:tc>
          <w:tcPr>
            <w:tcW w:w="2631" w:type="dxa"/>
            <w:vAlign w:val="center"/>
          </w:tcPr>
          <w:p w14:paraId="07C60D46" w14:textId="77777777" w:rsidR="00A77C67" w:rsidRPr="007B438D" w:rsidRDefault="00A77C67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942" w:type="dxa"/>
            <w:vAlign w:val="center"/>
          </w:tcPr>
          <w:p w14:paraId="53F7F897" w14:textId="77777777" w:rsidR="00A77C67" w:rsidRDefault="00A77C67" w:rsidP="006E7F4C">
            <w:pPr>
              <w:jc w:val="center"/>
            </w:pPr>
            <w:r>
              <w:t>2023</w:t>
            </w:r>
          </w:p>
        </w:tc>
        <w:tc>
          <w:tcPr>
            <w:tcW w:w="732" w:type="dxa"/>
            <w:vAlign w:val="center"/>
          </w:tcPr>
          <w:p w14:paraId="6B08A19A" w14:textId="77777777" w:rsidR="00A77C67" w:rsidRDefault="00A77C67" w:rsidP="006E7F4C">
            <w:pPr>
              <w:jc w:val="center"/>
            </w:pPr>
            <w:r>
              <w:t>3</w:t>
            </w:r>
          </w:p>
        </w:tc>
        <w:tc>
          <w:tcPr>
            <w:tcW w:w="1081" w:type="dxa"/>
            <w:vAlign w:val="center"/>
          </w:tcPr>
          <w:p w14:paraId="452C8E9A" w14:textId="77777777" w:rsidR="00A77C67" w:rsidRDefault="00A77C67" w:rsidP="006E7F4C">
            <w:pPr>
              <w:jc w:val="center"/>
            </w:pPr>
            <w:r>
              <w:t>70.69%</w:t>
            </w:r>
          </w:p>
        </w:tc>
        <w:tc>
          <w:tcPr>
            <w:tcW w:w="1525" w:type="dxa"/>
            <w:vAlign w:val="center"/>
          </w:tcPr>
          <w:p w14:paraId="596774F3" w14:textId="7372C78F" w:rsidR="00A77C67" w:rsidRPr="007B438D" w:rsidRDefault="00480D6F" w:rsidP="00480D6F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ОПК-6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</w:t>
            </w:r>
            <w:r>
              <w:rPr>
                <w:lang w:val="ru-RU"/>
              </w:rPr>
              <w:t>7,</w:t>
            </w:r>
            <w:r w:rsidRPr="007B438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ОПК-8, ОПК-9, </w:t>
            </w:r>
            <w:r w:rsidRPr="007B438D">
              <w:rPr>
                <w:lang w:val="ru-RU"/>
              </w:rPr>
              <w:t>ОПК-</w:t>
            </w:r>
            <w:r>
              <w:rPr>
                <w:lang w:val="ru-RU"/>
              </w:rPr>
              <w:t>10,</w:t>
            </w:r>
            <w:r w:rsidRPr="007B438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ПК-1, </w:t>
            </w:r>
            <w:r w:rsidRPr="007B438D">
              <w:rPr>
                <w:lang w:val="ru-RU"/>
              </w:rPr>
              <w:t>ПК-2</w:t>
            </w:r>
            <w:r>
              <w:rPr>
                <w:lang w:val="ru-RU"/>
              </w:rPr>
              <w:t>, ПК-3</w:t>
            </w:r>
          </w:p>
        </w:tc>
        <w:tc>
          <w:tcPr>
            <w:tcW w:w="1304" w:type="dxa"/>
            <w:vAlign w:val="center"/>
          </w:tcPr>
          <w:p w14:paraId="70FE614C" w14:textId="77777777" w:rsidR="00A77C67" w:rsidRDefault="00A77C67" w:rsidP="006E7F4C">
            <w:pPr>
              <w:jc w:val="center"/>
            </w:pPr>
            <w:r>
              <w:t>8</w:t>
            </w:r>
          </w:p>
        </w:tc>
        <w:tc>
          <w:tcPr>
            <w:tcW w:w="2097" w:type="dxa"/>
            <w:vAlign w:val="center"/>
          </w:tcPr>
          <w:p w14:paraId="69E78456" w14:textId="77777777" w:rsidR="00A77C67" w:rsidRDefault="00A77C67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A77C67" w14:paraId="662D8F81" w14:textId="77777777" w:rsidTr="00A77C67">
        <w:tc>
          <w:tcPr>
            <w:tcW w:w="1068" w:type="dxa"/>
            <w:vAlign w:val="center"/>
          </w:tcPr>
          <w:p w14:paraId="5919119B" w14:textId="77777777" w:rsidR="00A77C67" w:rsidRDefault="00A77C67" w:rsidP="006E7F4C">
            <w:pPr>
              <w:jc w:val="center"/>
            </w:pPr>
            <w:r>
              <w:t>27.03.04</w:t>
            </w:r>
          </w:p>
        </w:tc>
        <w:tc>
          <w:tcPr>
            <w:tcW w:w="2631" w:type="dxa"/>
            <w:vAlign w:val="center"/>
          </w:tcPr>
          <w:p w14:paraId="31C53CA7" w14:textId="77777777" w:rsidR="00A77C67" w:rsidRPr="007B438D" w:rsidRDefault="00A77C67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942" w:type="dxa"/>
            <w:vAlign w:val="center"/>
          </w:tcPr>
          <w:p w14:paraId="76B4A83C" w14:textId="77777777" w:rsidR="00A77C67" w:rsidRDefault="00A77C67" w:rsidP="006E7F4C">
            <w:pPr>
              <w:jc w:val="center"/>
            </w:pPr>
            <w:r>
              <w:t>2024</w:t>
            </w:r>
          </w:p>
        </w:tc>
        <w:tc>
          <w:tcPr>
            <w:tcW w:w="732" w:type="dxa"/>
            <w:vAlign w:val="center"/>
          </w:tcPr>
          <w:p w14:paraId="0BA6F046" w14:textId="77777777" w:rsidR="00A77C67" w:rsidRDefault="00A77C67" w:rsidP="006E7F4C">
            <w:pPr>
              <w:jc w:val="center"/>
            </w:pPr>
            <w:r>
              <w:t>2</w:t>
            </w:r>
          </w:p>
        </w:tc>
        <w:tc>
          <w:tcPr>
            <w:tcW w:w="1081" w:type="dxa"/>
            <w:vAlign w:val="center"/>
          </w:tcPr>
          <w:p w14:paraId="1E5C6541" w14:textId="2B89A958" w:rsidR="00A77C67" w:rsidRDefault="00A77C67" w:rsidP="006E7F4C">
            <w:pPr>
              <w:jc w:val="center"/>
            </w:pPr>
            <w:r>
              <w:t>7</w:t>
            </w:r>
            <w:r w:rsidR="00F7343D">
              <w:rPr>
                <w:lang w:val="ru-RU"/>
              </w:rPr>
              <w:t>0</w:t>
            </w:r>
            <w:r>
              <w:t>.</w:t>
            </w:r>
            <w:r w:rsidR="00F7343D">
              <w:rPr>
                <w:lang w:val="ru-RU"/>
              </w:rPr>
              <w:t>13</w:t>
            </w:r>
            <w:r>
              <w:t>%</w:t>
            </w:r>
          </w:p>
        </w:tc>
        <w:tc>
          <w:tcPr>
            <w:tcW w:w="1525" w:type="dxa"/>
            <w:vAlign w:val="center"/>
          </w:tcPr>
          <w:p w14:paraId="59A52E73" w14:textId="36D64020" w:rsidR="00A77C67" w:rsidRPr="007B438D" w:rsidRDefault="00480D6F" w:rsidP="00480D6F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УК-1</w:t>
            </w:r>
            <w:r w:rsidR="00F7343D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ОПК-6</w:t>
            </w:r>
            <w:r w:rsidR="00F7343D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ПК-1</w:t>
            </w:r>
            <w:r w:rsidR="00F7343D"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ПК-2</w:t>
            </w:r>
          </w:p>
        </w:tc>
        <w:tc>
          <w:tcPr>
            <w:tcW w:w="1304" w:type="dxa"/>
            <w:vAlign w:val="center"/>
          </w:tcPr>
          <w:p w14:paraId="30F3E8B1" w14:textId="6BB018FB" w:rsidR="00A77C67" w:rsidRPr="00480D6F" w:rsidRDefault="00480D6F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97" w:type="dxa"/>
            <w:vAlign w:val="center"/>
          </w:tcPr>
          <w:p w14:paraId="18328BE5" w14:textId="77777777" w:rsidR="00A77C67" w:rsidRDefault="00A77C67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A77C67" w14:paraId="3E1CC92E" w14:textId="77777777" w:rsidTr="00A77C67">
        <w:tc>
          <w:tcPr>
            <w:tcW w:w="1068" w:type="dxa"/>
            <w:vAlign w:val="center"/>
          </w:tcPr>
          <w:p w14:paraId="7CE7345B" w14:textId="77777777" w:rsidR="00A77C67" w:rsidRDefault="00A77C67" w:rsidP="006E7F4C">
            <w:pPr>
              <w:jc w:val="center"/>
            </w:pPr>
            <w:r>
              <w:t>27.03.04</w:t>
            </w:r>
          </w:p>
        </w:tc>
        <w:tc>
          <w:tcPr>
            <w:tcW w:w="2631" w:type="dxa"/>
            <w:vAlign w:val="center"/>
          </w:tcPr>
          <w:p w14:paraId="4CD087DC" w14:textId="77777777" w:rsidR="00A77C67" w:rsidRPr="007B438D" w:rsidRDefault="00A77C67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Управление и информатика в технических системах</w:t>
            </w:r>
          </w:p>
        </w:tc>
        <w:tc>
          <w:tcPr>
            <w:tcW w:w="942" w:type="dxa"/>
            <w:vAlign w:val="center"/>
          </w:tcPr>
          <w:p w14:paraId="76F8E60D" w14:textId="77777777" w:rsidR="00A77C67" w:rsidRDefault="00A77C67" w:rsidP="006E7F4C">
            <w:pPr>
              <w:jc w:val="center"/>
            </w:pPr>
            <w:r>
              <w:t>2025</w:t>
            </w:r>
          </w:p>
        </w:tc>
        <w:tc>
          <w:tcPr>
            <w:tcW w:w="732" w:type="dxa"/>
            <w:vAlign w:val="center"/>
          </w:tcPr>
          <w:p w14:paraId="459E667A" w14:textId="77777777" w:rsidR="00A77C67" w:rsidRDefault="00A77C67" w:rsidP="006E7F4C">
            <w:pPr>
              <w:jc w:val="center"/>
            </w:pPr>
            <w:r>
              <w:t>1</w:t>
            </w:r>
          </w:p>
        </w:tc>
        <w:tc>
          <w:tcPr>
            <w:tcW w:w="1081" w:type="dxa"/>
            <w:vAlign w:val="center"/>
          </w:tcPr>
          <w:p w14:paraId="68CE2392" w14:textId="77777777" w:rsidR="00A77C67" w:rsidRDefault="00A77C67" w:rsidP="006E7F4C">
            <w:pPr>
              <w:jc w:val="center"/>
            </w:pPr>
            <w:r>
              <w:t>76.58%</w:t>
            </w:r>
          </w:p>
        </w:tc>
        <w:tc>
          <w:tcPr>
            <w:tcW w:w="1525" w:type="dxa"/>
            <w:vAlign w:val="center"/>
          </w:tcPr>
          <w:p w14:paraId="47377C4B" w14:textId="0D5098C9" w:rsidR="00A77C67" w:rsidRPr="00F7343D" w:rsidRDefault="00F7343D" w:rsidP="00F7343D">
            <w:pPr>
              <w:jc w:val="center"/>
              <w:rPr>
                <w:lang w:val="ru-RU"/>
              </w:rPr>
            </w:pPr>
            <w:r w:rsidRPr="00F7343D">
              <w:rPr>
                <w:lang w:val="ru-RU"/>
              </w:rPr>
              <w:t>УК-4</w:t>
            </w:r>
            <w:r>
              <w:rPr>
                <w:lang w:val="ru-RU"/>
              </w:rPr>
              <w:t>,</w:t>
            </w:r>
            <w:r w:rsidRPr="00F7343D">
              <w:rPr>
                <w:lang w:val="ru-RU"/>
              </w:rPr>
              <w:t xml:space="preserve"> УК-5</w:t>
            </w:r>
            <w:r>
              <w:rPr>
                <w:lang w:val="ru-RU"/>
              </w:rPr>
              <w:t xml:space="preserve">, УК-10, </w:t>
            </w:r>
            <w:r w:rsidR="00A77C67" w:rsidRPr="00F7343D">
              <w:rPr>
                <w:lang w:val="ru-RU"/>
              </w:rPr>
              <w:t>ОПК-</w:t>
            </w:r>
            <w:proofErr w:type="gramStart"/>
            <w:r w:rsidR="00A77C67" w:rsidRPr="00F7343D">
              <w:rPr>
                <w:lang w:val="ru-RU"/>
              </w:rPr>
              <w:t xml:space="preserve">1 </w:t>
            </w:r>
            <w:r>
              <w:rPr>
                <w:lang w:val="ru-RU"/>
              </w:rPr>
              <w:t>,</w:t>
            </w:r>
            <w:r w:rsidR="00A77C67" w:rsidRPr="00F7343D">
              <w:rPr>
                <w:lang w:val="ru-RU"/>
              </w:rPr>
              <w:t>ОПК</w:t>
            </w:r>
            <w:proofErr w:type="gramEnd"/>
            <w:r w:rsidR="00A77C67" w:rsidRPr="00F7343D">
              <w:rPr>
                <w:lang w:val="ru-RU"/>
              </w:rPr>
              <w:t xml:space="preserve">-2 </w:t>
            </w:r>
          </w:p>
        </w:tc>
        <w:tc>
          <w:tcPr>
            <w:tcW w:w="1304" w:type="dxa"/>
            <w:vAlign w:val="center"/>
          </w:tcPr>
          <w:p w14:paraId="36A8246F" w14:textId="77777777" w:rsidR="00A77C67" w:rsidRDefault="00A77C67" w:rsidP="006E7F4C">
            <w:pPr>
              <w:jc w:val="center"/>
            </w:pPr>
            <w:r>
              <w:t>6</w:t>
            </w:r>
          </w:p>
        </w:tc>
        <w:tc>
          <w:tcPr>
            <w:tcW w:w="2097" w:type="dxa"/>
            <w:vAlign w:val="center"/>
          </w:tcPr>
          <w:p w14:paraId="6B8A9255" w14:textId="77777777" w:rsidR="00A77C67" w:rsidRDefault="00A77C67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CFB"/>
    <w:rsid w:val="00034616"/>
    <w:rsid w:val="0006063C"/>
    <w:rsid w:val="000B06D4"/>
    <w:rsid w:val="0015074B"/>
    <w:rsid w:val="001817CB"/>
    <w:rsid w:val="001A1A84"/>
    <w:rsid w:val="0029639D"/>
    <w:rsid w:val="00326F90"/>
    <w:rsid w:val="003704DD"/>
    <w:rsid w:val="004533B1"/>
    <w:rsid w:val="00480D6F"/>
    <w:rsid w:val="00505EA1"/>
    <w:rsid w:val="00586473"/>
    <w:rsid w:val="006210DE"/>
    <w:rsid w:val="006E7F4C"/>
    <w:rsid w:val="007B438D"/>
    <w:rsid w:val="008657F1"/>
    <w:rsid w:val="008A61DE"/>
    <w:rsid w:val="00952B49"/>
    <w:rsid w:val="00995D0C"/>
    <w:rsid w:val="00A77C67"/>
    <w:rsid w:val="00AA1D8D"/>
    <w:rsid w:val="00B47730"/>
    <w:rsid w:val="00CB0664"/>
    <w:rsid w:val="00CC52DB"/>
    <w:rsid w:val="00D00904"/>
    <w:rsid w:val="00D42075"/>
    <w:rsid w:val="00E8704E"/>
    <w:rsid w:val="00F734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2026-08-07T02:22:00Z</dcterms:created>
  <dcterms:modified xsi:type="dcterms:W3CDTF">2026-08-07T02:38:00Z</dcterms:modified>
  <cp:category/>
</cp:coreProperties>
</file>