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9D6C6" w14:textId="77777777" w:rsidR="00EB31A2" w:rsidRPr="00506650" w:rsidRDefault="00C1529F">
      <w:pPr>
        <w:rPr>
          <w:lang w:val="ru-RU"/>
        </w:rPr>
      </w:pPr>
      <w:r w:rsidRPr="00506650">
        <w:rPr>
          <w:lang w:val="ru-RU"/>
        </w:rPr>
        <w:t>Отчёт по результатам тестирования 'ООП'</w:t>
      </w:r>
    </w:p>
    <w:p w14:paraId="57E15CB8" w14:textId="77777777" w:rsidR="00EB31A2" w:rsidRPr="00506650" w:rsidRDefault="00C1529F">
      <w:pPr>
        <w:rPr>
          <w:lang w:val="ru-RU"/>
        </w:rPr>
      </w:pPr>
      <w:r w:rsidRPr="00506650">
        <w:rPr>
          <w:lang w:val="ru-RU"/>
        </w:rPr>
        <w:t>Анализ данных по дисциплинам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1039"/>
        <w:gridCol w:w="2672"/>
        <w:gridCol w:w="902"/>
        <w:gridCol w:w="685"/>
        <w:gridCol w:w="1267"/>
        <w:gridCol w:w="3906"/>
        <w:gridCol w:w="1541"/>
        <w:gridCol w:w="1403"/>
        <w:gridCol w:w="1281"/>
      </w:tblGrid>
      <w:tr w:rsidR="00506650" w14:paraId="4D2E221D" w14:textId="77777777" w:rsidTr="00FB61B8">
        <w:tc>
          <w:tcPr>
            <w:tcW w:w="353" w:type="pct"/>
            <w:vAlign w:val="center"/>
          </w:tcPr>
          <w:p w14:paraId="084C5D1C" w14:textId="77777777" w:rsidR="00506650" w:rsidRDefault="00506650" w:rsidP="00506650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909" w:type="pct"/>
            <w:vAlign w:val="center"/>
          </w:tcPr>
          <w:p w14:paraId="749CB949" w14:textId="77777777" w:rsidR="00506650" w:rsidRDefault="00506650" w:rsidP="00506650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307" w:type="pct"/>
            <w:vAlign w:val="center"/>
          </w:tcPr>
          <w:p w14:paraId="3B7D159D" w14:textId="77777777" w:rsidR="00506650" w:rsidRDefault="00506650" w:rsidP="00506650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233" w:type="pct"/>
            <w:vAlign w:val="center"/>
          </w:tcPr>
          <w:p w14:paraId="48B2F7AF" w14:textId="77777777" w:rsidR="00506650" w:rsidRDefault="00506650" w:rsidP="00506650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431" w:type="pct"/>
            <w:vAlign w:val="center"/>
          </w:tcPr>
          <w:p w14:paraId="14D4D1A3" w14:textId="77777777" w:rsidR="00506650" w:rsidRDefault="00506650" w:rsidP="00506650">
            <w:pPr>
              <w:jc w:val="center"/>
            </w:pPr>
            <w:proofErr w:type="spellStart"/>
            <w:r>
              <w:rPr>
                <w:b/>
                <w:sz w:val="20"/>
              </w:rPr>
              <w:t>Группа</w:t>
            </w:r>
            <w:proofErr w:type="spellEnd"/>
          </w:p>
        </w:tc>
        <w:tc>
          <w:tcPr>
            <w:tcW w:w="1329" w:type="pct"/>
            <w:vAlign w:val="center"/>
          </w:tcPr>
          <w:p w14:paraId="437B249E" w14:textId="77777777" w:rsidR="00506650" w:rsidRDefault="00506650" w:rsidP="00506650">
            <w:pPr>
              <w:jc w:val="center"/>
            </w:pPr>
            <w:proofErr w:type="spellStart"/>
            <w:r>
              <w:rPr>
                <w:b/>
                <w:sz w:val="20"/>
              </w:rPr>
              <w:t>Дисциплина</w:t>
            </w:r>
            <w:proofErr w:type="spellEnd"/>
          </w:p>
        </w:tc>
        <w:tc>
          <w:tcPr>
            <w:tcW w:w="524" w:type="pct"/>
            <w:vAlign w:val="center"/>
          </w:tcPr>
          <w:p w14:paraId="6638A966" w14:textId="77777777" w:rsidR="00506650" w:rsidRDefault="00506650" w:rsidP="00506650">
            <w:pPr>
              <w:jc w:val="center"/>
            </w:pPr>
            <w:proofErr w:type="spellStart"/>
            <w:r>
              <w:rPr>
                <w:b/>
                <w:sz w:val="20"/>
              </w:rPr>
              <w:t>Компетенции</w:t>
            </w:r>
            <w:proofErr w:type="spellEnd"/>
          </w:p>
        </w:tc>
        <w:tc>
          <w:tcPr>
            <w:tcW w:w="477" w:type="pct"/>
            <w:vAlign w:val="center"/>
          </w:tcPr>
          <w:p w14:paraId="26C78C64" w14:textId="77777777" w:rsidR="00506650" w:rsidRDefault="00506650" w:rsidP="00506650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</w:t>
            </w:r>
            <w:proofErr w:type="spellStart"/>
            <w:r>
              <w:rPr>
                <w:b/>
                <w:sz w:val="20"/>
              </w:rPr>
              <w:t>по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дисциплине</w:t>
            </w:r>
            <w:proofErr w:type="spellEnd"/>
          </w:p>
        </w:tc>
        <w:tc>
          <w:tcPr>
            <w:tcW w:w="436" w:type="pct"/>
            <w:vAlign w:val="center"/>
          </w:tcPr>
          <w:p w14:paraId="5061A61A" w14:textId="77777777" w:rsidR="00506650" w:rsidRDefault="00506650" w:rsidP="00506650">
            <w:pPr>
              <w:jc w:val="center"/>
            </w:pPr>
            <w:proofErr w:type="spellStart"/>
            <w:r>
              <w:rPr>
                <w:b/>
                <w:sz w:val="20"/>
              </w:rPr>
              <w:t>Дата</w:t>
            </w:r>
            <w:proofErr w:type="spellEnd"/>
          </w:p>
        </w:tc>
      </w:tr>
      <w:tr w:rsidR="00506650" w14:paraId="3EF1D6D2" w14:textId="77777777" w:rsidTr="00FB61B8">
        <w:tc>
          <w:tcPr>
            <w:tcW w:w="353" w:type="pct"/>
            <w:vAlign w:val="center"/>
          </w:tcPr>
          <w:p w14:paraId="5BCCB548" w14:textId="77777777" w:rsidR="00506650" w:rsidRDefault="00506650" w:rsidP="00506650">
            <w:pPr>
              <w:jc w:val="center"/>
            </w:pPr>
            <w:r>
              <w:t>35.03.01</w:t>
            </w:r>
          </w:p>
        </w:tc>
        <w:tc>
          <w:tcPr>
            <w:tcW w:w="909" w:type="pct"/>
            <w:vAlign w:val="center"/>
          </w:tcPr>
          <w:p w14:paraId="575384EA" w14:textId="77777777" w:rsidR="00506650" w:rsidRDefault="00506650" w:rsidP="00506650">
            <w:pPr>
              <w:jc w:val="center"/>
            </w:pPr>
            <w:r>
              <w:t>Лесное дело</w:t>
            </w:r>
          </w:p>
        </w:tc>
        <w:tc>
          <w:tcPr>
            <w:tcW w:w="307" w:type="pct"/>
            <w:vAlign w:val="center"/>
          </w:tcPr>
          <w:p w14:paraId="3A1EE537" w14:textId="77777777" w:rsidR="00506650" w:rsidRDefault="00506650" w:rsidP="00506650">
            <w:pPr>
              <w:jc w:val="center"/>
            </w:pPr>
            <w:r>
              <w:t>2023</w:t>
            </w:r>
          </w:p>
        </w:tc>
        <w:tc>
          <w:tcPr>
            <w:tcW w:w="233" w:type="pct"/>
            <w:vAlign w:val="center"/>
          </w:tcPr>
          <w:p w14:paraId="4E4C5183" w14:textId="77777777" w:rsidR="00506650" w:rsidRDefault="00506650" w:rsidP="00506650">
            <w:pPr>
              <w:jc w:val="center"/>
            </w:pPr>
            <w:r>
              <w:t>3</w:t>
            </w:r>
          </w:p>
        </w:tc>
        <w:tc>
          <w:tcPr>
            <w:tcW w:w="431" w:type="pct"/>
            <w:vAlign w:val="center"/>
          </w:tcPr>
          <w:p w14:paraId="60DFE2F5" w14:textId="77777777" w:rsidR="00506650" w:rsidRDefault="00506650" w:rsidP="00506650">
            <w:pPr>
              <w:jc w:val="center"/>
            </w:pPr>
            <w:r>
              <w:t>ЛДзус-23</w:t>
            </w:r>
          </w:p>
        </w:tc>
        <w:tc>
          <w:tcPr>
            <w:tcW w:w="1329" w:type="pct"/>
            <w:vAlign w:val="center"/>
          </w:tcPr>
          <w:p w14:paraId="0812BF14" w14:textId="06AE532A" w:rsidR="00506650" w:rsidRPr="00C1529F" w:rsidRDefault="00506650" w:rsidP="00506650">
            <w:pPr>
              <w:jc w:val="center"/>
              <w:rPr>
                <w:lang w:val="ru-RU"/>
              </w:rPr>
            </w:pPr>
            <w:r w:rsidRPr="00C1529F">
              <w:rPr>
                <w:lang w:val="ru-RU"/>
              </w:rPr>
              <w:t>Б1.О.</w:t>
            </w:r>
            <w:r w:rsidR="00AE5EDA">
              <w:rPr>
                <w:lang w:val="ru-RU"/>
              </w:rPr>
              <w:t>20</w:t>
            </w:r>
            <w:r w:rsidRPr="00C1529F">
              <w:rPr>
                <w:lang w:val="ru-RU"/>
              </w:rPr>
              <w:t xml:space="preserve"> Лесное товароведение с основами </w:t>
            </w:r>
            <w:proofErr w:type="spellStart"/>
            <w:r w:rsidRPr="00C1529F">
              <w:rPr>
                <w:lang w:val="ru-RU"/>
              </w:rPr>
              <w:t>древесиноведения</w:t>
            </w:r>
            <w:proofErr w:type="spellEnd"/>
          </w:p>
        </w:tc>
        <w:tc>
          <w:tcPr>
            <w:tcW w:w="524" w:type="pct"/>
            <w:vAlign w:val="center"/>
          </w:tcPr>
          <w:p w14:paraId="52390F39" w14:textId="21D342CF" w:rsidR="00506650" w:rsidRPr="00C1529F" w:rsidRDefault="00AE5EDA" w:rsidP="00506650">
            <w:pPr>
              <w:jc w:val="center"/>
              <w:rPr>
                <w:lang w:val="ru-RU"/>
              </w:rPr>
            </w:pPr>
            <w:r w:rsidRPr="00AE5EDA">
              <w:rPr>
                <w:lang w:val="ru-RU"/>
              </w:rPr>
              <w:t>ОПК-2</w:t>
            </w:r>
            <w:r>
              <w:rPr>
                <w:lang w:val="ru-RU"/>
              </w:rPr>
              <w:t>,</w:t>
            </w:r>
            <w:r w:rsidRPr="00AE5EDA">
              <w:rPr>
                <w:lang w:val="ru-RU"/>
              </w:rPr>
              <w:t xml:space="preserve"> ОПК-4</w:t>
            </w:r>
          </w:p>
        </w:tc>
        <w:tc>
          <w:tcPr>
            <w:tcW w:w="477" w:type="pct"/>
            <w:vAlign w:val="center"/>
          </w:tcPr>
          <w:p w14:paraId="7209D6F2" w14:textId="77777777" w:rsidR="00506650" w:rsidRDefault="00506650" w:rsidP="00506650">
            <w:pPr>
              <w:jc w:val="center"/>
            </w:pPr>
            <w:r>
              <w:t>87.0%</w:t>
            </w:r>
          </w:p>
        </w:tc>
        <w:tc>
          <w:tcPr>
            <w:tcW w:w="436" w:type="pct"/>
            <w:vAlign w:val="center"/>
          </w:tcPr>
          <w:p w14:paraId="7E87E890" w14:textId="77777777" w:rsidR="00506650" w:rsidRDefault="00506650" w:rsidP="00506650">
            <w:pPr>
              <w:jc w:val="center"/>
            </w:pPr>
            <w:r>
              <w:t>15.04.2026</w:t>
            </w:r>
          </w:p>
        </w:tc>
      </w:tr>
      <w:tr w:rsidR="00FB61B8" w14:paraId="0D2568FD" w14:textId="77777777" w:rsidTr="00FB61B8">
        <w:tc>
          <w:tcPr>
            <w:tcW w:w="353" w:type="pct"/>
            <w:vAlign w:val="center"/>
          </w:tcPr>
          <w:p w14:paraId="5ECB0F87" w14:textId="77777777" w:rsidR="00FB61B8" w:rsidRDefault="00FB61B8" w:rsidP="00FB61B8">
            <w:pPr>
              <w:jc w:val="center"/>
            </w:pPr>
            <w:r>
              <w:t>35.03.01</w:t>
            </w:r>
          </w:p>
        </w:tc>
        <w:tc>
          <w:tcPr>
            <w:tcW w:w="909" w:type="pct"/>
            <w:vAlign w:val="center"/>
          </w:tcPr>
          <w:p w14:paraId="2F1F94B2" w14:textId="77777777" w:rsidR="00FB61B8" w:rsidRDefault="00FB61B8" w:rsidP="00FB61B8">
            <w:pPr>
              <w:jc w:val="center"/>
            </w:pPr>
            <w:r>
              <w:t>Лесное дело</w:t>
            </w:r>
          </w:p>
        </w:tc>
        <w:tc>
          <w:tcPr>
            <w:tcW w:w="307" w:type="pct"/>
            <w:vAlign w:val="center"/>
          </w:tcPr>
          <w:p w14:paraId="699844A8" w14:textId="77777777" w:rsidR="00FB61B8" w:rsidRDefault="00FB61B8" w:rsidP="00FB61B8">
            <w:pPr>
              <w:jc w:val="center"/>
            </w:pPr>
            <w:r>
              <w:t>2025</w:t>
            </w:r>
          </w:p>
        </w:tc>
        <w:tc>
          <w:tcPr>
            <w:tcW w:w="233" w:type="pct"/>
            <w:vAlign w:val="center"/>
          </w:tcPr>
          <w:p w14:paraId="118ED2A0" w14:textId="77777777" w:rsidR="00FB61B8" w:rsidRDefault="00FB61B8" w:rsidP="00FB61B8">
            <w:pPr>
              <w:jc w:val="center"/>
            </w:pPr>
            <w:r>
              <w:t>1</w:t>
            </w:r>
          </w:p>
        </w:tc>
        <w:tc>
          <w:tcPr>
            <w:tcW w:w="431" w:type="pct"/>
            <w:vAlign w:val="center"/>
          </w:tcPr>
          <w:p w14:paraId="2F3305B0" w14:textId="77777777" w:rsidR="00FB61B8" w:rsidRDefault="00FB61B8" w:rsidP="00FB61B8">
            <w:pPr>
              <w:jc w:val="center"/>
            </w:pPr>
            <w:r>
              <w:t>ЛДзус-25</w:t>
            </w:r>
          </w:p>
        </w:tc>
        <w:tc>
          <w:tcPr>
            <w:tcW w:w="1329" w:type="pct"/>
            <w:vAlign w:val="center"/>
          </w:tcPr>
          <w:p w14:paraId="536E084E" w14:textId="63B29535" w:rsidR="00FB61B8" w:rsidRPr="00FB61B8" w:rsidRDefault="00FB61B8" w:rsidP="00FB61B8">
            <w:pPr>
              <w:jc w:val="center"/>
              <w:rPr>
                <w:lang w:val="ru-RU"/>
              </w:rPr>
            </w:pPr>
            <w:r w:rsidRPr="00FB61B8">
              <w:rPr>
                <w:lang w:val="ru-RU"/>
              </w:rPr>
              <w:t>Б1.О.05.01</w:t>
            </w:r>
            <w:r>
              <w:rPr>
                <w:lang w:val="ru-RU"/>
              </w:rPr>
              <w:t xml:space="preserve"> </w:t>
            </w:r>
            <w:r w:rsidRPr="00FB61B8">
              <w:rPr>
                <w:lang w:val="ru-RU"/>
              </w:rPr>
              <w:t>Введение в информационные технологии</w:t>
            </w:r>
          </w:p>
        </w:tc>
        <w:tc>
          <w:tcPr>
            <w:tcW w:w="524" w:type="pct"/>
            <w:vAlign w:val="center"/>
          </w:tcPr>
          <w:p w14:paraId="3F416A3C" w14:textId="7780A3F7" w:rsidR="00FB61B8" w:rsidRPr="00FB61B8" w:rsidRDefault="00FB61B8" w:rsidP="00FB61B8">
            <w:pPr>
              <w:jc w:val="center"/>
              <w:rPr>
                <w:lang w:val="ru-RU"/>
              </w:rPr>
            </w:pPr>
            <w:r>
              <w:t>ОПК-</w:t>
            </w:r>
            <w:r>
              <w:rPr>
                <w:lang w:val="ru-RU"/>
              </w:rPr>
              <w:t>1, ОПК-7</w:t>
            </w:r>
          </w:p>
        </w:tc>
        <w:tc>
          <w:tcPr>
            <w:tcW w:w="477" w:type="pct"/>
            <w:vAlign w:val="center"/>
          </w:tcPr>
          <w:p w14:paraId="4B9547BA" w14:textId="77777777" w:rsidR="00FB61B8" w:rsidRDefault="00FB61B8" w:rsidP="00FB61B8">
            <w:pPr>
              <w:jc w:val="center"/>
            </w:pPr>
            <w:r>
              <w:t>70.0%</w:t>
            </w:r>
          </w:p>
        </w:tc>
        <w:tc>
          <w:tcPr>
            <w:tcW w:w="436" w:type="pct"/>
            <w:vAlign w:val="center"/>
          </w:tcPr>
          <w:p w14:paraId="38ED92CC" w14:textId="77777777" w:rsidR="00FB61B8" w:rsidRDefault="00FB61B8" w:rsidP="00FB61B8">
            <w:pPr>
              <w:jc w:val="center"/>
            </w:pPr>
            <w:r>
              <w:t>21.04.2026</w:t>
            </w:r>
          </w:p>
        </w:tc>
      </w:tr>
      <w:tr w:rsidR="00FB61B8" w14:paraId="19785604" w14:textId="77777777" w:rsidTr="00FB61B8">
        <w:tc>
          <w:tcPr>
            <w:tcW w:w="353" w:type="pct"/>
            <w:vAlign w:val="center"/>
          </w:tcPr>
          <w:p w14:paraId="6F397352" w14:textId="77777777" w:rsidR="00FB61B8" w:rsidRDefault="00FB61B8" w:rsidP="00FB61B8">
            <w:pPr>
              <w:jc w:val="center"/>
            </w:pPr>
            <w:r>
              <w:t>35.03.01</w:t>
            </w:r>
          </w:p>
        </w:tc>
        <w:tc>
          <w:tcPr>
            <w:tcW w:w="909" w:type="pct"/>
            <w:vAlign w:val="center"/>
          </w:tcPr>
          <w:p w14:paraId="0A0A0096" w14:textId="77777777" w:rsidR="00FB61B8" w:rsidRDefault="00FB61B8" w:rsidP="00FB61B8">
            <w:pPr>
              <w:jc w:val="center"/>
            </w:pPr>
            <w:r>
              <w:t>Лесное дело</w:t>
            </w:r>
          </w:p>
        </w:tc>
        <w:tc>
          <w:tcPr>
            <w:tcW w:w="307" w:type="pct"/>
            <w:vAlign w:val="center"/>
          </w:tcPr>
          <w:p w14:paraId="3CC52E45" w14:textId="77777777" w:rsidR="00FB61B8" w:rsidRDefault="00FB61B8" w:rsidP="00FB61B8">
            <w:pPr>
              <w:jc w:val="center"/>
            </w:pPr>
            <w:r>
              <w:t>2024</w:t>
            </w:r>
          </w:p>
        </w:tc>
        <w:tc>
          <w:tcPr>
            <w:tcW w:w="233" w:type="pct"/>
            <w:vAlign w:val="center"/>
          </w:tcPr>
          <w:p w14:paraId="738CD43F" w14:textId="77777777" w:rsidR="00FB61B8" w:rsidRDefault="00FB61B8" w:rsidP="00FB61B8">
            <w:pPr>
              <w:jc w:val="center"/>
            </w:pPr>
            <w:r>
              <w:t>2</w:t>
            </w:r>
          </w:p>
        </w:tc>
        <w:tc>
          <w:tcPr>
            <w:tcW w:w="431" w:type="pct"/>
            <w:vAlign w:val="center"/>
          </w:tcPr>
          <w:p w14:paraId="7CB76427" w14:textId="77777777" w:rsidR="00FB61B8" w:rsidRDefault="00FB61B8" w:rsidP="00FB61B8">
            <w:pPr>
              <w:jc w:val="center"/>
            </w:pPr>
            <w:r>
              <w:t>ЛД-24</w:t>
            </w:r>
          </w:p>
        </w:tc>
        <w:tc>
          <w:tcPr>
            <w:tcW w:w="1329" w:type="pct"/>
            <w:vAlign w:val="center"/>
          </w:tcPr>
          <w:p w14:paraId="228A2255" w14:textId="1D1F32B1" w:rsidR="00FB61B8" w:rsidRPr="00C1529F" w:rsidRDefault="00FB61B8" w:rsidP="00FB61B8">
            <w:pPr>
              <w:jc w:val="center"/>
              <w:rPr>
                <w:lang w:val="ru-RU"/>
              </w:rPr>
            </w:pPr>
            <w:r w:rsidRPr="00C1529F">
              <w:rPr>
                <w:lang w:val="ru-RU"/>
              </w:rPr>
              <w:t>Б1.О.18 Основы лесопользования</w:t>
            </w:r>
          </w:p>
        </w:tc>
        <w:tc>
          <w:tcPr>
            <w:tcW w:w="524" w:type="pct"/>
            <w:vAlign w:val="center"/>
          </w:tcPr>
          <w:p w14:paraId="2853DB97" w14:textId="77777777" w:rsidR="00FB61B8" w:rsidRDefault="00FB61B8" w:rsidP="00FB61B8">
            <w:pPr>
              <w:jc w:val="center"/>
            </w:pPr>
            <w:r>
              <w:t>ОПК-4</w:t>
            </w:r>
          </w:p>
        </w:tc>
        <w:tc>
          <w:tcPr>
            <w:tcW w:w="477" w:type="pct"/>
            <w:vAlign w:val="center"/>
          </w:tcPr>
          <w:p w14:paraId="341BF8FD" w14:textId="77777777" w:rsidR="00FB61B8" w:rsidRDefault="00FB61B8" w:rsidP="00FB61B8">
            <w:pPr>
              <w:jc w:val="center"/>
            </w:pPr>
            <w:r>
              <w:t>59.0%</w:t>
            </w:r>
          </w:p>
        </w:tc>
        <w:tc>
          <w:tcPr>
            <w:tcW w:w="436" w:type="pct"/>
            <w:vAlign w:val="center"/>
          </w:tcPr>
          <w:p w14:paraId="302BC02D" w14:textId="77777777" w:rsidR="00FB61B8" w:rsidRDefault="00FB61B8" w:rsidP="00FB61B8">
            <w:pPr>
              <w:jc w:val="center"/>
            </w:pPr>
            <w:r>
              <w:t>06.05.2026</w:t>
            </w:r>
          </w:p>
        </w:tc>
      </w:tr>
      <w:tr w:rsidR="00FB61B8" w14:paraId="4178B180" w14:textId="77777777" w:rsidTr="00FB61B8">
        <w:tc>
          <w:tcPr>
            <w:tcW w:w="353" w:type="pct"/>
            <w:vAlign w:val="center"/>
          </w:tcPr>
          <w:p w14:paraId="38889EDC" w14:textId="77777777" w:rsidR="00FB61B8" w:rsidRDefault="00FB61B8" w:rsidP="00FB61B8">
            <w:pPr>
              <w:jc w:val="center"/>
            </w:pPr>
            <w:r>
              <w:t>35.03.01</w:t>
            </w:r>
          </w:p>
        </w:tc>
        <w:tc>
          <w:tcPr>
            <w:tcW w:w="909" w:type="pct"/>
            <w:vAlign w:val="center"/>
          </w:tcPr>
          <w:p w14:paraId="6C433BBB" w14:textId="77777777" w:rsidR="00FB61B8" w:rsidRDefault="00FB61B8" w:rsidP="00FB61B8">
            <w:pPr>
              <w:jc w:val="center"/>
            </w:pPr>
            <w:r>
              <w:t>Лесное дело</w:t>
            </w:r>
          </w:p>
        </w:tc>
        <w:tc>
          <w:tcPr>
            <w:tcW w:w="307" w:type="pct"/>
            <w:vAlign w:val="center"/>
          </w:tcPr>
          <w:p w14:paraId="6A575EA8" w14:textId="77777777" w:rsidR="00FB61B8" w:rsidRDefault="00FB61B8" w:rsidP="00FB61B8">
            <w:pPr>
              <w:jc w:val="center"/>
            </w:pPr>
            <w:r>
              <w:t>2024</w:t>
            </w:r>
          </w:p>
        </w:tc>
        <w:tc>
          <w:tcPr>
            <w:tcW w:w="233" w:type="pct"/>
            <w:vAlign w:val="center"/>
          </w:tcPr>
          <w:p w14:paraId="34D73843" w14:textId="77777777" w:rsidR="00FB61B8" w:rsidRDefault="00FB61B8" w:rsidP="00FB61B8">
            <w:pPr>
              <w:jc w:val="center"/>
            </w:pPr>
            <w:r>
              <w:t>2</w:t>
            </w:r>
          </w:p>
        </w:tc>
        <w:tc>
          <w:tcPr>
            <w:tcW w:w="431" w:type="pct"/>
            <w:vAlign w:val="center"/>
          </w:tcPr>
          <w:p w14:paraId="3F962507" w14:textId="77777777" w:rsidR="00FB61B8" w:rsidRDefault="00FB61B8" w:rsidP="00FB61B8">
            <w:pPr>
              <w:jc w:val="center"/>
            </w:pPr>
            <w:r>
              <w:t>ЛД-24</w:t>
            </w:r>
          </w:p>
        </w:tc>
        <w:tc>
          <w:tcPr>
            <w:tcW w:w="1329" w:type="pct"/>
            <w:vAlign w:val="center"/>
          </w:tcPr>
          <w:p w14:paraId="7E174A57" w14:textId="50E882CC" w:rsidR="00FB61B8" w:rsidRPr="00C1529F" w:rsidRDefault="00FB61B8" w:rsidP="00FB61B8">
            <w:pPr>
              <w:jc w:val="center"/>
              <w:rPr>
                <w:lang w:val="ru-RU"/>
              </w:rPr>
            </w:pPr>
            <w:r w:rsidRPr="00C1529F">
              <w:rPr>
                <w:lang w:val="ru-RU"/>
              </w:rPr>
              <w:t>Б1.О.06.03 Элективные дисциплины по физической культуре и спорту</w:t>
            </w:r>
          </w:p>
        </w:tc>
        <w:tc>
          <w:tcPr>
            <w:tcW w:w="524" w:type="pct"/>
            <w:vAlign w:val="center"/>
          </w:tcPr>
          <w:p w14:paraId="5E8BF2C6" w14:textId="77777777" w:rsidR="00FB61B8" w:rsidRDefault="00FB61B8" w:rsidP="00FB61B8">
            <w:pPr>
              <w:jc w:val="center"/>
            </w:pPr>
            <w:r>
              <w:t>УК-7</w:t>
            </w:r>
          </w:p>
        </w:tc>
        <w:tc>
          <w:tcPr>
            <w:tcW w:w="477" w:type="pct"/>
            <w:vAlign w:val="center"/>
          </w:tcPr>
          <w:p w14:paraId="39ED89D8" w14:textId="77777777" w:rsidR="00FB61B8" w:rsidRDefault="00FB61B8" w:rsidP="00FB61B8">
            <w:pPr>
              <w:jc w:val="center"/>
            </w:pPr>
            <w:r>
              <w:t>79.0%</w:t>
            </w:r>
          </w:p>
        </w:tc>
        <w:tc>
          <w:tcPr>
            <w:tcW w:w="436" w:type="pct"/>
            <w:vAlign w:val="center"/>
          </w:tcPr>
          <w:p w14:paraId="68CDFD3B" w14:textId="77777777" w:rsidR="00FB61B8" w:rsidRDefault="00FB61B8" w:rsidP="00FB61B8">
            <w:pPr>
              <w:jc w:val="center"/>
            </w:pPr>
            <w:r>
              <w:t>15.05.2026</w:t>
            </w:r>
          </w:p>
        </w:tc>
      </w:tr>
      <w:tr w:rsidR="00FB61B8" w14:paraId="4D48CB73" w14:textId="77777777" w:rsidTr="00FB61B8">
        <w:tc>
          <w:tcPr>
            <w:tcW w:w="353" w:type="pct"/>
            <w:vAlign w:val="center"/>
          </w:tcPr>
          <w:p w14:paraId="4E3E5903" w14:textId="77777777" w:rsidR="00FB61B8" w:rsidRDefault="00FB61B8" w:rsidP="00FB61B8">
            <w:pPr>
              <w:jc w:val="center"/>
            </w:pPr>
            <w:r>
              <w:t>35.03.01</w:t>
            </w:r>
          </w:p>
        </w:tc>
        <w:tc>
          <w:tcPr>
            <w:tcW w:w="909" w:type="pct"/>
            <w:vAlign w:val="center"/>
          </w:tcPr>
          <w:p w14:paraId="48E995F1" w14:textId="77777777" w:rsidR="00FB61B8" w:rsidRDefault="00FB61B8" w:rsidP="00FB61B8">
            <w:pPr>
              <w:jc w:val="center"/>
            </w:pPr>
            <w:r>
              <w:t>Лесное дело</w:t>
            </w:r>
          </w:p>
        </w:tc>
        <w:tc>
          <w:tcPr>
            <w:tcW w:w="307" w:type="pct"/>
            <w:vAlign w:val="center"/>
          </w:tcPr>
          <w:p w14:paraId="442A0DD3" w14:textId="77777777" w:rsidR="00FB61B8" w:rsidRDefault="00FB61B8" w:rsidP="00FB61B8">
            <w:pPr>
              <w:jc w:val="center"/>
            </w:pPr>
            <w:r>
              <w:t>2024</w:t>
            </w:r>
          </w:p>
        </w:tc>
        <w:tc>
          <w:tcPr>
            <w:tcW w:w="233" w:type="pct"/>
            <w:vAlign w:val="center"/>
          </w:tcPr>
          <w:p w14:paraId="1C61383D" w14:textId="77777777" w:rsidR="00FB61B8" w:rsidRDefault="00FB61B8" w:rsidP="00FB61B8">
            <w:pPr>
              <w:jc w:val="center"/>
            </w:pPr>
            <w:r>
              <w:t>2</w:t>
            </w:r>
          </w:p>
        </w:tc>
        <w:tc>
          <w:tcPr>
            <w:tcW w:w="431" w:type="pct"/>
            <w:vAlign w:val="center"/>
          </w:tcPr>
          <w:p w14:paraId="58B734CE" w14:textId="77777777" w:rsidR="00FB61B8" w:rsidRDefault="00FB61B8" w:rsidP="00FB61B8">
            <w:pPr>
              <w:jc w:val="center"/>
            </w:pPr>
            <w:r>
              <w:t>ЛД-24</w:t>
            </w:r>
          </w:p>
        </w:tc>
        <w:tc>
          <w:tcPr>
            <w:tcW w:w="1329" w:type="pct"/>
            <w:vAlign w:val="center"/>
          </w:tcPr>
          <w:p w14:paraId="0771A8F8" w14:textId="0F6B0997" w:rsidR="00FB61B8" w:rsidRPr="00C1529F" w:rsidRDefault="00FB61B8" w:rsidP="00FB61B8">
            <w:pPr>
              <w:jc w:val="center"/>
              <w:rPr>
                <w:lang w:val="ru-RU"/>
              </w:rPr>
            </w:pPr>
            <w:r w:rsidRPr="00C1529F">
              <w:rPr>
                <w:lang w:val="ru-RU"/>
              </w:rPr>
              <w:t>Б1.В.11 Геоинформационные системы в лесном деле</w:t>
            </w:r>
          </w:p>
        </w:tc>
        <w:tc>
          <w:tcPr>
            <w:tcW w:w="524" w:type="pct"/>
            <w:vAlign w:val="center"/>
          </w:tcPr>
          <w:p w14:paraId="2E6BD550" w14:textId="77777777" w:rsidR="00FB61B8" w:rsidRDefault="00FB61B8" w:rsidP="00FB61B8">
            <w:pPr>
              <w:jc w:val="center"/>
            </w:pPr>
            <w:r>
              <w:t>ПК-3, ПК-5</w:t>
            </w:r>
          </w:p>
        </w:tc>
        <w:tc>
          <w:tcPr>
            <w:tcW w:w="477" w:type="pct"/>
            <w:vAlign w:val="center"/>
          </w:tcPr>
          <w:p w14:paraId="79E31FC5" w14:textId="77777777" w:rsidR="00FB61B8" w:rsidRDefault="00FB61B8" w:rsidP="00FB61B8">
            <w:pPr>
              <w:jc w:val="center"/>
            </w:pPr>
            <w:r>
              <w:t>85.0%</w:t>
            </w:r>
          </w:p>
        </w:tc>
        <w:tc>
          <w:tcPr>
            <w:tcW w:w="436" w:type="pct"/>
            <w:vAlign w:val="center"/>
          </w:tcPr>
          <w:p w14:paraId="1946D43C" w14:textId="77777777" w:rsidR="00FB61B8" w:rsidRDefault="00FB61B8" w:rsidP="00FB61B8">
            <w:pPr>
              <w:jc w:val="center"/>
            </w:pPr>
            <w:r>
              <w:t>18.05.2026</w:t>
            </w:r>
          </w:p>
        </w:tc>
      </w:tr>
    </w:tbl>
    <w:p w14:paraId="02732C6C" w14:textId="77777777" w:rsidR="00EB31A2" w:rsidRDefault="00EB31A2"/>
    <w:sectPr w:rsidR="00EB31A2" w:rsidSect="00506650">
      <w:pgSz w:w="15840" w:h="12240" w:orient="landscape"/>
      <w:pgMar w:top="567" w:right="567" w:bottom="283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1E6B"/>
    <w:rsid w:val="0015074B"/>
    <w:rsid w:val="0029639D"/>
    <w:rsid w:val="00326F90"/>
    <w:rsid w:val="00506650"/>
    <w:rsid w:val="00AA1D8D"/>
    <w:rsid w:val="00AE5EDA"/>
    <w:rsid w:val="00B47730"/>
    <w:rsid w:val="00C1529F"/>
    <w:rsid w:val="00CA767F"/>
    <w:rsid w:val="00CB0664"/>
    <w:rsid w:val="00EB31A2"/>
    <w:rsid w:val="00FB61B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66236A"/>
  <w14:defaultImageDpi w14:val="300"/>
  <w15:docId w15:val="{C6D283CC-52D1-413E-89AC-F6449446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4</cp:revision>
  <dcterms:created xsi:type="dcterms:W3CDTF">2026-08-06T08:39:00Z</dcterms:created>
  <dcterms:modified xsi:type="dcterms:W3CDTF">2026-08-06T08:46:00Z</dcterms:modified>
  <cp:category/>
</cp:coreProperties>
</file>