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1ABAC" w14:textId="77777777" w:rsidR="00203864" w:rsidRPr="002B37AD" w:rsidRDefault="00834AD1">
      <w:pPr>
        <w:rPr>
          <w:lang w:val="ru-RU"/>
        </w:rPr>
      </w:pPr>
      <w:r w:rsidRPr="002B37AD">
        <w:rPr>
          <w:lang w:val="ru-RU"/>
        </w:rPr>
        <w:t>Отчёт по результатам дисциплин 'ООП'</w:t>
      </w:r>
    </w:p>
    <w:p w14:paraId="3BC3B0F0" w14:textId="3D050121" w:rsidR="00203864" w:rsidRDefault="00834AD1">
      <w:pPr>
        <w:rPr>
          <w:lang w:val="ru-RU"/>
        </w:rPr>
      </w:pPr>
      <w:r w:rsidRPr="002B37A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57"/>
        <w:gridCol w:w="1773"/>
        <w:gridCol w:w="921"/>
        <w:gridCol w:w="697"/>
        <w:gridCol w:w="1067"/>
        <w:gridCol w:w="2135"/>
        <w:gridCol w:w="1297"/>
        <w:gridCol w:w="2097"/>
      </w:tblGrid>
      <w:tr w:rsidR="00535260" w14:paraId="7326DF0D" w14:textId="77777777" w:rsidTr="00535260">
        <w:tc>
          <w:tcPr>
            <w:tcW w:w="1057" w:type="dxa"/>
            <w:hideMark/>
          </w:tcPr>
          <w:p w14:paraId="7AAEE0F4" w14:textId="77777777" w:rsidR="00535260" w:rsidRDefault="00535260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1773" w:type="dxa"/>
            <w:hideMark/>
          </w:tcPr>
          <w:p w14:paraId="21F8D8B8" w14:textId="77777777" w:rsidR="00535260" w:rsidRDefault="00535260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921" w:type="dxa"/>
            <w:hideMark/>
          </w:tcPr>
          <w:p w14:paraId="629EC9DB" w14:textId="77777777" w:rsidR="00535260" w:rsidRDefault="00535260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697" w:type="dxa"/>
            <w:hideMark/>
          </w:tcPr>
          <w:p w14:paraId="00B2CD8D" w14:textId="77777777" w:rsidR="00535260" w:rsidRDefault="00535260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1067" w:type="dxa"/>
            <w:hideMark/>
          </w:tcPr>
          <w:p w14:paraId="6684386B" w14:textId="77777777" w:rsidR="00535260" w:rsidRDefault="00535260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ОПОП</w:t>
            </w:r>
          </w:p>
        </w:tc>
        <w:tc>
          <w:tcPr>
            <w:tcW w:w="2135" w:type="dxa"/>
            <w:hideMark/>
          </w:tcPr>
          <w:p w14:paraId="7975426D" w14:textId="77777777" w:rsidR="00535260" w:rsidRDefault="00535260">
            <w:pPr>
              <w:jc w:val="center"/>
            </w:pPr>
            <w:proofErr w:type="spellStart"/>
            <w:r>
              <w:rPr>
                <w:b/>
                <w:sz w:val="20"/>
              </w:rPr>
              <w:t>Перечень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оценённых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компетенций</w:t>
            </w:r>
            <w:proofErr w:type="spellEnd"/>
          </w:p>
        </w:tc>
        <w:tc>
          <w:tcPr>
            <w:tcW w:w="1297" w:type="dxa"/>
            <w:hideMark/>
          </w:tcPr>
          <w:p w14:paraId="228247EF" w14:textId="77777777" w:rsidR="00535260" w:rsidRDefault="00535260">
            <w:pPr>
              <w:jc w:val="center"/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</w:t>
            </w:r>
            <w:proofErr w:type="spellEnd"/>
          </w:p>
        </w:tc>
        <w:tc>
          <w:tcPr>
            <w:tcW w:w="2097" w:type="dxa"/>
            <w:hideMark/>
          </w:tcPr>
          <w:p w14:paraId="7B0E6ADF" w14:textId="77777777" w:rsidR="00535260" w:rsidRDefault="00535260">
            <w:pPr>
              <w:jc w:val="center"/>
            </w:pPr>
            <w:proofErr w:type="spellStart"/>
            <w:r>
              <w:rPr>
                <w:b/>
                <w:sz w:val="20"/>
              </w:rPr>
              <w:t>Уровень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</w:p>
        </w:tc>
      </w:tr>
      <w:tr w:rsidR="00535260" w14:paraId="61195332" w14:textId="77777777" w:rsidTr="00535260">
        <w:tc>
          <w:tcPr>
            <w:tcW w:w="1057" w:type="dxa"/>
            <w:vAlign w:val="center"/>
          </w:tcPr>
          <w:p w14:paraId="3547E13F" w14:textId="77777777" w:rsidR="00535260" w:rsidRDefault="00535260" w:rsidP="002B37AD">
            <w:pPr>
              <w:jc w:val="center"/>
            </w:pPr>
            <w:r>
              <w:t>35.03.01</w:t>
            </w:r>
          </w:p>
        </w:tc>
        <w:tc>
          <w:tcPr>
            <w:tcW w:w="1773" w:type="dxa"/>
            <w:vAlign w:val="center"/>
          </w:tcPr>
          <w:p w14:paraId="2198FA8A" w14:textId="77777777" w:rsidR="00535260" w:rsidRDefault="00535260" w:rsidP="002B37AD">
            <w:pPr>
              <w:jc w:val="center"/>
            </w:pPr>
            <w:proofErr w:type="spellStart"/>
            <w:r>
              <w:t>Лесное</w:t>
            </w:r>
            <w:proofErr w:type="spellEnd"/>
            <w:r>
              <w:t xml:space="preserve"> </w:t>
            </w:r>
            <w:proofErr w:type="spellStart"/>
            <w:r>
              <w:t>дело</w:t>
            </w:r>
            <w:proofErr w:type="spellEnd"/>
          </w:p>
        </w:tc>
        <w:tc>
          <w:tcPr>
            <w:tcW w:w="921" w:type="dxa"/>
            <w:vAlign w:val="center"/>
          </w:tcPr>
          <w:p w14:paraId="04D05302" w14:textId="77777777" w:rsidR="00535260" w:rsidRDefault="00535260" w:rsidP="002B37AD">
            <w:pPr>
              <w:jc w:val="center"/>
            </w:pPr>
            <w:r>
              <w:t>2023</w:t>
            </w:r>
          </w:p>
        </w:tc>
        <w:tc>
          <w:tcPr>
            <w:tcW w:w="697" w:type="dxa"/>
            <w:vAlign w:val="center"/>
          </w:tcPr>
          <w:p w14:paraId="470D2328" w14:textId="77777777" w:rsidR="00535260" w:rsidRDefault="00535260" w:rsidP="002B37AD">
            <w:pPr>
              <w:jc w:val="center"/>
            </w:pPr>
            <w:r>
              <w:t>3</w:t>
            </w:r>
          </w:p>
        </w:tc>
        <w:tc>
          <w:tcPr>
            <w:tcW w:w="1067" w:type="dxa"/>
            <w:vAlign w:val="center"/>
          </w:tcPr>
          <w:p w14:paraId="5E0A8E8B" w14:textId="77777777" w:rsidR="00535260" w:rsidRDefault="00535260" w:rsidP="002B37AD">
            <w:pPr>
              <w:jc w:val="center"/>
            </w:pPr>
            <w:r>
              <w:t>87.0%</w:t>
            </w:r>
          </w:p>
        </w:tc>
        <w:tc>
          <w:tcPr>
            <w:tcW w:w="2135" w:type="dxa"/>
            <w:vAlign w:val="center"/>
          </w:tcPr>
          <w:p w14:paraId="560B629B" w14:textId="34994F45" w:rsidR="00535260" w:rsidRPr="00535260" w:rsidRDefault="00535260" w:rsidP="0053526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ОПК-2, ОПК-4</w:t>
            </w:r>
          </w:p>
        </w:tc>
        <w:tc>
          <w:tcPr>
            <w:tcW w:w="1297" w:type="dxa"/>
            <w:vAlign w:val="center"/>
          </w:tcPr>
          <w:p w14:paraId="0DD2B4AB" w14:textId="77777777" w:rsidR="00535260" w:rsidRDefault="00535260" w:rsidP="002B37AD">
            <w:pPr>
              <w:jc w:val="center"/>
            </w:pPr>
            <w:r>
              <w:t>1</w:t>
            </w:r>
          </w:p>
        </w:tc>
        <w:tc>
          <w:tcPr>
            <w:tcW w:w="2097" w:type="dxa"/>
            <w:vAlign w:val="center"/>
          </w:tcPr>
          <w:p w14:paraId="6769CE39" w14:textId="77777777" w:rsidR="00535260" w:rsidRDefault="00535260" w:rsidP="002B37AD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  <w:tr w:rsidR="00535260" w14:paraId="40B0D372" w14:textId="77777777" w:rsidTr="00535260">
        <w:tc>
          <w:tcPr>
            <w:tcW w:w="1057" w:type="dxa"/>
            <w:vAlign w:val="center"/>
          </w:tcPr>
          <w:p w14:paraId="239993FC" w14:textId="77777777" w:rsidR="00535260" w:rsidRDefault="00535260" w:rsidP="002B37AD">
            <w:pPr>
              <w:jc w:val="center"/>
            </w:pPr>
            <w:r>
              <w:t>35.03.01</w:t>
            </w:r>
          </w:p>
        </w:tc>
        <w:tc>
          <w:tcPr>
            <w:tcW w:w="1773" w:type="dxa"/>
            <w:vAlign w:val="center"/>
          </w:tcPr>
          <w:p w14:paraId="55CEF6D3" w14:textId="77777777" w:rsidR="00535260" w:rsidRDefault="00535260" w:rsidP="002B37AD">
            <w:pPr>
              <w:jc w:val="center"/>
            </w:pPr>
            <w:proofErr w:type="spellStart"/>
            <w:r>
              <w:t>Лесное</w:t>
            </w:r>
            <w:proofErr w:type="spellEnd"/>
            <w:r>
              <w:t xml:space="preserve"> </w:t>
            </w:r>
            <w:proofErr w:type="spellStart"/>
            <w:r>
              <w:t>дело</w:t>
            </w:r>
            <w:proofErr w:type="spellEnd"/>
          </w:p>
        </w:tc>
        <w:tc>
          <w:tcPr>
            <w:tcW w:w="921" w:type="dxa"/>
            <w:vAlign w:val="center"/>
          </w:tcPr>
          <w:p w14:paraId="7FDFD30B" w14:textId="77777777" w:rsidR="00535260" w:rsidRDefault="00535260" w:rsidP="002B37AD">
            <w:pPr>
              <w:jc w:val="center"/>
            </w:pPr>
            <w:r>
              <w:t>2024</w:t>
            </w:r>
          </w:p>
        </w:tc>
        <w:tc>
          <w:tcPr>
            <w:tcW w:w="697" w:type="dxa"/>
            <w:vAlign w:val="center"/>
          </w:tcPr>
          <w:p w14:paraId="48B03765" w14:textId="77777777" w:rsidR="00535260" w:rsidRDefault="00535260" w:rsidP="002B37AD">
            <w:pPr>
              <w:jc w:val="center"/>
            </w:pPr>
            <w:r>
              <w:t>2</w:t>
            </w:r>
          </w:p>
        </w:tc>
        <w:tc>
          <w:tcPr>
            <w:tcW w:w="1067" w:type="dxa"/>
            <w:vAlign w:val="center"/>
          </w:tcPr>
          <w:p w14:paraId="2B49F4D6" w14:textId="77777777" w:rsidR="00535260" w:rsidRDefault="00535260" w:rsidP="002B37AD">
            <w:pPr>
              <w:jc w:val="center"/>
            </w:pPr>
            <w:r>
              <w:t>74.33%</w:t>
            </w:r>
          </w:p>
        </w:tc>
        <w:tc>
          <w:tcPr>
            <w:tcW w:w="2135" w:type="dxa"/>
            <w:vAlign w:val="center"/>
          </w:tcPr>
          <w:p w14:paraId="4F4272BC" w14:textId="17BF181A" w:rsidR="00535260" w:rsidRDefault="00535260" w:rsidP="002B37AD">
            <w:pPr>
              <w:jc w:val="center"/>
            </w:pPr>
            <w:r>
              <w:t>УК-7</w:t>
            </w:r>
            <w:r>
              <w:rPr>
                <w:lang w:val="ru-RU"/>
              </w:rPr>
              <w:t xml:space="preserve">, </w:t>
            </w:r>
            <w:r>
              <w:t>ОПК-4</w:t>
            </w:r>
            <w:r>
              <w:rPr>
                <w:lang w:val="ru-RU"/>
              </w:rPr>
              <w:t>,</w:t>
            </w:r>
            <w:r>
              <w:t xml:space="preserve"> ПК-3</w:t>
            </w:r>
            <w:r>
              <w:rPr>
                <w:lang w:val="ru-RU"/>
              </w:rPr>
              <w:t>,</w:t>
            </w:r>
            <w:r>
              <w:t xml:space="preserve"> ПК-5 </w:t>
            </w:r>
          </w:p>
        </w:tc>
        <w:tc>
          <w:tcPr>
            <w:tcW w:w="1297" w:type="dxa"/>
            <w:vAlign w:val="center"/>
          </w:tcPr>
          <w:p w14:paraId="43386A97" w14:textId="77777777" w:rsidR="00535260" w:rsidRDefault="00535260" w:rsidP="002B37AD">
            <w:pPr>
              <w:jc w:val="center"/>
            </w:pPr>
            <w:r>
              <w:t>3</w:t>
            </w:r>
          </w:p>
        </w:tc>
        <w:tc>
          <w:tcPr>
            <w:tcW w:w="2097" w:type="dxa"/>
            <w:vAlign w:val="center"/>
          </w:tcPr>
          <w:p w14:paraId="665E09F4" w14:textId="77777777" w:rsidR="00535260" w:rsidRDefault="00535260" w:rsidP="002B37AD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  <w:tr w:rsidR="00535260" w14:paraId="723D7B65" w14:textId="77777777" w:rsidTr="00535260">
        <w:tc>
          <w:tcPr>
            <w:tcW w:w="1057" w:type="dxa"/>
            <w:vAlign w:val="center"/>
          </w:tcPr>
          <w:p w14:paraId="5AAC9547" w14:textId="77777777" w:rsidR="00535260" w:rsidRDefault="00535260" w:rsidP="002B37AD">
            <w:pPr>
              <w:jc w:val="center"/>
            </w:pPr>
            <w:r>
              <w:t>35.03.01</w:t>
            </w:r>
          </w:p>
        </w:tc>
        <w:tc>
          <w:tcPr>
            <w:tcW w:w="1773" w:type="dxa"/>
            <w:vAlign w:val="center"/>
          </w:tcPr>
          <w:p w14:paraId="29E7AEF8" w14:textId="77777777" w:rsidR="00535260" w:rsidRDefault="00535260" w:rsidP="002B37AD">
            <w:pPr>
              <w:jc w:val="center"/>
            </w:pPr>
            <w:proofErr w:type="spellStart"/>
            <w:r>
              <w:t>Лесное</w:t>
            </w:r>
            <w:proofErr w:type="spellEnd"/>
            <w:r>
              <w:t xml:space="preserve"> </w:t>
            </w:r>
            <w:proofErr w:type="spellStart"/>
            <w:r>
              <w:t>дело</w:t>
            </w:r>
            <w:proofErr w:type="spellEnd"/>
          </w:p>
        </w:tc>
        <w:tc>
          <w:tcPr>
            <w:tcW w:w="921" w:type="dxa"/>
            <w:vAlign w:val="center"/>
          </w:tcPr>
          <w:p w14:paraId="38302255" w14:textId="77777777" w:rsidR="00535260" w:rsidRDefault="00535260" w:rsidP="002B37AD">
            <w:pPr>
              <w:jc w:val="center"/>
            </w:pPr>
            <w:r>
              <w:t>2025</w:t>
            </w:r>
          </w:p>
        </w:tc>
        <w:tc>
          <w:tcPr>
            <w:tcW w:w="697" w:type="dxa"/>
            <w:vAlign w:val="center"/>
          </w:tcPr>
          <w:p w14:paraId="29A1E03C" w14:textId="77777777" w:rsidR="00535260" w:rsidRDefault="00535260" w:rsidP="002B37AD">
            <w:pPr>
              <w:jc w:val="center"/>
            </w:pPr>
            <w:r>
              <w:t>1</w:t>
            </w:r>
          </w:p>
        </w:tc>
        <w:tc>
          <w:tcPr>
            <w:tcW w:w="1067" w:type="dxa"/>
            <w:vAlign w:val="center"/>
          </w:tcPr>
          <w:p w14:paraId="422430F8" w14:textId="77777777" w:rsidR="00535260" w:rsidRDefault="00535260" w:rsidP="002B37AD">
            <w:pPr>
              <w:jc w:val="center"/>
            </w:pPr>
            <w:r>
              <w:t>70.0%</w:t>
            </w:r>
          </w:p>
        </w:tc>
        <w:tc>
          <w:tcPr>
            <w:tcW w:w="2135" w:type="dxa"/>
            <w:vAlign w:val="center"/>
          </w:tcPr>
          <w:p w14:paraId="01776567" w14:textId="720ECBDF" w:rsidR="00535260" w:rsidRPr="00535260" w:rsidRDefault="00535260" w:rsidP="00535260">
            <w:pPr>
              <w:jc w:val="center"/>
              <w:rPr>
                <w:lang w:val="ru-RU"/>
              </w:rPr>
            </w:pPr>
            <w:r>
              <w:t>ОПК-</w:t>
            </w:r>
            <w:r>
              <w:rPr>
                <w:lang w:val="ru-RU"/>
              </w:rPr>
              <w:t>1, ОПК-7</w:t>
            </w:r>
          </w:p>
        </w:tc>
        <w:tc>
          <w:tcPr>
            <w:tcW w:w="1297" w:type="dxa"/>
            <w:vAlign w:val="center"/>
          </w:tcPr>
          <w:p w14:paraId="5C79C295" w14:textId="77777777" w:rsidR="00535260" w:rsidRDefault="00535260" w:rsidP="002B37AD">
            <w:pPr>
              <w:jc w:val="center"/>
            </w:pPr>
            <w:r>
              <w:t>1</w:t>
            </w:r>
          </w:p>
        </w:tc>
        <w:tc>
          <w:tcPr>
            <w:tcW w:w="2097" w:type="dxa"/>
            <w:vAlign w:val="center"/>
          </w:tcPr>
          <w:p w14:paraId="462AC7BD" w14:textId="77777777" w:rsidR="00535260" w:rsidRDefault="00535260" w:rsidP="002B37AD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</w:tbl>
    <w:p w14:paraId="6C80F323" w14:textId="77777777" w:rsidR="00834AD1" w:rsidRDefault="00834AD1"/>
    <w:sectPr w:rsidR="00834AD1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3864"/>
    <w:rsid w:val="0029639D"/>
    <w:rsid w:val="002B37AD"/>
    <w:rsid w:val="00326F90"/>
    <w:rsid w:val="00535260"/>
    <w:rsid w:val="00834AD1"/>
    <w:rsid w:val="00A86ED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A7D131"/>
  <w14:defaultImageDpi w14:val="300"/>
  <w15:docId w15:val="{C6D283CC-52D1-413E-89AC-F644944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8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2026-08-06T08:43:00Z</dcterms:created>
  <dcterms:modified xsi:type="dcterms:W3CDTF">2026-08-06T08:46:00Z</dcterms:modified>
  <cp:category/>
</cp:coreProperties>
</file>