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9D6C6" w14:textId="77777777" w:rsidR="00EB31A2" w:rsidRPr="00506650" w:rsidRDefault="00C1529F">
      <w:pPr>
        <w:rPr>
          <w:lang w:val="ru-RU"/>
        </w:rPr>
      </w:pPr>
      <w:r w:rsidRPr="00506650">
        <w:rPr>
          <w:lang w:val="ru-RU"/>
        </w:rPr>
        <w:t>Отчёт по результатам тестирования 'ООП'</w:t>
      </w:r>
    </w:p>
    <w:p w14:paraId="57E15CB8" w14:textId="77777777" w:rsidR="00EB31A2" w:rsidRPr="00506650" w:rsidRDefault="00C1529F">
      <w:pPr>
        <w:rPr>
          <w:lang w:val="ru-RU"/>
        </w:rPr>
      </w:pPr>
      <w:r w:rsidRPr="00506650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39"/>
        <w:gridCol w:w="2672"/>
        <w:gridCol w:w="902"/>
        <w:gridCol w:w="685"/>
        <w:gridCol w:w="1267"/>
        <w:gridCol w:w="3906"/>
        <w:gridCol w:w="1541"/>
        <w:gridCol w:w="1403"/>
        <w:gridCol w:w="1281"/>
      </w:tblGrid>
      <w:tr w:rsidR="00506650" w14:paraId="4D2E221D" w14:textId="77777777" w:rsidTr="00304ABB">
        <w:tc>
          <w:tcPr>
            <w:tcW w:w="353" w:type="pct"/>
            <w:vAlign w:val="center"/>
          </w:tcPr>
          <w:p w14:paraId="084C5D1C" w14:textId="77777777" w:rsidR="00506650" w:rsidRDefault="00506650" w:rsidP="00506650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909" w:type="pct"/>
            <w:vAlign w:val="center"/>
          </w:tcPr>
          <w:p w14:paraId="749CB949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7" w:type="pct"/>
            <w:vAlign w:val="center"/>
          </w:tcPr>
          <w:p w14:paraId="3B7D159D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33" w:type="pct"/>
            <w:vAlign w:val="center"/>
          </w:tcPr>
          <w:p w14:paraId="48B2F7AF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31" w:type="pct"/>
            <w:vAlign w:val="center"/>
          </w:tcPr>
          <w:p w14:paraId="14D4D1A3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29" w:type="pct"/>
            <w:vAlign w:val="center"/>
          </w:tcPr>
          <w:p w14:paraId="437B249E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4" w:type="pct"/>
            <w:vAlign w:val="center"/>
          </w:tcPr>
          <w:p w14:paraId="6638A966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7" w:type="pct"/>
            <w:vAlign w:val="center"/>
          </w:tcPr>
          <w:p w14:paraId="26C78C64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6" w:type="pct"/>
            <w:vAlign w:val="center"/>
          </w:tcPr>
          <w:p w14:paraId="5061A61A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506650" w14:paraId="6772D4DC" w14:textId="77777777" w:rsidTr="00304ABB">
        <w:tc>
          <w:tcPr>
            <w:tcW w:w="353" w:type="pct"/>
            <w:vAlign w:val="center"/>
          </w:tcPr>
          <w:p w14:paraId="7CB1E9D1" w14:textId="77777777" w:rsidR="00506650" w:rsidRDefault="00506650" w:rsidP="00506650">
            <w:pPr>
              <w:jc w:val="center"/>
            </w:pPr>
            <w:r>
              <w:t>35.03.02</w:t>
            </w:r>
          </w:p>
        </w:tc>
        <w:tc>
          <w:tcPr>
            <w:tcW w:w="909" w:type="pct"/>
            <w:vAlign w:val="center"/>
          </w:tcPr>
          <w:p w14:paraId="5063FE78" w14:textId="77777777" w:rsidR="00506650" w:rsidRDefault="00506650" w:rsidP="00506650">
            <w:pPr>
              <w:jc w:val="center"/>
            </w:pPr>
            <w:r>
              <w:t>Лесоинженерное дело</w:t>
            </w:r>
          </w:p>
        </w:tc>
        <w:tc>
          <w:tcPr>
            <w:tcW w:w="307" w:type="pct"/>
            <w:vAlign w:val="center"/>
          </w:tcPr>
          <w:p w14:paraId="27263210" w14:textId="77777777" w:rsidR="00506650" w:rsidRDefault="00506650" w:rsidP="00506650">
            <w:pPr>
              <w:jc w:val="center"/>
            </w:pPr>
            <w:r>
              <w:t>2023</w:t>
            </w:r>
          </w:p>
        </w:tc>
        <w:tc>
          <w:tcPr>
            <w:tcW w:w="233" w:type="pct"/>
            <w:vAlign w:val="center"/>
          </w:tcPr>
          <w:p w14:paraId="7F5B5BF0" w14:textId="77777777" w:rsidR="00506650" w:rsidRDefault="00506650" w:rsidP="00506650">
            <w:pPr>
              <w:jc w:val="center"/>
            </w:pPr>
            <w:r>
              <w:t>3</w:t>
            </w:r>
          </w:p>
        </w:tc>
        <w:tc>
          <w:tcPr>
            <w:tcW w:w="431" w:type="pct"/>
            <w:vAlign w:val="center"/>
          </w:tcPr>
          <w:p w14:paraId="6EE2F501" w14:textId="77777777" w:rsidR="00506650" w:rsidRDefault="00506650" w:rsidP="00506650">
            <w:pPr>
              <w:jc w:val="center"/>
            </w:pPr>
            <w:r>
              <w:t>ЛИД-23</w:t>
            </w:r>
          </w:p>
        </w:tc>
        <w:tc>
          <w:tcPr>
            <w:tcW w:w="1329" w:type="pct"/>
            <w:vAlign w:val="center"/>
          </w:tcPr>
          <w:p w14:paraId="13DE1A15" w14:textId="77777777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Б1.0.06.04 Физическая культура и спорт</w:t>
            </w:r>
          </w:p>
        </w:tc>
        <w:tc>
          <w:tcPr>
            <w:tcW w:w="524" w:type="pct"/>
            <w:vAlign w:val="center"/>
          </w:tcPr>
          <w:p w14:paraId="4A9B4EB3" w14:textId="79F9209D" w:rsidR="00506650" w:rsidRPr="00C1529F" w:rsidRDefault="00304ABB" w:rsidP="00506650">
            <w:pPr>
              <w:jc w:val="center"/>
              <w:rPr>
                <w:lang w:val="ru-RU"/>
              </w:rPr>
            </w:pPr>
            <w:r w:rsidRPr="00304ABB">
              <w:rPr>
                <w:lang w:val="ru-RU"/>
              </w:rPr>
              <w:t>УК-6</w:t>
            </w:r>
            <w:r>
              <w:rPr>
                <w:lang w:val="ru-RU"/>
              </w:rPr>
              <w:t>,</w:t>
            </w:r>
            <w:r w:rsidRPr="00304ABB">
              <w:rPr>
                <w:lang w:val="ru-RU"/>
              </w:rPr>
              <w:t xml:space="preserve"> УК-7</w:t>
            </w:r>
          </w:p>
        </w:tc>
        <w:tc>
          <w:tcPr>
            <w:tcW w:w="477" w:type="pct"/>
            <w:vAlign w:val="center"/>
          </w:tcPr>
          <w:p w14:paraId="43271646" w14:textId="77777777" w:rsidR="00506650" w:rsidRDefault="00506650" w:rsidP="00506650">
            <w:pPr>
              <w:jc w:val="center"/>
            </w:pPr>
            <w:r>
              <w:t>71.0%</w:t>
            </w:r>
          </w:p>
        </w:tc>
        <w:tc>
          <w:tcPr>
            <w:tcW w:w="436" w:type="pct"/>
            <w:vAlign w:val="center"/>
          </w:tcPr>
          <w:p w14:paraId="4D8E4ED3" w14:textId="77777777" w:rsidR="00506650" w:rsidRDefault="00506650" w:rsidP="00506650">
            <w:pPr>
              <w:jc w:val="center"/>
            </w:pPr>
            <w:r>
              <w:t>21.04.2026</w:t>
            </w:r>
          </w:p>
        </w:tc>
      </w:tr>
      <w:tr w:rsidR="00506650" w14:paraId="70ACE431" w14:textId="77777777" w:rsidTr="00304ABB">
        <w:tc>
          <w:tcPr>
            <w:tcW w:w="353" w:type="pct"/>
            <w:vAlign w:val="center"/>
          </w:tcPr>
          <w:p w14:paraId="3B5CDE74" w14:textId="77777777" w:rsidR="00506650" w:rsidRDefault="00506650" w:rsidP="00506650">
            <w:pPr>
              <w:jc w:val="center"/>
            </w:pPr>
            <w:r>
              <w:t>35.03.02</w:t>
            </w:r>
          </w:p>
        </w:tc>
        <w:tc>
          <w:tcPr>
            <w:tcW w:w="909" w:type="pct"/>
            <w:vAlign w:val="center"/>
          </w:tcPr>
          <w:p w14:paraId="74CEDC82" w14:textId="77777777" w:rsidR="00506650" w:rsidRDefault="00506650" w:rsidP="00506650">
            <w:pPr>
              <w:jc w:val="center"/>
            </w:pPr>
            <w:r>
              <w:t>Лесоинженерное дело</w:t>
            </w:r>
          </w:p>
        </w:tc>
        <w:tc>
          <w:tcPr>
            <w:tcW w:w="307" w:type="pct"/>
            <w:vAlign w:val="center"/>
          </w:tcPr>
          <w:p w14:paraId="3EEE554C" w14:textId="77777777" w:rsidR="00506650" w:rsidRDefault="00506650" w:rsidP="00506650">
            <w:pPr>
              <w:jc w:val="center"/>
            </w:pPr>
            <w:r>
              <w:t>2022</w:t>
            </w:r>
          </w:p>
        </w:tc>
        <w:tc>
          <w:tcPr>
            <w:tcW w:w="233" w:type="pct"/>
            <w:vAlign w:val="center"/>
          </w:tcPr>
          <w:p w14:paraId="584B1801" w14:textId="77777777" w:rsidR="00506650" w:rsidRDefault="00506650" w:rsidP="00506650">
            <w:pPr>
              <w:jc w:val="center"/>
            </w:pPr>
            <w:r>
              <w:t>4</w:t>
            </w:r>
          </w:p>
        </w:tc>
        <w:tc>
          <w:tcPr>
            <w:tcW w:w="431" w:type="pct"/>
            <w:vAlign w:val="center"/>
          </w:tcPr>
          <w:p w14:paraId="53E4BE92" w14:textId="6AE4E156" w:rsidR="00506650" w:rsidRDefault="00506650" w:rsidP="00506650">
            <w:pPr>
              <w:jc w:val="center"/>
            </w:pPr>
            <w:r>
              <w:t>ЛИД-22</w:t>
            </w:r>
          </w:p>
        </w:tc>
        <w:tc>
          <w:tcPr>
            <w:tcW w:w="1329" w:type="pct"/>
            <w:vAlign w:val="center"/>
          </w:tcPr>
          <w:p w14:paraId="096FC993" w14:textId="328982D2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Б1.В.01.02 Сертификация лесной продукции</w:t>
            </w:r>
          </w:p>
        </w:tc>
        <w:tc>
          <w:tcPr>
            <w:tcW w:w="524" w:type="pct"/>
            <w:vAlign w:val="center"/>
          </w:tcPr>
          <w:p w14:paraId="2094BA69" w14:textId="77777777" w:rsidR="00506650" w:rsidRDefault="00506650" w:rsidP="00506650">
            <w:pPr>
              <w:jc w:val="center"/>
            </w:pPr>
            <w:r>
              <w:t>ПК-4</w:t>
            </w:r>
          </w:p>
        </w:tc>
        <w:tc>
          <w:tcPr>
            <w:tcW w:w="477" w:type="pct"/>
            <w:vAlign w:val="center"/>
          </w:tcPr>
          <w:p w14:paraId="04C015DB" w14:textId="77777777" w:rsidR="00506650" w:rsidRDefault="00506650" w:rsidP="00506650">
            <w:pPr>
              <w:jc w:val="center"/>
            </w:pPr>
            <w:r>
              <w:t>71.0%</w:t>
            </w:r>
          </w:p>
        </w:tc>
        <w:tc>
          <w:tcPr>
            <w:tcW w:w="436" w:type="pct"/>
            <w:vAlign w:val="center"/>
          </w:tcPr>
          <w:p w14:paraId="58131F84" w14:textId="77777777" w:rsidR="00506650" w:rsidRDefault="00506650" w:rsidP="00506650">
            <w:pPr>
              <w:jc w:val="center"/>
            </w:pPr>
            <w:r>
              <w:t>27.04.2026</w:t>
            </w:r>
          </w:p>
        </w:tc>
      </w:tr>
      <w:tr w:rsidR="00506650" w14:paraId="0EF390E4" w14:textId="77777777" w:rsidTr="00304ABB">
        <w:tc>
          <w:tcPr>
            <w:tcW w:w="353" w:type="pct"/>
            <w:vAlign w:val="center"/>
          </w:tcPr>
          <w:p w14:paraId="33BB1274" w14:textId="77777777" w:rsidR="00506650" w:rsidRDefault="00506650" w:rsidP="00506650">
            <w:pPr>
              <w:jc w:val="center"/>
            </w:pPr>
            <w:r>
              <w:t>35.03.02</w:t>
            </w:r>
          </w:p>
        </w:tc>
        <w:tc>
          <w:tcPr>
            <w:tcW w:w="909" w:type="pct"/>
            <w:vAlign w:val="center"/>
          </w:tcPr>
          <w:p w14:paraId="2ABFC049" w14:textId="77777777" w:rsidR="00506650" w:rsidRDefault="00506650" w:rsidP="00506650">
            <w:pPr>
              <w:jc w:val="center"/>
            </w:pPr>
            <w:r>
              <w:t>Лесоинженерное дело</w:t>
            </w:r>
          </w:p>
        </w:tc>
        <w:tc>
          <w:tcPr>
            <w:tcW w:w="307" w:type="pct"/>
            <w:vAlign w:val="center"/>
          </w:tcPr>
          <w:p w14:paraId="194089B0" w14:textId="77777777" w:rsidR="00506650" w:rsidRDefault="00506650" w:rsidP="00506650">
            <w:pPr>
              <w:jc w:val="center"/>
            </w:pPr>
            <w:r>
              <w:t>2025</w:t>
            </w:r>
          </w:p>
        </w:tc>
        <w:tc>
          <w:tcPr>
            <w:tcW w:w="233" w:type="pct"/>
            <w:vAlign w:val="center"/>
          </w:tcPr>
          <w:p w14:paraId="5BEEDE42" w14:textId="77777777" w:rsidR="00506650" w:rsidRDefault="00506650" w:rsidP="00506650">
            <w:pPr>
              <w:jc w:val="center"/>
            </w:pPr>
            <w:r>
              <w:t>1</w:t>
            </w:r>
          </w:p>
        </w:tc>
        <w:tc>
          <w:tcPr>
            <w:tcW w:w="431" w:type="pct"/>
            <w:vAlign w:val="center"/>
          </w:tcPr>
          <w:p w14:paraId="75D16217" w14:textId="77777777" w:rsidR="00506650" w:rsidRDefault="00506650" w:rsidP="00506650">
            <w:pPr>
              <w:jc w:val="center"/>
            </w:pPr>
            <w:r>
              <w:t>ЛИД-25</w:t>
            </w:r>
          </w:p>
        </w:tc>
        <w:tc>
          <w:tcPr>
            <w:tcW w:w="1329" w:type="pct"/>
            <w:vAlign w:val="center"/>
          </w:tcPr>
          <w:p w14:paraId="7CACFD92" w14:textId="63266FAF" w:rsidR="00506650" w:rsidRDefault="00304ABB" w:rsidP="00506650">
            <w:pPr>
              <w:jc w:val="center"/>
            </w:pPr>
            <w:r w:rsidRPr="00304ABB">
              <w:t>Б1.О.06.01</w:t>
            </w:r>
            <w:r>
              <w:rPr>
                <w:lang w:val="ru-RU"/>
              </w:rPr>
              <w:t xml:space="preserve"> </w:t>
            </w:r>
            <w:proofErr w:type="spellStart"/>
            <w:r w:rsidR="00506650">
              <w:t>Математика</w:t>
            </w:r>
            <w:proofErr w:type="spellEnd"/>
          </w:p>
        </w:tc>
        <w:tc>
          <w:tcPr>
            <w:tcW w:w="524" w:type="pct"/>
            <w:vAlign w:val="center"/>
          </w:tcPr>
          <w:p w14:paraId="1388B590" w14:textId="4271BE97" w:rsidR="00506650" w:rsidRPr="00304ABB" w:rsidRDefault="00304ABB" w:rsidP="0050665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ОПК-1</w:t>
            </w:r>
          </w:p>
        </w:tc>
        <w:tc>
          <w:tcPr>
            <w:tcW w:w="477" w:type="pct"/>
            <w:vAlign w:val="center"/>
          </w:tcPr>
          <w:p w14:paraId="7EAA21F6" w14:textId="77777777" w:rsidR="00506650" w:rsidRDefault="00506650" w:rsidP="00506650">
            <w:pPr>
              <w:jc w:val="center"/>
            </w:pPr>
            <w:r>
              <w:t>80.0%</w:t>
            </w:r>
          </w:p>
        </w:tc>
        <w:tc>
          <w:tcPr>
            <w:tcW w:w="436" w:type="pct"/>
            <w:vAlign w:val="center"/>
          </w:tcPr>
          <w:p w14:paraId="5FE5D399" w14:textId="77777777" w:rsidR="00506650" w:rsidRDefault="00506650" w:rsidP="00506650">
            <w:pPr>
              <w:jc w:val="center"/>
            </w:pPr>
            <w:r>
              <w:t>11.05.2026</w:t>
            </w:r>
          </w:p>
        </w:tc>
      </w:tr>
      <w:tr w:rsidR="00506650" w14:paraId="48228055" w14:textId="77777777" w:rsidTr="00304ABB">
        <w:tc>
          <w:tcPr>
            <w:tcW w:w="353" w:type="pct"/>
            <w:vAlign w:val="center"/>
          </w:tcPr>
          <w:p w14:paraId="310A3B6B" w14:textId="77777777" w:rsidR="00506650" w:rsidRDefault="00506650" w:rsidP="00506650">
            <w:pPr>
              <w:jc w:val="center"/>
            </w:pPr>
            <w:r>
              <w:t>35.03.02</w:t>
            </w:r>
          </w:p>
        </w:tc>
        <w:tc>
          <w:tcPr>
            <w:tcW w:w="909" w:type="pct"/>
            <w:vAlign w:val="center"/>
          </w:tcPr>
          <w:p w14:paraId="70964160" w14:textId="77777777" w:rsidR="00506650" w:rsidRDefault="00506650" w:rsidP="00506650">
            <w:pPr>
              <w:jc w:val="center"/>
            </w:pPr>
            <w:r>
              <w:t>Лесоинженерное дело</w:t>
            </w:r>
          </w:p>
        </w:tc>
        <w:tc>
          <w:tcPr>
            <w:tcW w:w="307" w:type="pct"/>
            <w:vAlign w:val="center"/>
          </w:tcPr>
          <w:p w14:paraId="4F56E0FB" w14:textId="77777777" w:rsidR="00506650" w:rsidRDefault="00506650" w:rsidP="00506650">
            <w:pPr>
              <w:jc w:val="center"/>
            </w:pPr>
            <w:r>
              <w:t>2023</w:t>
            </w:r>
          </w:p>
        </w:tc>
        <w:tc>
          <w:tcPr>
            <w:tcW w:w="233" w:type="pct"/>
            <w:vAlign w:val="center"/>
          </w:tcPr>
          <w:p w14:paraId="5301E69B" w14:textId="77777777" w:rsidR="00506650" w:rsidRDefault="00506650" w:rsidP="00506650">
            <w:pPr>
              <w:jc w:val="center"/>
            </w:pPr>
            <w:r>
              <w:t>3</w:t>
            </w:r>
          </w:p>
        </w:tc>
        <w:tc>
          <w:tcPr>
            <w:tcW w:w="431" w:type="pct"/>
            <w:vAlign w:val="center"/>
          </w:tcPr>
          <w:p w14:paraId="0AF8B7F5" w14:textId="77777777" w:rsidR="00506650" w:rsidRDefault="00506650" w:rsidP="00506650">
            <w:pPr>
              <w:jc w:val="center"/>
            </w:pPr>
            <w:r>
              <w:t>ЛИД-23</w:t>
            </w:r>
          </w:p>
        </w:tc>
        <w:tc>
          <w:tcPr>
            <w:tcW w:w="1329" w:type="pct"/>
            <w:vAlign w:val="center"/>
          </w:tcPr>
          <w:p w14:paraId="02B5D7D9" w14:textId="5329152C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Б1.В.07.04 Инжиниринг лесозаготовительного производства</w:t>
            </w:r>
          </w:p>
        </w:tc>
        <w:tc>
          <w:tcPr>
            <w:tcW w:w="524" w:type="pct"/>
            <w:vAlign w:val="center"/>
          </w:tcPr>
          <w:p w14:paraId="152648E5" w14:textId="77777777" w:rsidR="00506650" w:rsidRDefault="00506650" w:rsidP="00506650">
            <w:pPr>
              <w:jc w:val="center"/>
            </w:pPr>
            <w:r>
              <w:t>ПК-1, ПК-2</w:t>
            </w:r>
          </w:p>
        </w:tc>
        <w:tc>
          <w:tcPr>
            <w:tcW w:w="477" w:type="pct"/>
            <w:vAlign w:val="center"/>
          </w:tcPr>
          <w:p w14:paraId="78C74159" w14:textId="77777777" w:rsidR="00506650" w:rsidRDefault="00506650" w:rsidP="00506650">
            <w:pPr>
              <w:jc w:val="center"/>
            </w:pPr>
            <w:r>
              <w:t>78.0%</w:t>
            </w:r>
          </w:p>
        </w:tc>
        <w:tc>
          <w:tcPr>
            <w:tcW w:w="436" w:type="pct"/>
            <w:vAlign w:val="center"/>
          </w:tcPr>
          <w:p w14:paraId="0F22E11B" w14:textId="77777777" w:rsidR="00506650" w:rsidRDefault="00506650" w:rsidP="00506650">
            <w:pPr>
              <w:jc w:val="center"/>
            </w:pPr>
            <w:r>
              <w:t>11.05.2026</w:t>
            </w:r>
          </w:p>
        </w:tc>
      </w:tr>
      <w:tr w:rsidR="00506650" w14:paraId="27446CED" w14:textId="77777777" w:rsidTr="00304ABB">
        <w:tc>
          <w:tcPr>
            <w:tcW w:w="353" w:type="pct"/>
            <w:vAlign w:val="center"/>
          </w:tcPr>
          <w:p w14:paraId="6EA20735" w14:textId="77777777" w:rsidR="00506650" w:rsidRDefault="00506650" w:rsidP="00506650">
            <w:pPr>
              <w:jc w:val="center"/>
            </w:pPr>
            <w:r>
              <w:t>35.03.02</w:t>
            </w:r>
          </w:p>
        </w:tc>
        <w:tc>
          <w:tcPr>
            <w:tcW w:w="909" w:type="pct"/>
            <w:vAlign w:val="center"/>
          </w:tcPr>
          <w:p w14:paraId="58FB5D49" w14:textId="77777777" w:rsidR="00506650" w:rsidRDefault="00506650" w:rsidP="00506650">
            <w:pPr>
              <w:jc w:val="center"/>
            </w:pPr>
            <w:r>
              <w:t>Лесоинженерное дело</w:t>
            </w:r>
          </w:p>
        </w:tc>
        <w:tc>
          <w:tcPr>
            <w:tcW w:w="307" w:type="pct"/>
            <w:vAlign w:val="center"/>
          </w:tcPr>
          <w:p w14:paraId="3E369C0D" w14:textId="77777777" w:rsidR="00506650" w:rsidRDefault="00506650" w:rsidP="00506650">
            <w:pPr>
              <w:jc w:val="center"/>
            </w:pPr>
            <w:r>
              <w:t>2023</w:t>
            </w:r>
          </w:p>
        </w:tc>
        <w:tc>
          <w:tcPr>
            <w:tcW w:w="233" w:type="pct"/>
            <w:vAlign w:val="center"/>
          </w:tcPr>
          <w:p w14:paraId="500D7317" w14:textId="77777777" w:rsidR="00506650" w:rsidRDefault="00506650" w:rsidP="00506650">
            <w:pPr>
              <w:jc w:val="center"/>
            </w:pPr>
            <w:r>
              <w:t>3</w:t>
            </w:r>
          </w:p>
        </w:tc>
        <w:tc>
          <w:tcPr>
            <w:tcW w:w="431" w:type="pct"/>
            <w:vAlign w:val="center"/>
          </w:tcPr>
          <w:p w14:paraId="2F05276D" w14:textId="77777777" w:rsidR="00506650" w:rsidRDefault="00506650" w:rsidP="00506650">
            <w:pPr>
              <w:jc w:val="center"/>
            </w:pPr>
            <w:r>
              <w:t>ЛИД-23</w:t>
            </w:r>
          </w:p>
        </w:tc>
        <w:tc>
          <w:tcPr>
            <w:tcW w:w="1329" w:type="pct"/>
            <w:vAlign w:val="center"/>
          </w:tcPr>
          <w:p w14:paraId="73C653EA" w14:textId="6A1E2A0D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 xml:space="preserve">Б1.В.07.03 Проектирование лесозаготовительных и </w:t>
            </w:r>
            <w:proofErr w:type="gramStart"/>
            <w:r w:rsidRPr="00C1529F">
              <w:rPr>
                <w:lang w:val="ru-RU"/>
              </w:rPr>
              <w:t>деревоперерабатывающих  производств</w:t>
            </w:r>
            <w:proofErr w:type="gramEnd"/>
          </w:p>
        </w:tc>
        <w:tc>
          <w:tcPr>
            <w:tcW w:w="524" w:type="pct"/>
            <w:vAlign w:val="center"/>
          </w:tcPr>
          <w:p w14:paraId="1A8E379D" w14:textId="77777777" w:rsidR="00506650" w:rsidRDefault="00506650" w:rsidP="00506650">
            <w:pPr>
              <w:jc w:val="center"/>
            </w:pPr>
            <w:r>
              <w:t>ПК-3</w:t>
            </w:r>
          </w:p>
        </w:tc>
        <w:tc>
          <w:tcPr>
            <w:tcW w:w="477" w:type="pct"/>
            <w:vAlign w:val="center"/>
          </w:tcPr>
          <w:p w14:paraId="5CF84266" w14:textId="77777777" w:rsidR="00506650" w:rsidRDefault="00506650" w:rsidP="00506650">
            <w:pPr>
              <w:jc w:val="center"/>
            </w:pPr>
            <w:r>
              <w:t>90.0%</w:t>
            </w:r>
          </w:p>
        </w:tc>
        <w:tc>
          <w:tcPr>
            <w:tcW w:w="436" w:type="pct"/>
            <w:vAlign w:val="center"/>
          </w:tcPr>
          <w:p w14:paraId="3B181E05" w14:textId="77777777" w:rsidR="00506650" w:rsidRDefault="00506650" w:rsidP="00506650">
            <w:pPr>
              <w:jc w:val="center"/>
            </w:pPr>
            <w:r>
              <w:t>14.05.2026</w:t>
            </w:r>
          </w:p>
        </w:tc>
      </w:tr>
      <w:tr w:rsidR="00506650" w14:paraId="60E9761D" w14:textId="77777777" w:rsidTr="00304ABB">
        <w:tc>
          <w:tcPr>
            <w:tcW w:w="353" w:type="pct"/>
            <w:vAlign w:val="center"/>
          </w:tcPr>
          <w:p w14:paraId="0713820A" w14:textId="77777777" w:rsidR="00506650" w:rsidRDefault="00506650" w:rsidP="00506650">
            <w:pPr>
              <w:jc w:val="center"/>
            </w:pPr>
            <w:r>
              <w:t>35.03.02</w:t>
            </w:r>
          </w:p>
        </w:tc>
        <w:tc>
          <w:tcPr>
            <w:tcW w:w="909" w:type="pct"/>
            <w:vAlign w:val="center"/>
          </w:tcPr>
          <w:p w14:paraId="1270671E" w14:textId="77777777" w:rsidR="00506650" w:rsidRDefault="00506650" w:rsidP="00506650">
            <w:pPr>
              <w:jc w:val="center"/>
            </w:pPr>
            <w:r>
              <w:t>Лесоинженерное дело</w:t>
            </w:r>
          </w:p>
        </w:tc>
        <w:tc>
          <w:tcPr>
            <w:tcW w:w="307" w:type="pct"/>
            <w:vAlign w:val="center"/>
          </w:tcPr>
          <w:p w14:paraId="7D30A730" w14:textId="77777777" w:rsidR="00506650" w:rsidRDefault="00506650" w:rsidP="00506650">
            <w:pPr>
              <w:jc w:val="center"/>
            </w:pPr>
            <w:r>
              <w:t>2023</w:t>
            </w:r>
          </w:p>
        </w:tc>
        <w:tc>
          <w:tcPr>
            <w:tcW w:w="233" w:type="pct"/>
            <w:vAlign w:val="center"/>
          </w:tcPr>
          <w:p w14:paraId="4E8ACC9B" w14:textId="77777777" w:rsidR="00506650" w:rsidRDefault="00506650" w:rsidP="00506650">
            <w:pPr>
              <w:jc w:val="center"/>
            </w:pPr>
            <w:r>
              <w:t>3</w:t>
            </w:r>
          </w:p>
        </w:tc>
        <w:tc>
          <w:tcPr>
            <w:tcW w:w="431" w:type="pct"/>
            <w:vAlign w:val="center"/>
          </w:tcPr>
          <w:p w14:paraId="3DD82D00" w14:textId="77777777" w:rsidR="00506650" w:rsidRDefault="00506650" w:rsidP="00506650">
            <w:pPr>
              <w:jc w:val="center"/>
            </w:pPr>
            <w:r>
              <w:t>ЛИД-23</w:t>
            </w:r>
          </w:p>
        </w:tc>
        <w:tc>
          <w:tcPr>
            <w:tcW w:w="1329" w:type="pct"/>
            <w:vAlign w:val="center"/>
          </w:tcPr>
          <w:p w14:paraId="294338E9" w14:textId="2240123C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 xml:space="preserve">ПК-1, Б1.В.07.03 Проектирование лесозаготовительных и </w:t>
            </w:r>
            <w:proofErr w:type="gramStart"/>
            <w:r w:rsidRPr="00C1529F">
              <w:rPr>
                <w:lang w:val="ru-RU"/>
              </w:rPr>
              <w:t>деревоперерабатывающих  производств</w:t>
            </w:r>
            <w:proofErr w:type="gramEnd"/>
          </w:p>
        </w:tc>
        <w:tc>
          <w:tcPr>
            <w:tcW w:w="524" w:type="pct"/>
            <w:vAlign w:val="center"/>
          </w:tcPr>
          <w:p w14:paraId="12EB094E" w14:textId="77777777" w:rsidR="00506650" w:rsidRDefault="00506650" w:rsidP="00506650">
            <w:pPr>
              <w:jc w:val="center"/>
            </w:pPr>
            <w:r>
              <w:t>ПК-1</w:t>
            </w:r>
          </w:p>
        </w:tc>
        <w:tc>
          <w:tcPr>
            <w:tcW w:w="477" w:type="pct"/>
            <w:vAlign w:val="center"/>
          </w:tcPr>
          <w:p w14:paraId="5DD0B3D3" w14:textId="77777777" w:rsidR="00506650" w:rsidRDefault="00506650" w:rsidP="00506650">
            <w:pPr>
              <w:jc w:val="center"/>
            </w:pPr>
            <w:r>
              <w:t>69.0%</w:t>
            </w:r>
          </w:p>
        </w:tc>
        <w:tc>
          <w:tcPr>
            <w:tcW w:w="436" w:type="pct"/>
            <w:vAlign w:val="center"/>
          </w:tcPr>
          <w:p w14:paraId="2A8F923A" w14:textId="77777777" w:rsidR="00506650" w:rsidRDefault="00506650" w:rsidP="00506650">
            <w:pPr>
              <w:jc w:val="center"/>
            </w:pPr>
            <w:r>
              <w:t>14.05.2026</w:t>
            </w:r>
          </w:p>
        </w:tc>
      </w:tr>
      <w:tr w:rsidR="00506650" w14:paraId="7D286C9D" w14:textId="77777777" w:rsidTr="00304ABB">
        <w:tc>
          <w:tcPr>
            <w:tcW w:w="353" w:type="pct"/>
            <w:vAlign w:val="center"/>
          </w:tcPr>
          <w:p w14:paraId="77651577" w14:textId="77777777" w:rsidR="00506650" w:rsidRDefault="00506650" w:rsidP="00506650">
            <w:pPr>
              <w:jc w:val="center"/>
            </w:pPr>
            <w:r>
              <w:t>35.03.02</w:t>
            </w:r>
          </w:p>
        </w:tc>
        <w:tc>
          <w:tcPr>
            <w:tcW w:w="909" w:type="pct"/>
            <w:vAlign w:val="center"/>
          </w:tcPr>
          <w:p w14:paraId="7BF57BC0" w14:textId="77777777" w:rsidR="00506650" w:rsidRDefault="00506650" w:rsidP="00506650">
            <w:pPr>
              <w:jc w:val="center"/>
            </w:pPr>
            <w:r>
              <w:t>Лесоинженерное дело</w:t>
            </w:r>
          </w:p>
        </w:tc>
        <w:tc>
          <w:tcPr>
            <w:tcW w:w="307" w:type="pct"/>
            <w:vAlign w:val="center"/>
          </w:tcPr>
          <w:p w14:paraId="139968F8" w14:textId="77777777" w:rsidR="00506650" w:rsidRDefault="00506650" w:rsidP="00506650">
            <w:pPr>
              <w:jc w:val="center"/>
            </w:pPr>
            <w:r>
              <w:t>2025</w:t>
            </w:r>
          </w:p>
        </w:tc>
        <w:tc>
          <w:tcPr>
            <w:tcW w:w="233" w:type="pct"/>
            <w:vAlign w:val="center"/>
          </w:tcPr>
          <w:p w14:paraId="7F5C9B13" w14:textId="77777777" w:rsidR="00506650" w:rsidRDefault="00506650" w:rsidP="00506650">
            <w:pPr>
              <w:jc w:val="center"/>
            </w:pPr>
            <w:r>
              <w:t>1</w:t>
            </w:r>
          </w:p>
        </w:tc>
        <w:tc>
          <w:tcPr>
            <w:tcW w:w="431" w:type="pct"/>
            <w:vAlign w:val="center"/>
          </w:tcPr>
          <w:p w14:paraId="1EB635D2" w14:textId="77777777" w:rsidR="00506650" w:rsidRDefault="00506650" w:rsidP="00506650">
            <w:pPr>
              <w:jc w:val="center"/>
            </w:pPr>
            <w:r>
              <w:t>ЛИД-25</w:t>
            </w:r>
          </w:p>
        </w:tc>
        <w:tc>
          <w:tcPr>
            <w:tcW w:w="1329" w:type="pct"/>
            <w:vAlign w:val="center"/>
          </w:tcPr>
          <w:p w14:paraId="4F3B6DF7" w14:textId="53D5682E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Б1.О.05.02 Системы искусственного интеллекта</w:t>
            </w:r>
          </w:p>
        </w:tc>
        <w:tc>
          <w:tcPr>
            <w:tcW w:w="524" w:type="pct"/>
            <w:vAlign w:val="center"/>
          </w:tcPr>
          <w:p w14:paraId="35F66ACF" w14:textId="271E6354" w:rsidR="00506650" w:rsidRPr="00183B44" w:rsidRDefault="00506650" w:rsidP="00506650">
            <w:pPr>
              <w:jc w:val="center"/>
              <w:rPr>
                <w:lang w:val="ru-RU"/>
              </w:rPr>
            </w:pPr>
            <w:r>
              <w:t>ОПК-</w:t>
            </w:r>
            <w:r w:rsidR="00183B44">
              <w:rPr>
                <w:lang w:val="ru-RU"/>
              </w:rPr>
              <w:t>1</w:t>
            </w:r>
            <w:r>
              <w:t>, ОПК-</w:t>
            </w:r>
            <w:r w:rsidR="00183B44">
              <w:rPr>
                <w:lang w:val="ru-RU"/>
              </w:rPr>
              <w:t>7</w:t>
            </w:r>
          </w:p>
        </w:tc>
        <w:tc>
          <w:tcPr>
            <w:tcW w:w="477" w:type="pct"/>
            <w:vAlign w:val="center"/>
          </w:tcPr>
          <w:p w14:paraId="496C4504" w14:textId="77777777" w:rsidR="00506650" w:rsidRDefault="00506650" w:rsidP="00506650">
            <w:pPr>
              <w:jc w:val="center"/>
            </w:pPr>
            <w:r>
              <w:t>72.0%</w:t>
            </w:r>
          </w:p>
        </w:tc>
        <w:tc>
          <w:tcPr>
            <w:tcW w:w="436" w:type="pct"/>
            <w:vAlign w:val="center"/>
          </w:tcPr>
          <w:p w14:paraId="59A07EAC" w14:textId="77777777" w:rsidR="00506650" w:rsidRDefault="00506650" w:rsidP="00506650">
            <w:pPr>
              <w:jc w:val="center"/>
            </w:pPr>
            <w:r>
              <w:t>15.05.2026</w:t>
            </w:r>
          </w:p>
        </w:tc>
      </w:tr>
      <w:tr w:rsidR="00506650" w14:paraId="0BBDDFC7" w14:textId="77777777" w:rsidTr="00304ABB">
        <w:tc>
          <w:tcPr>
            <w:tcW w:w="353" w:type="pct"/>
            <w:vAlign w:val="center"/>
          </w:tcPr>
          <w:p w14:paraId="12DBC4F7" w14:textId="77777777" w:rsidR="00506650" w:rsidRDefault="00506650" w:rsidP="00506650">
            <w:pPr>
              <w:jc w:val="center"/>
            </w:pPr>
            <w:r>
              <w:t>35.03.02</w:t>
            </w:r>
          </w:p>
        </w:tc>
        <w:tc>
          <w:tcPr>
            <w:tcW w:w="909" w:type="pct"/>
            <w:vAlign w:val="center"/>
          </w:tcPr>
          <w:p w14:paraId="141FEA03" w14:textId="77777777" w:rsidR="00506650" w:rsidRDefault="00506650" w:rsidP="00506650">
            <w:pPr>
              <w:jc w:val="center"/>
            </w:pPr>
            <w:r>
              <w:t>Лесоинженерное дело</w:t>
            </w:r>
          </w:p>
        </w:tc>
        <w:tc>
          <w:tcPr>
            <w:tcW w:w="307" w:type="pct"/>
            <w:vAlign w:val="center"/>
          </w:tcPr>
          <w:p w14:paraId="276123FF" w14:textId="77777777" w:rsidR="00506650" w:rsidRDefault="00506650" w:rsidP="00506650">
            <w:pPr>
              <w:jc w:val="center"/>
            </w:pPr>
            <w:r>
              <w:t>2025</w:t>
            </w:r>
          </w:p>
        </w:tc>
        <w:tc>
          <w:tcPr>
            <w:tcW w:w="233" w:type="pct"/>
            <w:vAlign w:val="center"/>
          </w:tcPr>
          <w:p w14:paraId="54AEBC3C" w14:textId="77777777" w:rsidR="00506650" w:rsidRDefault="00506650" w:rsidP="00506650">
            <w:pPr>
              <w:jc w:val="center"/>
            </w:pPr>
            <w:r>
              <w:t>1</w:t>
            </w:r>
          </w:p>
        </w:tc>
        <w:tc>
          <w:tcPr>
            <w:tcW w:w="431" w:type="pct"/>
            <w:vAlign w:val="center"/>
          </w:tcPr>
          <w:p w14:paraId="4E783864" w14:textId="77777777" w:rsidR="00506650" w:rsidRDefault="00506650" w:rsidP="00506650">
            <w:pPr>
              <w:jc w:val="center"/>
            </w:pPr>
            <w:r>
              <w:t>ЛИД-25</w:t>
            </w:r>
          </w:p>
        </w:tc>
        <w:tc>
          <w:tcPr>
            <w:tcW w:w="1329" w:type="pct"/>
            <w:vAlign w:val="center"/>
          </w:tcPr>
          <w:p w14:paraId="7518320F" w14:textId="7C8E6D0C" w:rsidR="00506650" w:rsidRPr="00C1529F" w:rsidRDefault="00183B44" w:rsidP="00506650">
            <w:pPr>
              <w:jc w:val="center"/>
              <w:rPr>
                <w:lang w:val="ru-RU"/>
              </w:rPr>
            </w:pPr>
            <w:r w:rsidRPr="00183B44">
              <w:rPr>
                <w:lang w:val="ru-RU"/>
              </w:rPr>
              <w:t>Б1.В.02.01</w:t>
            </w:r>
            <w:r>
              <w:rPr>
                <w:lang w:val="ru-RU"/>
              </w:rPr>
              <w:t xml:space="preserve"> </w:t>
            </w:r>
            <w:r w:rsidR="00506650" w:rsidRPr="00C1529F">
              <w:rPr>
                <w:lang w:val="ru-RU"/>
              </w:rPr>
              <w:t>Геодезическое сопровождение технологических процессов лесопромышленных производств</w:t>
            </w:r>
          </w:p>
        </w:tc>
        <w:tc>
          <w:tcPr>
            <w:tcW w:w="524" w:type="pct"/>
            <w:vAlign w:val="center"/>
          </w:tcPr>
          <w:p w14:paraId="3C457292" w14:textId="6A82E33A" w:rsidR="00506650" w:rsidRPr="00C1529F" w:rsidRDefault="00183B44" w:rsidP="0050665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ПК-4, ПК-5</w:t>
            </w:r>
          </w:p>
        </w:tc>
        <w:tc>
          <w:tcPr>
            <w:tcW w:w="477" w:type="pct"/>
            <w:vAlign w:val="center"/>
          </w:tcPr>
          <w:p w14:paraId="4F490E19" w14:textId="77777777" w:rsidR="00506650" w:rsidRDefault="00506650" w:rsidP="00506650">
            <w:pPr>
              <w:jc w:val="center"/>
            </w:pPr>
            <w:r>
              <w:t>65.0%</w:t>
            </w:r>
          </w:p>
        </w:tc>
        <w:tc>
          <w:tcPr>
            <w:tcW w:w="436" w:type="pct"/>
            <w:vAlign w:val="center"/>
          </w:tcPr>
          <w:p w14:paraId="40AEC4BA" w14:textId="77777777" w:rsidR="00506650" w:rsidRDefault="00506650" w:rsidP="00506650">
            <w:pPr>
              <w:jc w:val="center"/>
            </w:pPr>
            <w:r>
              <w:t>22.05.2026</w:t>
            </w:r>
          </w:p>
        </w:tc>
      </w:tr>
      <w:tr w:rsidR="00506650" w14:paraId="1CBB0ECA" w14:textId="77777777" w:rsidTr="00304ABB">
        <w:tc>
          <w:tcPr>
            <w:tcW w:w="353" w:type="pct"/>
            <w:vAlign w:val="center"/>
          </w:tcPr>
          <w:p w14:paraId="0E3E7E5B" w14:textId="77777777" w:rsidR="00506650" w:rsidRDefault="00506650" w:rsidP="00506650">
            <w:pPr>
              <w:jc w:val="center"/>
            </w:pPr>
            <w:r>
              <w:t>35.03.02</w:t>
            </w:r>
          </w:p>
        </w:tc>
        <w:tc>
          <w:tcPr>
            <w:tcW w:w="909" w:type="pct"/>
            <w:vAlign w:val="center"/>
          </w:tcPr>
          <w:p w14:paraId="0E823138" w14:textId="77777777" w:rsidR="00506650" w:rsidRDefault="00506650" w:rsidP="00506650">
            <w:pPr>
              <w:jc w:val="center"/>
            </w:pPr>
            <w:r>
              <w:t>Лесоинженерное дело</w:t>
            </w:r>
          </w:p>
        </w:tc>
        <w:tc>
          <w:tcPr>
            <w:tcW w:w="307" w:type="pct"/>
            <w:vAlign w:val="center"/>
          </w:tcPr>
          <w:p w14:paraId="33A6E1C0" w14:textId="77777777" w:rsidR="00506650" w:rsidRDefault="00506650" w:rsidP="00506650">
            <w:pPr>
              <w:jc w:val="center"/>
            </w:pPr>
            <w:r>
              <w:t>2025</w:t>
            </w:r>
          </w:p>
        </w:tc>
        <w:tc>
          <w:tcPr>
            <w:tcW w:w="233" w:type="pct"/>
            <w:vAlign w:val="center"/>
          </w:tcPr>
          <w:p w14:paraId="242F4344" w14:textId="77777777" w:rsidR="00506650" w:rsidRDefault="00506650" w:rsidP="00506650">
            <w:pPr>
              <w:jc w:val="center"/>
            </w:pPr>
            <w:r>
              <w:t>1</w:t>
            </w:r>
          </w:p>
        </w:tc>
        <w:tc>
          <w:tcPr>
            <w:tcW w:w="431" w:type="pct"/>
            <w:vAlign w:val="center"/>
          </w:tcPr>
          <w:p w14:paraId="44344A3D" w14:textId="77777777" w:rsidR="00506650" w:rsidRDefault="00506650" w:rsidP="00506650">
            <w:pPr>
              <w:jc w:val="center"/>
            </w:pPr>
            <w:r>
              <w:t>ЛИД-25</w:t>
            </w:r>
          </w:p>
        </w:tc>
        <w:tc>
          <w:tcPr>
            <w:tcW w:w="1329" w:type="pct"/>
            <w:vAlign w:val="center"/>
          </w:tcPr>
          <w:p w14:paraId="2510EB64" w14:textId="7EFA6C60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Б1.О.08.01 Инженерная графика</w:t>
            </w:r>
          </w:p>
        </w:tc>
        <w:tc>
          <w:tcPr>
            <w:tcW w:w="524" w:type="pct"/>
            <w:vAlign w:val="center"/>
          </w:tcPr>
          <w:p w14:paraId="15231E04" w14:textId="77777777" w:rsidR="00506650" w:rsidRDefault="00506650" w:rsidP="00506650">
            <w:pPr>
              <w:jc w:val="center"/>
            </w:pPr>
            <w:r>
              <w:t>ОПК-1, ОПК-2</w:t>
            </w:r>
          </w:p>
        </w:tc>
        <w:tc>
          <w:tcPr>
            <w:tcW w:w="477" w:type="pct"/>
            <w:vAlign w:val="center"/>
          </w:tcPr>
          <w:p w14:paraId="7F434C40" w14:textId="77777777" w:rsidR="00506650" w:rsidRDefault="00506650" w:rsidP="00506650">
            <w:pPr>
              <w:jc w:val="center"/>
            </w:pPr>
            <w:r>
              <w:t>74.0%</w:t>
            </w:r>
          </w:p>
        </w:tc>
        <w:tc>
          <w:tcPr>
            <w:tcW w:w="436" w:type="pct"/>
            <w:vAlign w:val="center"/>
          </w:tcPr>
          <w:p w14:paraId="53D13A6B" w14:textId="77777777" w:rsidR="00506650" w:rsidRDefault="00506650" w:rsidP="00506650">
            <w:pPr>
              <w:jc w:val="center"/>
            </w:pPr>
            <w:r>
              <w:t>30.05.2026</w:t>
            </w:r>
          </w:p>
        </w:tc>
      </w:tr>
    </w:tbl>
    <w:p w14:paraId="02732C6C" w14:textId="77777777" w:rsidR="00EB31A2" w:rsidRDefault="00EB31A2"/>
    <w:sectPr w:rsidR="00EB31A2" w:rsidSect="00506650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3B44"/>
    <w:rsid w:val="0029639D"/>
    <w:rsid w:val="00304ABB"/>
    <w:rsid w:val="00326F90"/>
    <w:rsid w:val="00506650"/>
    <w:rsid w:val="00713493"/>
    <w:rsid w:val="00AA1D8D"/>
    <w:rsid w:val="00B47730"/>
    <w:rsid w:val="00C1529F"/>
    <w:rsid w:val="00C953A9"/>
    <w:rsid w:val="00CB0664"/>
    <w:rsid w:val="00EB31A2"/>
    <w:rsid w:val="00F634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66236A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5</cp:revision>
  <dcterms:created xsi:type="dcterms:W3CDTF">2026-08-06T08:49:00Z</dcterms:created>
  <dcterms:modified xsi:type="dcterms:W3CDTF">2026-08-06T09:01:00Z</dcterms:modified>
  <cp:category/>
</cp:coreProperties>
</file>