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2DCC6B85" w14:textId="77777777" w:rsidTr="00505372">
        <w:tc>
          <w:tcPr>
            <w:tcW w:w="354" w:type="pct"/>
            <w:vAlign w:val="center"/>
          </w:tcPr>
          <w:p w14:paraId="4CAB317E" w14:textId="77777777" w:rsidR="00F73E55" w:rsidRDefault="00F73E55" w:rsidP="00505372">
            <w:pPr>
              <w:jc w:val="center"/>
            </w:pPr>
            <w:r>
              <w:t>35.03.10</w:t>
            </w:r>
          </w:p>
        </w:tc>
        <w:tc>
          <w:tcPr>
            <w:tcW w:w="899" w:type="pct"/>
            <w:vAlign w:val="center"/>
          </w:tcPr>
          <w:p w14:paraId="5E96834A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Садово-парковое и ландшафтное строительство</w:t>
            </w:r>
          </w:p>
        </w:tc>
        <w:tc>
          <w:tcPr>
            <w:tcW w:w="308" w:type="pct"/>
            <w:vAlign w:val="center"/>
          </w:tcPr>
          <w:p w14:paraId="4F37A9E3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257D5AE9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55155045" w14:textId="77777777" w:rsidR="00F73E55" w:rsidRDefault="00F73E55" w:rsidP="00505372">
            <w:pPr>
              <w:jc w:val="center"/>
            </w:pPr>
            <w:r>
              <w:t>СПС-23</w:t>
            </w:r>
          </w:p>
        </w:tc>
        <w:tc>
          <w:tcPr>
            <w:tcW w:w="1334" w:type="pct"/>
            <w:vAlign w:val="center"/>
          </w:tcPr>
          <w:p w14:paraId="2DB546AD" w14:textId="5589084D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Б1.В.14 Озеленение интерьеров и эксплуатируемых кровель</w:t>
            </w:r>
          </w:p>
        </w:tc>
        <w:tc>
          <w:tcPr>
            <w:tcW w:w="526" w:type="pct"/>
            <w:vAlign w:val="center"/>
          </w:tcPr>
          <w:p w14:paraId="1E652BFF" w14:textId="77777777" w:rsidR="00F73E55" w:rsidRDefault="00F73E55" w:rsidP="00505372">
            <w:pPr>
              <w:jc w:val="center"/>
            </w:pPr>
            <w:r>
              <w:t>ПК-3</w:t>
            </w:r>
          </w:p>
        </w:tc>
        <w:tc>
          <w:tcPr>
            <w:tcW w:w="479" w:type="pct"/>
            <w:vAlign w:val="center"/>
          </w:tcPr>
          <w:p w14:paraId="2A55A49D" w14:textId="77777777" w:rsidR="00F73E55" w:rsidRDefault="00F73E55" w:rsidP="00505372">
            <w:pPr>
              <w:jc w:val="center"/>
            </w:pPr>
            <w:r>
              <w:t>70.0%</w:t>
            </w:r>
          </w:p>
        </w:tc>
        <w:tc>
          <w:tcPr>
            <w:tcW w:w="437" w:type="pct"/>
            <w:vAlign w:val="center"/>
          </w:tcPr>
          <w:p w14:paraId="3298DFBF" w14:textId="77777777" w:rsidR="00F73E55" w:rsidRDefault="00F73E55" w:rsidP="00505372">
            <w:pPr>
              <w:jc w:val="center"/>
            </w:pPr>
            <w:r>
              <w:t>27.04.2026</w:t>
            </w:r>
          </w:p>
        </w:tc>
      </w:tr>
      <w:tr w:rsidR="00F73E55" w14:paraId="5222C441" w14:textId="77777777" w:rsidTr="00505372">
        <w:tc>
          <w:tcPr>
            <w:tcW w:w="354" w:type="pct"/>
            <w:vAlign w:val="center"/>
          </w:tcPr>
          <w:p w14:paraId="16458B96" w14:textId="77777777" w:rsidR="00F73E55" w:rsidRDefault="00F73E55" w:rsidP="00505372">
            <w:pPr>
              <w:jc w:val="center"/>
            </w:pPr>
            <w:r>
              <w:t>35.03.10</w:t>
            </w:r>
          </w:p>
        </w:tc>
        <w:tc>
          <w:tcPr>
            <w:tcW w:w="899" w:type="pct"/>
            <w:vAlign w:val="center"/>
          </w:tcPr>
          <w:p w14:paraId="0508AACD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Садово-парковое и ландшафтное строительство</w:t>
            </w:r>
          </w:p>
        </w:tc>
        <w:tc>
          <w:tcPr>
            <w:tcW w:w="308" w:type="pct"/>
            <w:vAlign w:val="center"/>
          </w:tcPr>
          <w:p w14:paraId="388D1B84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186574C4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073D4691" w14:textId="77777777" w:rsidR="00F73E55" w:rsidRDefault="00F73E55" w:rsidP="00505372">
            <w:pPr>
              <w:jc w:val="center"/>
            </w:pPr>
            <w:r>
              <w:t>СПС-23</w:t>
            </w:r>
          </w:p>
        </w:tc>
        <w:tc>
          <w:tcPr>
            <w:tcW w:w="1334" w:type="pct"/>
            <w:vAlign w:val="center"/>
          </w:tcPr>
          <w:p w14:paraId="54C8E777" w14:textId="0510624B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Б1.О.16 Методы научных исследований в профессиональной деятельности</w:t>
            </w:r>
          </w:p>
        </w:tc>
        <w:tc>
          <w:tcPr>
            <w:tcW w:w="526" w:type="pct"/>
            <w:vAlign w:val="center"/>
          </w:tcPr>
          <w:p w14:paraId="3A64A250" w14:textId="77777777" w:rsidR="00F73E55" w:rsidRDefault="00F73E55" w:rsidP="00505372">
            <w:pPr>
              <w:jc w:val="center"/>
            </w:pPr>
            <w:r>
              <w:t>ОПК-5, ОПК-7</w:t>
            </w:r>
          </w:p>
        </w:tc>
        <w:tc>
          <w:tcPr>
            <w:tcW w:w="479" w:type="pct"/>
            <w:vAlign w:val="center"/>
          </w:tcPr>
          <w:p w14:paraId="41B3A7FC" w14:textId="77777777" w:rsidR="00F73E55" w:rsidRDefault="00F73E55" w:rsidP="00505372">
            <w:pPr>
              <w:jc w:val="center"/>
            </w:pPr>
            <w:r>
              <w:t>96.0%</w:t>
            </w:r>
          </w:p>
        </w:tc>
        <w:tc>
          <w:tcPr>
            <w:tcW w:w="437" w:type="pct"/>
            <w:vAlign w:val="center"/>
          </w:tcPr>
          <w:p w14:paraId="24404EFB" w14:textId="77777777" w:rsidR="00F73E55" w:rsidRDefault="00F73E55" w:rsidP="00505372">
            <w:pPr>
              <w:jc w:val="center"/>
            </w:pPr>
            <w:r>
              <w:t>28.04.2026</w:t>
            </w:r>
          </w:p>
        </w:tc>
      </w:tr>
      <w:tr w:rsidR="00F73E55" w14:paraId="30A42652" w14:textId="77777777" w:rsidTr="00505372">
        <w:tc>
          <w:tcPr>
            <w:tcW w:w="354" w:type="pct"/>
            <w:vAlign w:val="center"/>
          </w:tcPr>
          <w:p w14:paraId="1ACFDFFC" w14:textId="77777777" w:rsidR="00F73E55" w:rsidRDefault="00F73E55" w:rsidP="00505372">
            <w:pPr>
              <w:jc w:val="center"/>
            </w:pPr>
            <w:r>
              <w:t>35.03.10</w:t>
            </w:r>
          </w:p>
        </w:tc>
        <w:tc>
          <w:tcPr>
            <w:tcW w:w="899" w:type="pct"/>
            <w:vAlign w:val="center"/>
          </w:tcPr>
          <w:p w14:paraId="33D08F6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Садово-парковое и ландшафтное строительство</w:t>
            </w:r>
          </w:p>
        </w:tc>
        <w:tc>
          <w:tcPr>
            <w:tcW w:w="308" w:type="pct"/>
            <w:vAlign w:val="center"/>
          </w:tcPr>
          <w:p w14:paraId="631944FE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5B78AC6C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3F7B9782" w14:textId="77777777" w:rsidR="00F73E55" w:rsidRDefault="00F73E55" w:rsidP="00505372">
            <w:pPr>
              <w:jc w:val="center"/>
            </w:pPr>
            <w:r>
              <w:t>СПС-25</w:t>
            </w:r>
          </w:p>
        </w:tc>
        <w:tc>
          <w:tcPr>
            <w:tcW w:w="1334" w:type="pct"/>
            <w:vAlign w:val="center"/>
          </w:tcPr>
          <w:p w14:paraId="03701BC4" w14:textId="6097956F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Б1.О.14  Инженерная графика и САПР</w:t>
            </w:r>
          </w:p>
        </w:tc>
        <w:tc>
          <w:tcPr>
            <w:tcW w:w="526" w:type="pct"/>
            <w:vAlign w:val="center"/>
          </w:tcPr>
          <w:p w14:paraId="7EE5D0E4" w14:textId="77777777" w:rsidR="00F73E55" w:rsidRDefault="00F73E55" w:rsidP="00505372">
            <w:pPr>
              <w:jc w:val="center"/>
            </w:pPr>
            <w:r>
              <w:t>ОПК-4</w:t>
            </w:r>
          </w:p>
        </w:tc>
        <w:tc>
          <w:tcPr>
            <w:tcW w:w="479" w:type="pct"/>
            <w:vAlign w:val="center"/>
          </w:tcPr>
          <w:p w14:paraId="518BBEDA" w14:textId="77777777" w:rsidR="00F73E55" w:rsidRDefault="00F73E55" w:rsidP="00505372">
            <w:pPr>
              <w:jc w:val="center"/>
            </w:pPr>
            <w:r>
              <w:t>70.33%</w:t>
            </w:r>
          </w:p>
        </w:tc>
        <w:tc>
          <w:tcPr>
            <w:tcW w:w="437" w:type="pct"/>
            <w:vAlign w:val="center"/>
          </w:tcPr>
          <w:p w14:paraId="79258D21" w14:textId="77777777" w:rsidR="00F73E55" w:rsidRDefault="00F73E55" w:rsidP="00505372">
            <w:pPr>
              <w:jc w:val="center"/>
            </w:pPr>
            <w:r>
              <w:t>29.04.2026</w:t>
            </w:r>
          </w:p>
        </w:tc>
      </w:tr>
      <w:tr w:rsidR="00F73E55" w14:paraId="2B5724E5" w14:textId="77777777" w:rsidTr="00505372">
        <w:tc>
          <w:tcPr>
            <w:tcW w:w="354" w:type="pct"/>
            <w:vAlign w:val="center"/>
          </w:tcPr>
          <w:p w14:paraId="245EF108" w14:textId="77777777" w:rsidR="00F73E55" w:rsidRDefault="00F73E55" w:rsidP="00505372">
            <w:pPr>
              <w:jc w:val="center"/>
            </w:pPr>
            <w:r>
              <w:t>35.03.10</w:t>
            </w:r>
          </w:p>
        </w:tc>
        <w:tc>
          <w:tcPr>
            <w:tcW w:w="899" w:type="pct"/>
            <w:vAlign w:val="center"/>
          </w:tcPr>
          <w:p w14:paraId="6951803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Садово-парковое и ландшафтное строительство</w:t>
            </w:r>
          </w:p>
        </w:tc>
        <w:tc>
          <w:tcPr>
            <w:tcW w:w="308" w:type="pct"/>
            <w:vAlign w:val="center"/>
          </w:tcPr>
          <w:p w14:paraId="76AFD228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521E3A1F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6CA89F2F" w14:textId="77777777" w:rsidR="00F73E55" w:rsidRDefault="00F73E55" w:rsidP="00505372">
            <w:pPr>
              <w:jc w:val="center"/>
            </w:pPr>
            <w:r>
              <w:t>СПС-25</w:t>
            </w:r>
          </w:p>
        </w:tc>
        <w:tc>
          <w:tcPr>
            <w:tcW w:w="1334" w:type="pct"/>
            <w:vAlign w:val="center"/>
          </w:tcPr>
          <w:p w14:paraId="1BEFCBCE" w14:textId="779F4635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 Ландшафтное искусство 2</w:t>
            </w:r>
            <w:r w:rsidR="00EC3E68">
              <w:rPr>
                <w:lang w:val="ru-RU"/>
              </w:rPr>
              <w:t> </w:t>
            </w:r>
            <w:r w:rsidRPr="00B808C6">
              <w:rPr>
                <w:lang w:val="ru-RU"/>
              </w:rPr>
              <w:t>семестр</w:t>
            </w:r>
          </w:p>
        </w:tc>
        <w:tc>
          <w:tcPr>
            <w:tcW w:w="526" w:type="pct"/>
            <w:vAlign w:val="center"/>
          </w:tcPr>
          <w:p w14:paraId="596A6FE2" w14:textId="77777777" w:rsidR="00F73E55" w:rsidRDefault="00F73E55" w:rsidP="00505372">
            <w:pPr>
              <w:jc w:val="center"/>
            </w:pPr>
            <w:r>
              <w:t>ПК-3</w:t>
            </w:r>
          </w:p>
        </w:tc>
        <w:tc>
          <w:tcPr>
            <w:tcW w:w="479" w:type="pct"/>
            <w:vAlign w:val="center"/>
          </w:tcPr>
          <w:p w14:paraId="635306F8" w14:textId="77777777" w:rsidR="00F73E55" w:rsidRDefault="00F73E55" w:rsidP="00505372">
            <w:pPr>
              <w:jc w:val="center"/>
            </w:pPr>
            <w:r>
              <w:t>82.0%</w:t>
            </w:r>
          </w:p>
        </w:tc>
        <w:tc>
          <w:tcPr>
            <w:tcW w:w="437" w:type="pct"/>
            <w:vAlign w:val="center"/>
          </w:tcPr>
          <w:p w14:paraId="033F3815" w14:textId="77777777" w:rsidR="00F73E55" w:rsidRDefault="00F73E55" w:rsidP="00505372">
            <w:pPr>
              <w:jc w:val="center"/>
            </w:pPr>
            <w:r>
              <w:t>08.05.2026</w:t>
            </w:r>
          </w:p>
        </w:tc>
      </w:tr>
      <w:tr w:rsidR="00F73E55" w14:paraId="66273ABF" w14:textId="77777777" w:rsidTr="00505372">
        <w:tc>
          <w:tcPr>
            <w:tcW w:w="354" w:type="pct"/>
            <w:vAlign w:val="center"/>
          </w:tcPr>
          <w:p w14:paraId="492F1F90" w14:textId="77777777" w:rsidR="00F73E55" w:rsidRDefault="00F73E55" w:rsidP="00505372">
            <w:pPr>
              <w:jc w:val="center"/>
            </w:pPr>
            <w:r>
              <w:t>35.03.10</w:t>
            </w:r>
          </w:p>
        </w:tc>
        <w:tc>
          <w:tcPr>
            <w:tcW w:w="899" w:type="pct"/>
            <w:vAlign w:val="center"/>
          </w:tcPr>
          <w:p w14:paraId="2FDAB4E6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Садово-парковое и ландшафтное строительство</w:t>
            </w:r>
          </w:p>
        </w:tc>
        <w:tc>
          <w:tcPr>
            <w:tcW w:w="308" w:type="pct"/>
            <w:vAlign w:val="center"/>
          </w:tcPr>
          <w:p w14:paraId="745AB05F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562D1E07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1BE5D394" w14:textId="77777777" w:rsidR="00F73E55" w:rsidRDefault="00F73E55" w:rsidP="00505372">
            <w:pPr>
              <w:jc w:val="center"/>
            </w:pPr>
            <w:r>
              <w:t>СПС-23</w:t>
            </w:r>
          </w:p>
        </w:tc>
        <w:tc>
          <w:tcPr>
            <w:tcW w:w="1334" w:type="pct"/>
            <w:vAlign w:val="center"/>
          </w:tcPr>
          <w:p w14:paraId="5AF290DB" w14:textId="47649E0B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Б1.В.1</w:t>
            </w:r>
            <w:r w:rsidR="00EC3E68">
              <w:rPr>
                <w:lang w:val="ru-RU"/>
              </w:rPr>
              <w:t>2</w:t>
            </w:r>
            <w:r w:rsidRPr="00B808C6">
              <w:rPr>
                <w:lang w:val="ru-RU"/>
              </w:rPr>
              <w:t xml:space="preserve"> Защита и уход за растениями</w:t>
            </w:r>
          </w:p>
        </w:tc>
        <w:tc>
          <w:tcPr>
            <w:tcW w:w="526" w:type="pct"/>
            <w:vAlign w:val="center"/>
          </w:tcPr>
          <w:p w14:paraId="26AC1553" w14:textId="5512734C" w:rsidR="00F73E55" w:rsidRPr="00B808C6" w:rsidRDefault="00EC3E68" w:rsidP="00505372">
            <w:pPr>
              <w:jc w:val="center"/>
              <w:rPr>
                <w:lang w:val="ru-RU"/>
              </w:rPr>
            </w:pPr>
            <w:r w:rsidRPr="00EC3E68">
              <w:rPr>
                <w:lang w:val="ru-RU"/>
              </w:rPr>
              <w:t>ПК-7</w:t>
            </w:r>
            <w:r>
              <w:rPr>
                <w:lang w:val="ru-RU"/>
              </w:rPr>
              <w:t>,</w:t>
            </w:r>
            <w:r w:rsidRPr="00EC3E68">
              <w:rPr>
                <w:lang w:val="ru-RU"/>
              </w:rPr>
              <w:t xml:space="preserve"> ПК-8</w:t>
            </w:r>
          </w:p>
        </w:tc>
        <w:tc>
          <w:tcPr>
            <w:tcW w:w="479" w:type="pct"/>
            <w:vAlign w:val="center"/>
          </w:tcPr>
          <w:p w14:paraId="32BADCFB" w14:textId="77777777" w:rsidR="00F73E55" w:rsidRDefault="00F73E55" w:rsidP="00505372">
            <w:pPr>
              <w:jc w:val="center"/>
            </w:pPr>
            <w:r>
              <w:t>86.5%</w:t>
            </w:r>
          </w:p>
        </w:tc>
        <w:tc>
          <w:tcPr>
            <w:tcW w:w="437" w:type="pct"/>
            <w:vAlign w:val="center"/>
          </w:tcPr>
          <w:p w14:paraId="45BC5C21" w14:textId="77777777" w:rsidR="00F73E55" w:rsidRDefault="00F73E55" w:rsidP="00505372">
            <w:pPr>
              <w:jc w:val="center"/>
            </w:pPr>
            <w:r>
              <w:t>08.05.2026</w:t>
            </w:r>
          </w:p>
        </w:tc>
      </w:tr>
      <w:tr w:rsidR="00F73E55" w14:paraId="383681D8" w14:textId="77777777" w:rsidTr="00505372">
        <w:tc>
          <w:tcPr>
            <w:tcW w:w="354" w:type="pct"/>
            <w:vAlign w:val="center"/>
          </w:tcPr>
          <w:p w14:paraId="0A05ACA6" w14:textId="77777777" w:rsidR="00F73E55" w:rsidRDefault="00F73E55" w:rsidP="00505372">
            <w:pPr>
              <w:jc w:val="center"/>
            </w:pPr>
            <w:r>
              <w:t>35.03.10</w:t>
            </w:r>
          </w:p>
        </w:tc>
        <w:tc>
          <w:tcPr>
            <w:tcW w:w="899" w:type="pct"/>
            <w:vAlign w:val="center"/>
          </w:tcPr>
          <w:p w14:paraId="16BD081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Садово-парковое и ландшафтное строительство</w:t>
            </w:r>
          </w:p>
        </w:tc>
        <w:tc>
          <w:tcPr>
            <w:tcW w:w="308" w:type="pct"/>
            <w:vAlign w:val="center"/>
          </w:tcPr>
          <w:p w14:paraId="6CEB2AA5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14CFFE2B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0A5685C6" w14:textId="77777777" w:rsidR="00F73E55" w:rsidRDefault="00F73E55" w:rsidP="00505372">
            <w:pPr>
              <w:jc w:val="center"/>
            </w:pPr>
            <w:r>
              <w:t>СПС-25</w:t>
            </w:r>
          </w:p>
        </w:tc>
        <w:tc>
          <w:tcPr>
            <w:tcW w:w="1334" w:type="pct"/>
            <w:vAlign w:val="center"/>
          </w:tcPr>
          <w:p w14:paraId="3456C1B7" w14:textId="3FDE07F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Б1.О.10 Ландшафтоведение</w:t>
            </w:r>
          </w:p>
        </w:tc>
        <w:tc>
          <w:tcPr>
            <w:tcW w:w="526" w:type="pct"/>
            <w:vAlign w:val="center"/>
          </w:tcPr>
          <w:p w14:paraId="7F525993" w14:textId="77777777" w:rsidR="00F73E55" w:rsidRDefault="00F73E55" w:rsidP="00505372">
            <w:pPr>
              <w:jc w:val="center"/>
            </w:pPr>
            <w:r>
              <w:t>ОПК-1</w:t>
            </w:r>
          </w:p>
        </w:tc>
        <w:tc>
          <w:tcPr>
            <w:tcW w:w="479" w:type="pct"/>
            <w:vAlign w:val="center"/>
          </w:tcPr>
          <w:p w14:paraId="15436347" w14:textId="77777777" w:rsidR="00F73E55" w:rsidRDefault="00F73E55" w:rsidP="00505372">
            <w:pPr>
              <w:jc w:val="center"/>
            </w:pPr>
            <w:r>
              <w:t>89.0%</w:t>
            </w:r>
          </w:p>
        </w:tc>
        <w:tc>
          <w:tcPr>
            <w:tcW w:w="437" w:type="pct"/>
            <w:vAlign w:val="center"/>
          </w:tcPr>
          <w:p w14:paraId="55444C78" w14:textId="77777777" w:rsidR="00F73E55" w:rsidRDefault="00F73E55" w:rsidP="00505372">
            <w:pPr>
              <w:jc w:val="center"/>
            </w:pPr>
            <w:r>
              <w:t>12.05.2026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5074B"/>
    <w:rsid w:val="0021779A"/>
    <w:rsid w:val="0029639D"/>
    <w:rsid w:val="00326F90"/>
    <w:rsid w:val="00505372"/>
    <w:rsid w:val="005C48D3"/>
    <w:rsid w:val="00702BF4"/>
    <w:rsid w:val="00770A8D"/>
    <w:rsid w:val="009122B5"/>
    <w:rsid w:val="00A747C5"/>
    <w:rsid w:val="00AA1D8D"/>
    <w:rsid w:val="00AA446A"/>
    <w:rsid w:val="00B47730"/>
    <w:rsid w:val="00B808C6"/>
    <w:rsid w:val="00CB0664"/>
    <w:rsid w:val="00DC6C23"/>
    <w:rsid w:val="00EC3E68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2026-08-06T12:34:00Z</dcterms:created>
  <dcterms:modified xsi:type="dcterms:W3CDTF">2026-08-06T12:36:00Z</dcterms:modified>
  <cp:category/>
</cp:coreProperties>
</file>