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C6428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C6428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3704DD" w14:paraId="12B4632C" w14:textId="77777777" w:rsidTr="003C777F">
        <w:tc>
          <w:tcPr>
            <w:tcW w:w="1054" w:type="dxa"/>
            <w:vAlign w:val="center"/>
          </w:tcPr>
          <w:p w14:paraId="6BC3B7A1" w14:textId="77777777" w:rsidR="003704DD" w:rsidRDefault="003704DD" w:rsidP="003C777F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4E687B52" w14:textId="77777777" w:rsidR="003704DD" w:rsidRDefault="003704DD" w:rsidP="003C777F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21" w:type="dxa"/>
            <w:vAlign w:val="center"/>
          </w:tcPr>
          <w:p w14:paraId="194FDEEB" w14:textId="77777777" w:rsidR="003704DD" w:rsidRDefault="003704DD" w:rsidP="003C777F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00" w:type="dxa"/>
            <w:vAlign w:val="center"/>
          </w:tcPr>
          <w:p w14:paraId="2827A6F4" w14:textId="77777777" w:rsidR="003704DD" w:rsidRDefault="003704DD" w:rsidP="003C777F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66" w:type="dxa"/>
            <w:vAlign w:val="center"/>
          </w:tcPr>
          <w:p w14:paraId="143CA05B" w14:textId="77777777" w:rsidR="003704DD" w:rsidRDefault="003704DD" w:rsidP="003C777F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41" w:type="dxa"/>
            <w:vAlign w:val="center"/>
          </w:tcPr>
          <w:p w14:paraId="74E081FF" w14:textId="77777777" w:rsidR="003704DD" w:rsidRDefault="003704DD" w:rsidP="003C777F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2" w:type="dxa"/>
            <w:vAlign w:val="center"/>
          </w:tcPr>
          <w:p w14:paraId="63E803A7" w14:textId="77777777" w:rsidR="003704DD" w:rsidRDefault="003704DD" w:rsidP="003C777F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3C777F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3704DD" w14:paraId="7D811207" w14:textId="77777777" w:rsidTr="003C777F">
        <w:tc>
          <w:tcPr>
            <w:tcW w:w="1054" w:type="dxa"/>
            <w:vAlign w:val="center"/>
          </w:tcPr>
          <w:p w14:paraId="2337B897" w14:textId="77777777" w:rsidR="003704DD" w:rsidRDefault="003704DD" w:rsidP="003C777F">
            <w:pPr>
              <w:jc w:val="center"/>
            </w:pPr>
            <w:r>
              <w:t>35.04.02</w:t>
            </w:r>
          </w:p>
        </w:tc>
        <w:tc>
          <w:tcPr>
            <w:tcW w:w="2699" w:type="dxa"/>
            <w:vAlign w:val="center"/>
          </w:tcPr>
          <w:p w14:paraId="2BB14FA0" w14:textId="01C25AE0" w:rsidR="003704DD" w:rsidRPr="003C777F" w:rsidRDefault="003C777F" w:rsidP="003C777F">
            <w:pPr>
              <w:jc w:val="center"/>
              <w:rPr>
                <w:lang w:val="ru-RU"/>
              </w:rPr>
            </w:pPr>
            <w:r w:rsidRPr="003C777F">
              <w:rPr>
                <w:lang w:val="ru-RU"/>
              </w:rPr>
              <w:t>Технология и оборудование лесопромышленных производств</w:t>
            </w:r>
          </w:p>
        </w:tc>
        <w:tc>
          <w:tcPr>
            <w:tcW w:w="921" w:type="dxa"/>
            <w:vAlign w:val="center"/>
          </w:tcPr>
          <w:p w14:paraId="4C486DA3" w14:textId="77777777" w:rsidR="003704DD" w:rsidRDefault="003704DD" w:rsidP="003C777F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11A2EF1E" w14:textId="77777777" w:rsidR="003704DD" w:rsidRDefault="003704DD" w:rsidP="003C777F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32BC10C4" w14:textId="77777777" w:rsidR="003704DD" w:rsidRDefault="003704DD" w:rsidP="003C777F">
            <w:pPr>
              <w:jc w:val="center"/>
            </w:pPr>
            <w:r>
              <w:t>78.0%</w:t>
            </w:r>
          </w:p>
        </w:tc>
        <w:tc>
          <w:tcPr>
            <w:tcW w:w="1541" w:type="dxa"/>
            <w:vAlign w:val="center"/>
          </w:tcPr>
          <w:p w14:paraId="73DBF1E3" w14:textId="121D1082" w:rsidR="003704DD" w:rsidRDefault="003704DD" w:rsidP="003C777F">
            <w:pPr>
              <w:jc w:val="center"/>
            </w:pPr>
            <w:r>
              <w:t>ОПК-1</w:t>
            </w:r>
            <w:r w:rsidR="003C777F">
              <w:rPr>
                <w:lang w:val="ru-RU"/>
              </w:rPr>
              <w:t>,</w:t>
            </w:r>
            <w:r>
              <w:t xml:space="preserve"> ОПК-5</w:t>
            </w:r>
          </w:p>
        </w:tc>
        <w:tc>
          <w:tcPr>
            <w:tcW w:w="1302" w:type="dxa"/>
            <w:vAlign w:val="center"/>
          </w:tcPr>
          <w:p w14:paraId="57DB84A1" w14:textId="77777777" w:rsidR="003704DD" w:rsidRDefault="003704DD" w:rsidP="003C777F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1B7BF560" w14:textId="77777777" w:rsidR="003704DD" w:rsidRDefault="003704DD" w:rsidP="003C777F">
            <w:pPr>
              <w:jc w:val="center"/>
            </w:pPr>
            <w:r>
              <w:t>Высокий</w:t>
            </w:r>
          </w:p>
        </w:tc>
      </w:tr>
    </w:tbl>
    <w:p w14:paraId="4AD6B6D0" w14:textId="77777777" w:rsidR="006C6428" w:rsidRDefault="006C6428"/>
    <w:sectPr w:rsidR="006C6428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04DD"/>
    <w:rsid w:val="003C777F"/>
    <w:rsid w:val="006C6428"/>
    <w:rsid w:val="007B438D"/>
    <w:rsid w:val="00AA1D8D"/>
    <w:rsid w:val="00B47730"/>
    <w:rsid w:val="00CB0664"/>
    <w:rsid w:val="00D42075"/>
    <w:rsid w:val="00E74A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2026-08-06T09:16:00Z</dcterms:created>
  <dcterms:modified xsi:type="dcterms:W3CDTF">2026-08-06T09:19:00Z</dcterms:modified>
  <cp:category/>
</cp:coreProperties>
</file>