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E506E" w14:textId="77777777" w:rsidR="00A20636" w:rsidRPr="00FD08A6" w:rsidRDefault="00FD08A6">
      <w:pPr>
        <w:rPr>
          <w:lang w:val="ru-RU"/>
        </w:rPr>
      </w:pPr>
      <w:r w:rsidRPr="00FD08A6">
        <w:rPr>
          <w:lang w:val="ru-RU"/>
        </w:rPr>
        <w:t>Отчёт по результатам тестирования 'ООП'</w:t>
      </w:r>
    </w:p>
    <w:p w14:paraId="68608618" w14:textId="77777777" w:rsidR="00A20636" w:rsidRPr="00FD08A6" w:rsidRDefault="00FD08A6">
      <w:pPr>
        <w:rPr>
          <w:lang w:val="ru-RU"/>
        </w:rPr>
      </w:pPr>
      <w:r w:rsidRPr="00FD08A6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186"/>
        <w:gridCol w:w="2398"/>
        <w:gridCol w:w="1032"/>
        <w:gridCol w:w="767"/>
        <w:gridCol w:w="1132"/>
        <w:gridCol w:w="3348"/>
        <w:gridCol w:w="1764"/>
        <w:gridCol w:w="1605"/>
        <w:gridCol w:w="1464"/>
      </w:tblGrid>
      <w:tr w:rsidR="00FD08A6" w14:paraId="2E380B34" w14:textId="77777777" w:rsidTr="006C7F83">
        <w:tc>
          <w:tcPr>
            <w:tcW w:w="404" w:type="pct"/>
            <w:vAlign w:val="center"/>
          </w:tcPr>
          <w:p w14:paraId="15C2D64D" w14:textId="77777777" w:rsidR="00FD08A6" w:rsidRDefault="00FD08A6" w:rsidP="006C7F83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16" w:type="pct"/>
            <w:vAlign w:val="center"/>
          </w:tcPr>
          <w:p w14:paraId="6EA40CC1" w14:textId="77777777" w:rsidR="00FD08A6" w:rsidRDefault="00FD08A6" w:rsidP="006C7F83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351" w:type="pct"/>
            <w:vAlign w:val="center"/>
          </w:tcPr>
          <w:p w14:paraId="268A3E94" w14:textId="77777777" w:rsidR="00FD08A6" w:rsidRDefault="00FD08A6" w:rsidP="006C7F83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261" w:type="pct"/>
            <w:vAlign w:val="center"/>
          </w:tcPr>
          <w:p w14:paraId="208F6DFD" w14:textId="77777777" w:rsidR="00FD08A6" w:rsidRDefault="00FD08A6" w:rsidP="006C7F83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385" w:type="pct"/>
            <w:vAlign w:val="center"/>
          </w:tcPr>
          <w:p w14:paraId="397B3B8F" w14:textId="77777777" w:rsidR="00FD08A6" w:rsidRDefault="00FD08A6" w:rsidP="006C7F83">
            <w:pPr>
              <w:jc w:val="center"/>
            </w:pPr>
            <w:r>
              <w:rPr>
                <w:b/>
                <w:sz w:val="20"/>
              </w:rPr>
              <w:t>Группа</w:t>
            </w:r>
          </w:p>
        </w:tc>
        <w:tc>
          <w:tcPr>
            <w:tcW w:w="1139" w:type="pct"/>
            <w:vAlign w:val="center"/>
          </w:tcPr>
          <w:p w14:paraId="47A89CB7" w14:textId="77777777" w:rsidR="00FD08A6" w:rsidRDefault="00FD08A6" w:rsidP="006C7F83">
            <w:pPr>
              <w:jc w:val="center"/>
            </w:pPr>
            <w:r>
              <w:rPr>
                <w:b/>
                <w:sz w:val="20"/>
              </w:rPr>
              <w:t>Дисциплина</w:t>
            </w:r>
          </w:p>
        </w:tc>
        <w:tc>
          <w:tcPr>
            <w:tcW w:w="600" w:type="pct"/>
            <w:vAlign w:val="center"/>
          </w:tcPr>
          <w:p w14:paraId="2A90E210" w14:textId="77777777" w:rsidR="00FD08A6" w:rsidRDefault="00FD08A6" w:rsidP="006C7F83">
            <w:pPr>
              <w:jc w:val="center"/>
            </w:pPr>
            <w:r>
              <w:rPr>
                <w:b/>
                <w:sz w:val="20"/>
              </w:rPr>
              <w:t>Компетенции</w:t>
            </w:r>
          </w:p>
        </w:tc>
        <w:tc>
          <w:tcPr>
            <w:tcW w:w="546" w:type="pct"/>
            <w:vAlign w:val="center"/>
          </w:tcPr>
          <w:p w14:paraId="133D4187" w14:textId="77777777" w:rsidR="00FD08A6" w:rsidRDefault="00FD08A6" w:rsidP="006C7F83">
            <w:pPr>
              <w:jc w:val="center"/>
            </w:pPr>
            <w:r>
              <w:rPr>
                <w:b/>
                <w:sz w:val="20"/>
              </w:rPr>
              <w:t>Средний % по дисциплине</w:t>
            </w:r>
          </w:p>
        </w:tc>
        <w:tc>
          <w:tcPr>
            <w:tcW w:w="499" w:type="pct"/>
            <w:vAlign w:val="center"/>
          </w:tcPr>
          <w:p w14:paraId="300796FC" w14:textId="77777777" w:rsidR="00FD08A6" w:rsidRDefault="00FD08A6" w:rsidP="006C7F83">
            <w:pPr>
              <w:jc w:val="center"/>
            </w:pPr>
            <w:r>
              <w:rPr>
                <w:b/>
                <w:sz w:val="20"/>
              </w:rPr>
              <w:t>Дата</w:t>
            </w:r>
          </w:p>
        </w:tc>
      </w:tr>
      <w:tr w:rsidR="00FD08A6" w14:paraId="223B75EF" w14:textId="77777777" w:rsidTr="006C7F83">
        <w:tc>
          <w:tcPr>
            <w:tcW w:w="404" w:type="pct"/>
            <w:vAlign w:val="center"/>
          </w:tcPr>
          <w:p w14:paraId="3D5EB9B6" w14:textId="77777777" w:rsidR="00FD08A6" w:rsidRDefault="00FD08A6" w:rsidP="006C7F83">
            <w:pPr>
              <w:jc w:val="center"/>
            </w:pPr>
            <w:r>
              <w:t>35.04.09</w:t>
            </w:r>
          </w:p>
        </w:tc>
        <w:tc>
          <w:tcPr>
            <w:tcW w:w="816" w:type="pct"/>
            <w:vAlign w:val="center"/>
          </w:tcPr>
          <w:p w14:paraId="76074B96" w14:textId="77777777" w:rsidR="00FD08A6" w:rsidRDefault="00FD08A6" w:rsidP="006C7F83">
            <w:pPr>
              <w:jc w:val="center"/>
            </w:pPr>
            <w:r>
              <w:t>Благоустройство и озеленение территории</w:t>
            </w:r>
          </w:p>
        </w:tc>
        <w:tc>
          <w:tcPr>
            <w:tcW w:w="351" w:type="pct"/>
            <w:vAlign w:val="center"/>
          </w:tcPr>
          <w:p w14:paraId="10EBBCD8" w14:textId="77777777" w:rsidR="00FD08A6" w:rsidRDefault="00FD08A6" w:rsidP="006C7F83">
            <w:pPr>
              <w:jc w:val="center"/>
            </w:pPr>
            <w:r>
              <w:t>2025</w:t>
            </w:r>
          </w:p>
        </w:tc>
        <w:tc>
          <w:tcPr>
            <w:tcW w:w="261" w:type="pct"/>
            <w:vAlign w:val="center"/>
          </w:tcPr>
          <w:p w14:paraId="3EB86DFB" w14:textId="77777777" w:rsidR="00FD08A6" w:rsidRDefault="00FD08A6" w:rsidP="006C7F83">
            <w:pPr>
              <w:jc w:val="center"/>
            </w:pPr>
            <w:r>
              <w:t>1</w:t>
            </w:r>
          </w:p>
        </w:tc>
        <w:tc>
          <w:tcPr>
            <w:tcW w:w="385" w:type="pct"/>
            <w:vAlign w:val="center"/>
          </w:tcPr>
          <w:p w14:paraId="446002E9" w14:textId="77777777" w:rsidR="00FD08A6" w:rsidRDefault="00FD08A6" w:rsidP="006C7F83">
            <w:pPr>
              <w:jc w:val="center"/>
            </w:pPr>
            <w:r>
              <w:t>БОТм-25</w:t>
            </w:r>
          </w:p>
        </w:tc>
        <w:tc>
          <w:tcPr>
            <w:tcW w:w="1139" w:type="pct"/>
            <w:vAlign w:val="center"/>
          </w:tcPr>
          <w:p w14:paraId="325C7E7C" w14:textId="7B02B845" w:rsidR="00FD08A6" w:rsidRPr="00A05335" w:rsidRDefault="00FD08A6" w:rsidP="006C7F83">
            <w:pPr>
              <w:jc w:val="center"/>
              <w:rPr>
                <w:lang w:val="ru-RU"/>
              </w:rPr>
            </w:pPr>
            <w:r w:rsidRPr="00A05335">
              <w:rPr>
                <w:lang w:val="ru-RU"/>
              </w:rPr>
              <w:t>Б1.О.02.03 Экономика и организация деятельности в лесной отрасли</w:t>
            </w:r>
          </w:p>
        </w:tc>
        <w:tc>
          <w:tcPr>
            <w:tcW w:w="600" w:type="pct"/>
            <w:vAlign w:val="center"/>
          </w:tcPr>
          <w:p w14:paraId="216D2CB9" w14:textId="77777777" w:rsidR="00FD08A6" w:rsidRDefault="00FD08A6" w:rsidP="006C7F83">
            <w:pPr>
              <w:jc w:val="center"/>
            </w:pPr>
            <w:r>
              <w:t>ОПК-1, ОПК-5</w:t>
            </w:r>
          </w:p>
        </w:tc>
        <w:tc>
          <w:tcPr>
            <w:tcW w:w="546" w:type="pct"/>
            <w:vAlign w:val="center"/>
          </w:tcPr>
          <w:p w14:paraId="7459683B" w14:textId="77777777" w:rsidR="00FD08A6" w:rsidRDefault="00FD08A6" w:rsidP="006C7F83">
            <w:pPr>
              <w:jc w:val="center"/>
            </w:pPr>
            <w:r>
              <w:t>80.0%</w:t>
            </w:r>
          </w:p>
        </w:tc>
        <w:tc>
          <w:tcPr>
            <w:tcW w:w="499" w:type="pct"/>
            <w:vAlign w:val="center"/>
          </w:tcPr>
          <w:p w14:paraId="25009406" w14:textId="77777777" w:rsidR="00FD08A6" w:rsidRDefault="00FD08A6" w:rsidP="006C7F83">
            <w:pPr>
              <w:jc w:val="center"/>
            </w:pPr>
            <w:r>
              <w:t>27.05.2026</w:t>
            </w:r>
          </w:p>
        </w:tc>
      </w:tr>
    </w:tbl>
    <w:p w14:paraId="39EE3157" w14:textId="77777777" w:rsidR="00A20636" w:rsidRDefault="00A20636"/>
    <w:sectPr w:rsidR="00A20636" w:rsidSect="006C7F83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C7F83"/>
    <w:rsid w:val="00A05335"/>
    <w:rsid w:val="00A20636"/>
    <w:rsid w:val="00AA1D8D"/>
    <w:rsid w:val="00B47730"/>
    <w:rsid w:val="00CB0664"/>
    <w:rsid w:val="00FC693F"/>
    <w:rsid w:val="00FD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9D42CD"/>
  <w14:defaultImageDpi w14:val="300"/>
  <w15:docId w15:val="{C6D283CC-52D1-413E-89AC-F644944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2026-08-06T04:08:00Z</dcterms:created>
  <dcterms:modified xsi:type="dcterms:W3CDTF">2026-08-06T04:10:00Z</dcterms:modified>
  <cp:category/>
</cp:coreProperties>
</file>