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D87500" w14:textId="77777777" w:rsidR="0040692D" w:rsidRPr="002302EC" w:rsidRDefault="00B006DD">
      <w:pPr>
        <w:rPr>
          <w:lang w:val="ru-RU"/>
        </w:rPr>
      </w:pPr>
      <w:r w:rsidRPr="002302EC">
        <w:rPr>
          <w:lang w:val="ru-RU"/>
        </w:rPr>
        <w:t>Отчёт по результатам дисциплин 'ООП'</w:t>
      </w:r>
    </w:p>
    <w:p w14:paraId="7A0D5DAF" w14:textId="77777777" w:rsidR="0040692D" w:rsidRPr="002302EC" w:rsidRDefault="00B006DD">
      <w:pPr>
        <w:rPr>
          <w:lang w:val="ru-RU"/>
        </w:rPr>
      </w:pPr>
      <w:r w:rsidRPr="002302EC">
        <w:rPr>
          <w:lang w:val="ru-RU"/>
        </w:rPr>
        <w:t>Анализ по профилям групп</w:t>
      </w:r>
    </w:p>
    <w:tbl>
      <w:tblPr>
        <w:tblStyle w:val="aff0"/>
        <w:tblW w:w="0" w:type="auto"/>
        <w:tblLook w:val="04A0" w:firstRow="1" w:lastRow="0" w:firstColumn="1" w:lastColumn="0" w:noHBand="0" w:noVBand="1"/>
      </w:tblPr>
      <w:tblGrid>
        <w:gridCol w:w="1042"/>
        <w:gridCol w:w="2775"/>
        <w:gridCol w:w="906"/>
        <w:gridCol w:w="678"/>
        <w:gridCol w:w="1055"/>
        <w:gridCol w:w="1529"/>
        <w:gridCol w:w="1298"/>
        <w:gridCol w:w="2097"/>
      </w:tblGrid>
      <w:tr w:rsidR="002302EC" w14:paraId="171CF341" w14:textId="77777777" w:rsidTr="00F6664E">
        <w:tc>
          <w:tcPr>
            <w:tcW w:w="1042" w:type="dxa"/>
            <w:vAlign w:val="center"/>
          </w:tcPr>
          <w:p w14:paraId="0F8F8943" w14:textId="77777777" w:rsidR="002302EC" w:rsidRDefault="002302EC" w:rsidP="00F6664E">
            <w:pPr>
              <w:jc w:val="center"/>
            </w:pPr>
            <w:r>
              <w:rPr>
                <w:b/>
                <w:sz w:val="20"/>
              </w:rPr>
              <w:t>ООП</w:t>
            </w:r>
          </w:p>
        </w:tc>
        <w:tc>
          <w:tcPr>
            <w:tcW w:w="2775" w:type="dxa"/>
            <w:vAlign w:val="center"/>
          </w:tcPr>
          <w:p w14:paraId="109195A0" w14:textId="77777777" w:rsidR="002302EC" w:rsidRDefault="002302EC" w:rsidP="00F6664E">
            <w:pPr>
              <w:jc w:val="center"/>
            </w:pPr>
            <w:r>
              <w:rPr>
                <w:b/>
                <w:sz w:val="20"/>
              </w:rPr>
              <w:t>Профиль</w:t>
            </w:r>
          </w:p>
        </w:tc>
        <w:tc>
          <w:tcPr>
            <w:tcW w:w="906" w:type="dxa"/>
            <w:vAlign w:val="center"/>
          </w:tcPr>
          <w:p w14:paraId="3C25DD23" w14:textId="77777777" w:rsidR="002302EC" w:rsidRDefault="002302EC" w:rsidP="00F6664E">
            <w:pPr>
              <w:jc w:val="center"/>
            </w:pPr>
            <w:r>
              <w:rPr>
                <w:b/>
                <w:sz w:val="20"/>
              </w:rPr>
              <w:t>Год набора</w:t>
            </w:r>
          </w:p>
        </w:tc>
        <w:tc>
          <w:tcPr>
            <w:tcW w:w="678" w:type="dxa"/>
            <w:vAlign w:val="center"/>
          </w:tcPr>
          <w:p w14:paraId="13A16288" w14:textId="77777777" w:rsidR="002302EC" w:rsidRDefault="002302EC" w:rsidP="00F6664E">
            <w:pPr>
              <w:jc w:val="center"/>
            </w:pPr>
            <w:r>
              <w:rPr>
                <w:b/>
                <w:sz w:val="20"/>
              </w:rPr>
              <w:t>Курс</w:t>
            </w:r>
          </w:p>
        </w:tc>
        <w:tc>
          <w:tcPr>
            <w:tcW w:w="1055" w:type="dxa"/>
            <w:vAlign w:val="center"/>
          </w:tcPr>
          <w:p w14:paraId="314DB494" w14:textId="77777777" w:rsidR="002302EC" w:rsidRDefault="002302EC" w:rsidP="00F6664E">
            <w:pPr>
              <w:jc w:val="center"/>
            </w:pPr>
            <w:r>
              <w:rPr>
                <w:b/>
                <w:sz w:val="20"/>
              </w:rPr>
              <w:t>Средний % ОПОП</w:t>
            </w:r>
          </w:p>
        </w:tc>
        <w:tc>
          <w:tcPr>
            <w:tcW w:w="1529" w:type="dxa"/>
            <w:vAlign w:val="center"/>
          </w:tcPr>
          <w:p w14:paraId="0D155BF3" w14:textId="77777777" w:rsidR="002302EC" w:rsidRDefault="002302EC" w:rsidP="00F6664E">
            <w:pPr>
              <w:jc w:val="center"/>
            </w:pPr>
            <w:r>
              <w:rPr>
                <w:b/>
                <w:sz w:val="20"/>
              </w:rPr>
              <w:t>Перечень оценённых компетенций</w:t>
            </w:r>
          </w:p>
        </w:tc>
        <w:tc>
          <w:tcPr>
            <w:tcW w:w="1298" w:type="dxa"/>
            <w:vAlign w:val="center"/>
          </w:tcPr>
          <w:p w14:paraId="07752603" w14:textId="77777777" w:rsidR="002302EC" w:rsidRDefault="002302EC" w:rsidP="00F6664E">
            <w:pPr>
              <w:jc w:val="center"/>
            </w:pPr>
            <w:r>
              <w:rPr>
                <w:b/>
                <w:sz w:val="20"/>
              </w:rPr>
              <w:t>Кол-во дисциплин</w:t>
            </w:r>
          </w:p>
        </w:tc>
        <w:tc>
          <w:tcPr>
            <w:tcW w:w="2097" w:type="dxa"/>
            <w:vAlign w:val="center"/>
          </w:tcPr>
          <w:p w14:paraId="3440056D" w14:textId="77777777" w:rsidR="002302EC" w:rsidRDefault="002302EC" w:rsidP="00F6664E">
            <w:pPr>
              <w:jc w:val="center"/>
            </w:pPr>
            <w:r>
              <w:rPr>
                <w:b/>
                <w:sz w:val="20"/>
              </w:rPr>
              <w:t>Уровень сформированности</w:t>
            </w:r>
          </w:p>
        </w:tc>
      </w:tr>
      <w:tr w:rsidR="002302EC" w14:paraId="77782F31" w14:textId="77777777" w:rsidTr="00F6664E">
        <w:tc>
          <w:tcPr>
            <w:tcW w:w="1042" w:type="dxa"/>
            <w:vAlign w:val="center"/>
          </w:tcPr>
          <w:p w14:paraId="3D5A1667" w14:textId="77777777" w:rsidR="002302EC" w:rsidRDefault="002302EC" w:rsidP="00F6664E">
            <w:pPr>
              <w:jc w:val="center"/>
            </w:pPr>
            <w:r>
              <w:t>35.04.09</w:t>
            </w:r>
          </w:p>
        </w:tc>
        <w:tc>
          <w:tcPr>
            <w:tcW w:w="2775" w:type="dxa"/>
            <w:vAlign w:val="center"/>
          </w:tcPr>
          <w:p w14:paraId="441A472F" w14:textId="77777777" w:rsidR="002302EC" w:rsidRDefault="002302EC" w:rsidP="00F6664E">
            <w:pPr>
              <w:jc w:val="center"/>
            </w:pPr>
            <w:r>
              <w:t>Благоустройство и озеленение территории</w:t>
            </w:r>
          </w:p>
        </w:tc>
        <w:tc>
          <w:tcPr>
            <w:tcW w:w="906" w:type="dxa"/>
            <w:vAlign w:val="center"/>
          </w:tcPr>
          <w:p w14:paraId="3F29A0C7" w14:textId="77777777" w:rsidR="002302EC" w:rsidRDefault="002302EC" w:rsidP="00F6664E">
            <w:pPr>
              <w:jc w:val="center"/>
            </w:pPr>
            <w:r>
              <w:t>2025</w:t>
            </w:r>
          </w:p>
        </w:tc>
        <w:tc>
          <w:tcPr>
            <w:tcW w:w="678" w:type="dxa"/>
            <w:vAlign w:val="center"/>
          </w:tcPr>
          <w:p w14:paraId="3B09CFCE" w14:textId="77777777" w:rsidR="002302EC" w:rsidRDefault="002302EC" w:rsidP="00F6664E">
            <w:pPr>
              <w:jc w:val="center"/>
            </w:pPr>
            <w:r>
              <w:t>1</w:t>
            </w:r>
          </w:p>
        </w:tc>
        <w:tc>
          <w:tcPr>
            <w:tcW w:w="1055" w:type="dxa"/>
            <w:vAlign w:val="center"/>
          </w:tcPr>
          <w:p w14:paraId="0275DFB1" w14:textId="77777777" w:rsidR="002302EC" w:rsidRDefault="002302EC" w:rsidP="00F6664E">
            <w:pPr>
              <w:jc w:val="center"/>
            </w:pPr>
            <w:r>
              <w:t>80.0%</w:t>
            </w:r>
          </w:p>
        </w:tc>
        <w:tc>
          <w:tcPr>
            <w:tcW w:w="1529" w:type="dxa"/>
            <w:vAlign w:val="center"/>
          </w:tcPr>
          <w:p w14:paraId="7F133235" w14:textId="77777777" w:rsidR="002302EC" w:rsidRDefault="002302EC" w:rsidP="00F6664E">
            <w:pPr>
              <w:jc w:val="center"/>
            </w:pPr>
            <w:r>
              <w:t>ОПК-1 ОПК-5</w:t>
            </w:r>
          </w:p>
        </w:tc>
        <w:tc>
          <w:tcPr>
            <w:tcW w:w="1298" w:type="dxa"/>
            <w:vAlign w:val="center"/>
          </w:tcPr>
          <w:p w14:paraId="1E7A2234" w14:textId="77777777" w:rsidR="002302EC" w:rsidRDefault="002302EC" w:rsidP="00F6664E">
            <w:pPr>
              <w:jc w:val="center"/>
            </w:pPr>
            <w:r>
              <w:t>1</w:t>
            </w:r>
          </w:p>
        </w:tc>
        <w:tc>
          <w:tcPr>
            <w:tcW w:w="2097" w:type="dxa"/>
            <w:vAlign w:val="center"/>
          </w:tcPr>
          <w:p w14:paraId="4E7EF48A" w14:textId="77777777" w:rsidR="002302EC" w:rsidRDefault="002302EC" w:rsidP="00F6664E">
            <w:pPr>
              <w:jc w:val="center"/>
            </w:pPr>
            <w:r>
              <w:t>Высокий</w:t>
            </w:r>
          </w:p>
        </w:tc>
      </w:tr>
    </w:tbl>
    <w:p w14:paraId="004074C5" w14:textId="77777777" w:rsidR="00B006DD" w:rsidRDefault="00B006DD"/>
    <w:sectPr w:rsidR="00B006DD" w:rsidSect="00034616">
      <w:pgSz w:w="12240" w:h="15840"/>
      <w:pgMar w:top="567" w:right="283" w:bottom="567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302EC"/>
    <w:rsid w:val="0029639D"/>
    <w:rsid w:val="00326F90"/>
    <w:rsid w:val="0040692D"/>
    <w:rsid w:val="0062354C"/>
    <w:rsid w:val="00AA1D8D"/>
    <w:rsid w:val="00B006DD"/>
    <w:rsid w:val="00B47730"/>
    <w:rsid w:val="00CB0664"/>
    <w:rsid w:val="00F6664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3CF2D04"/>
  <w14:defaultImageDpi w14:val="300"/>
  <w15:docId w15:val="{C6D283CC-52D1-413E-89AC-F644944694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39</Words>
  <Characters>226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264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anastasia11daminova@gmail.com</cp:lastModifiedBy>
  <cp:revision>3</cp:revision>
  <dcterms:created xsi:type="dcterms:W3CDTF">2026-08-06T04:10:00Z</dcterms:created>
  <dcterms:modified xsi:type="dcterms:W3CDTF">2026-08-06T04:11:00Z</dcterms:modified>
  <cp:category/>
</cp:coreProperties>
</file>