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41"/>
        <w:gridCol w:w="2643"/>
        <w:gridCol w:w="906"/>
        <w:gridCol w:w="674"/>
        <w:gridCol w:w="1273"/>
        <w:gridCol w:w="3921"/>
        <w:gridCol w:w="1546"/>
        <w:gridCol w:w="1408"/>
        <w:gridCol w:w="1284"/>
      </w:tblGrid>
      <w:tr w:rsidR="00F73E55" w14:paraId="612A44C8" w14:textId="77777777" w:rsidTr="00505372">
        <w:tc>
          <w:tcPr>
            <w:tcW w:w="354" w:type="pct"/>
            <w:vAlign w:val="center"/>
          </w:tcPr>
          <w:p w14:paraId="73BEE674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99" w:type="pct"/>
            <w:vAlign w:val="center"/>
          </w:tcPr>
          <w:p w14:paraId="7D9BF536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308" w:type="pct"/>
            <w:vAlign w:val="center"/>
          </w:tcPr>
          <w:p w14:paraId="631B093C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229" w:type="pct"/>
            <w:vAlign w:val="center"/>
          </w:tcPr>
          <w:p w14:paraId="1F3E1CF0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433" w:type="pct"/>
            <w:vAlign w:val="center"/>
          </w:tcPr>
          <w:p w14:paraId="2CE8EA5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Группа</w:t>
            </w:r>
          </w:p>
        </w:tc>
        <w:tc>
          <w:tcPr>
            <w:tcW w:w="1334" w:type="pct"/>
            <w:vAlign w:val="center"/>
          </w:tcPr>
          <w:p w14:paraId="7E74076A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Дисциплина</w:t>
            </w:r>
          </w:p>
        </w:tc>
        <w:tc>
          <w:tcPr>
            <w:tcW w:w="526" w:type="pct"/>
            <w:vAlign w:val="center"/>
          </w:tcPr>
          <w:p w14:paraId="444D639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Компетенции</w:t>
            </w:r>
          </w:p>
        </w:tc>
        <w:tc>
          <w:tcPr>
            <w:tcW w:w="479" w:type="pct"/>
            <w:vAlign w:val="center"/>
          </w:tcPr>
          <w:p w14:paraId="67F2A23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Средний % по дисциплине</w:t>
            </w:r>
          </w:p>
        </w:tc>
        <w:tc>
          <w:tcPr>
            <w:tcW w:w="437" w:type="pct"/>
            <w:vAlign w:val="center"/>
          </w:tcPr>
          <w:p w14:paraId="6247378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Дата</w:t>
            </w:r>
          </w:p>
        </w:tc>
      </w:tr>
      <w:tr w:rsidR="00F73E55" w14:paraId="77CB02E9" w14:textId="77777777" w:rsidTr="00505372">
        <w:tc>
          <w:tcPr>
            <w:tcW w:w="354" w:type="pct"/>
            <w:vAlign w:val="center"/>
          </w:tcPr>
          <w:p w14:paraId="63DEC75D" w14:textId="77777777" w:rsidR="00F73E55" w:rsidRDefault="00F73E55" w:rsidP="00505372">
            <w:pPr>
              <w:jc w:val="center"/>
            </w:pPr>
            <w:r>
              <w:t>38.03.01</w:t>
            </w:r>
          </w:p>
        </w:tc>
        <w:tc>
          <w:tcPr>
            <w:tcW w:w="899" w:type="pct"/>
            <w:vAlign w:val="center"/>
          </w:tcPr>
          <w:p w14:paraId="74931F69" w14:textId="77777777" w:rsidR="00F73E55" w:rsidRDefault="00F73E55" w:rsidP="00505372">
            <w:pPr>
              <w:jc w:val="center"/>
            </w:pPr>
            <w:r>
              <w:t>Финансы и кредит</w:t>
            </w:r>
          </w:p>
        </w:tc>
        <w:tc>
          <w:tcPr>
            <w:tcW w:w="308" w:type="pct"/>
            <w:vAlign w:val="center"/>
          </w:tcPr>
          <w:p w14:paraId="4B28FD2C" w14:textId="77777777" w:rsidR="00F73E55" w:rsidRDefault="00F73E55" w:rsidP="00505372">
            <w:pPr>
              <w:jc w:val="center"/>
            </w:pPr>
            <w:r>
              <w:t>2022</w:t>
            </w:r>
          </w:p>
        </w:tc>
        <w:tc>
          <w:tcPr>
            <w:tcW w:w="229" w:type="pct"/>
            <w:vAlign w:val="center"/>
          </w:tcPr>
          <w:p w14:paraId="7E856EE7" w14:textId="77777777" w:rsidR="00F73E55" w:rsidRDefault="00F73E55" w:rsidP="00505372">
            <w:pPr>
              <w:jc w:val="center"/>
            </w:pPr>
            <w:r>
              <w:t>4</w:t>
            </w:r>
          </w:p>
        </w:tc>
        <w:tc>
          <w:tcPr>
            <w:tcW w:w="433" w:type="pct"/>
            <w:vAlign w:val="center"/>
          </w:tcPr>
          <w:p w14:paraId="5FFC7FAA" w14:textId="77777777" w:rsidR="00F73E55" w:rsidRDefault="00F73E55" w:rsidP="00505372">
            <w:pPr>
              <w:jc w:val="center"/>
            </w:pPr>
            <w:r>
              <w:t>ФиК-22</w:t>
            </w:r>
          </w:p>
        </w:tc>
        <w:tc>
          <w:tcPr>
            <w:tcW w:w="1334" w:type="pct"/>
            <w:vAlign w:val="center"/>
          </w:tcPr>
          <w:p w14:paraId="74BA7E63" w14:textId="1498115E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Б1.В.03.02 Анализ и диагностика финансово-хозяйственной деятельности</w:t>
            </w:r>
          </w:p>
        </w:tc>
        <w:tc>
          <w:tcPr>
            <w:tcW w:w="526" w:type="pct"/>
            <w:vAlign w:val="center"/>
          </w:tcPr>
          <w:p w14:paraId="318F8FCE" w14:textId="77777777" w:rsidR="00F73E55" w:rsidRDefault="00F73E55" w:rsidP="00505372">
            <w:pPr>
              <w:jc w:val="center"/>
            </w:pPr>
            <w:r>
              <w:t>ПК-3</w:t>
            </w:r>
          </w:p>
        </w:tc>
        <w:tc>
          <w:tcPr>
            <w:tcW w:w="479" w:type="pct"/>
            <w:vAlign w:val="center"/>
          </w:tcPr>
          <w:p w14:paraId="6B8CA4C7" w14:textId="77777777" w:rsidR="00F73E55" w:rsidRDefault="00F73E55" w:rsidP="00505372">
            <w:pPr>
              <w:jc w:val="center"/>
            </w:pPr>
            <w:r>
              <w:t>86.0%</w:t>
            </w:r>
          </w:p>
        </w:tc>
        <w:tc>
          <w:tcPr>
            <w:tcW w:w="437" w:type="pct"/>
            <w:vAlign w:val="center"/>
          </w:tcPr>
          <w:p w14:paraId="0D9A696C" w14:textId="77777777" w:rsidR="00F73E55" w:rsidRDefault="00F73E55" w:rsidP="00505372">
            <w:pPr>
              <w:jc w:val="center"/>
            </w:pPr>
            <w:r>
              <w:t>28.04.2026</w:t>
            </w:r>
          </w:p>
        </w:tc>
      </w:tr>
      <w:tr w:rsidR="00F73E55" w14:paraId="492EC1B0" w14:textId="77777777" w:rsidTr="00505372">
        <w:tc>
          <w:tcPr>
            <w:tcW w:w="354" w:type="pct"/>
            <w:vAlign w:val="center"/>
          </w:tcPr>
          <w:p w14:paraId="423BAB11" w14:textId="77777777" w:rsidR="00F73E55" w:rsidRDefault="00F73E55" w:rsidP="00505372">
            <w:pPr>
              <w:jc w:val="center"/>
            </w:pPr>
            <w:r>
              <w:t>38.03.01</w:t>
            </w:r>
          </w:p>
        </w:tc>
        <w:tc>
          <w:tcPr>
            <w:tcW w:w="899" w:type="pct"/>
            <w:vAlign w:val="center"/>
          </w:tcPr>
          <w:p w14:paraId="061E7FEC" w14:textId="77777777" w:rsidR="00F73E55" w:rsidRDefault="00F73E55" w:rsidP="00505372">
            <w:pPr>
              <w:jc w:val="center"/>
            </w:pPr>
            <w:r>
              <w:t>Финансы и кредит</w:t>
            </w:r>
          </w:p>
        </w:tc>
        <w:tc>
          <w:tcPr>
            <w:tcW w:w="308" w:type="pct"/>
            <w:vAlign w:val="center"/>
          </w:tcPr>
          <w:p w14:paraId="5B1E44EB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3346D073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3EB7A6E4" w14:textId="77777777" w:rsidR="00F73E55" w:rsidRDefault="00F73E55" w:rsidP="00505372">
            <w:pPr>
              <w:jc w:val="center"/>
            </w:pPr>
            <w:r>
              <w:t>ФиКоз-25</w:t>
            </w:r>
          </w:p>
        </w:tc>
        <w:tc>
          <w:tcPr>
            <w:tcW w:w="1334" w:type="pct"/>
            <w:vAlign w:val="center"/>
          </w:tcPr>
          <w:p w14:paraId="268A4DE0" w14:textId="28DEED8F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Б1.О.03.02 Деловые коммуникации</w:t>
            </w:r>
          </w:p>
        </w:tc>
        <w:tc>
          <w:tcPr>
            <w:tcW w:w="526" w:type="pct"/>
            <w:vAlign w:val="center"/>
          </w:tcPr>
          <w:p w14:paraId="22DA4412" w14:textId="77777777" w:rsidR="00F73E55" w:rsidRDefault="00F73E55" w:rsidP="00505372">
            <w:pPr>
              <w:jc w:val="center"/>
            </w:pPr>
            <w:r>
              <w:t>УК-4</w:t>
            </w:r>
          </w:p>
        </w:tc>
        <w:tc>
          <w:tcPr>
            <w:tcW w:w="479" w:type="pct"/>
            <w:vAlign w:val="center"/>
          </w:tcPr>
          <w:p w14:paraId="2A723B22" w14:textId="77777777" w:rsidR="00F73E55" w:rsidRDefault="00F73E55" w:rsidP="00505372">
            <w:pPr>
              <w:jc w:val="center"/>
            </w:pPr>
            <w:r>
              <w:t>72.0%</w:t>
            </w:r>
          </w:p>
        </w:tc>
        <w:tc>
          <w:tcPr>
            <w:tcW w:w="437" w:type="pct"/>
            <w:vAlign w:val="center"/>
          </w:tcPr>
          <w:p w14:paraId="7B5363F6" w14:textId="77777777" w:rsidR="00F73E55" w:rsidRDefault="00F73E55" w:rsidP="00505372">
            <w:pPr>
              <w:jc w:val="center"/>
            </w:pPr>
            <w:r>
              <w:t>29.04.2026</w:t>
            </w:r>
          </w:p>
        </w:tc>
      </w:tr>
      <w:tr w:rsidR="00F73E55" w14:paraId="009E8F05" w14:textId="77777777" w:rsidTr="00505372">
        <w:tc>
          <w:tcPr>
            <w:tcW w:w="354" w:type="pct"/>
            <w:vAlign w:val="center"/>
          </w:tcPr>
          <w:p w14:paraId="56598F81" w14:textId="77777777" w:rsidR="00F73E55" w:rsidRDefault="00F73E55" w:rsidP="00505372">
            <w:pPr>
              <w:jc w:val="center"/>
            </w:pPr>
            <w:r>
              <w:t>38.03.01</w:t>
            </w:r>
          </w:p>
        </w:tc>
        <w:tc>
          <w:tcPr>
            <w:tcW w:w="899" w:type="pct"/>
            <w:vAlign w:val="center"/>
          </w:tcPr>
          <w:p w14:paraId="44E33DBA" w14:textId="77777777" w:rsidR="00F73E55" w:rsidRDefault="00F73E55" w:rsidP="00505372">
            <w:pPr>
              <w:jc w:val="center"/>
            </w:pPr>
            <w:r>
              <w:t>Финансы и кредит</w:t>
            </w:r>
          </w:p>
        </w:tc>
        <w:tc>
          <w:tcPr>
            <w:tcW w:w="308" w:type="pct"/>
            <w:vAlign w:val="center"/>
          </w:tcPr>
          <w:p w14:paraId="5CC3D7B1" w14:textId="77777777" w:rsidR="00F73E55" w:rsidRDefault="00F73E55" w:rsidP="00505372">
            <w:pPr>
              <w:jc w:val="center"/>
            </w:pPr>
            <w:r>
              <w:t>2022</w:t>
            </w:r>
          </w:p>
        </w:tc>
        <w:tc>
          <w:tcPr>
            <w:tcW w:w="229" w:type="pct"/>
            <w:vAlign w:val="center"/>
          </w:tcPr>
          <w:p w14:paraId="60369A4F" w14:textId="77777777" w:rsidR="00F73E55" w:rsidRDefault="00F73E55" w:rsidP="00505372">
            <w:pPr>
              <w:jc w:val="center"/>
            </w:pPr>
            <w:r>
              <w:t>4</w:t>
            </w:r>
          </w:p>
        </w:tc>
        <w:tc>
          <w:tcPr>
            <w:tcW w:w="433" w:type="pct"/>
            <w:vAlign w:val="center"/>
          </w:tcPr>
          <w:p w14:paraId="29CAAFF4" w14:textId="77777777" w:rsidR="00F73E55" w:rsidRDefault="00F73E55" w:rsidP="00505372">
            <w:pPr>
              <w:jc w:val="center"/>
            </w:pPr>
            <w:r>
              <w:t>ФиКоз-22</w:t>
            </w:r>
          </w:p>
        </w:tc>
        <w:tc>
          <w:tcPr>
            <w:tcW w:w="1334" w:type="pct"/>
            <w:vAlign w:val="center"/>
          </w:tcPr>
          <w:p w14:paraId="5FCCE2A7" w14:textId="37AB7CDE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Б1.В.03.03 Международные стандарты финансовой отчетности</w:t>
            </w:r>
          </w:p>
        </w:tc>
        <w:tc>
          <w:tcPr>
            <w:tcW w:w="526" w:type="pct"/>
            <w:vAlign w:val="center"/>
          </w:tcPr>
          <w:p w14:paraId="522017A7" w14:textId="77777777" w:rsidR="00F73E55" w:rsidRDefault="00F73E55" w:rsidP="00505372">
            <w:pPr>
              <w:jc w:val="center"/>
            </w:pPr>
            <w:r>
              <w:t>ПК-1, ПК-3</w:t>
            </w:r>
          </w:p>
        </w:tc>
        <w:tc>
          <w:tcPr>
            <w:tcW w:w="479" w:type="pct"/>
            <w:vAlign w:val="center"/>
          </w:tcPr>
          <w:p w14:paraId="34384C97" w14:textId="77777777" w:rsidR="00F73E55" w:rsidRDefault="00F73E55" w:rsidP="00505372">
            <w:pPr>
              <w:jc w:val="center"/>
            </w:pPr>
            <w:r>
              <w:t>56.0%</w:t>
            </w:r>
          </w:p>
        </w:tc>
        <w:tc>
          <w:tcPr>
            <w:tcW w:w="437" w:type="pct"/>
            <w:vAlign w:val="center"/>
          </w:tcPr>
          <w:p w14:paraId="6EDF1E69" w14:textId="77777777" w:rsidR="00F73E55" w:rsidRDefault="00F73E55" w:rsidP="00505372">
            <w:pPr>
              <w:jc w:val="center"/>
            </w:pPr>
            <w:r>
              <w:t>06.05.2026</w:t>
            </w:r>
          </w:p>
        </w:tc>
      </w:tr>
      <w:tr w:rsidR="00F73E55" w14:paraId="3420CE78" w14:textId="77777777" w:rsidTr="00505372">
        <w:tc>
          <w:tcPr>
            <w:tcW w:w="354" w:type="pct"/>
            <w:vAlign w:val="center"/>
          </w:tcPr>
          <w:p w14:paraId="5DE16372" w14:textId="77777777" w:rsidR="00F73E55" w:rsidRDefault="00F73E55" w:rsidP="00505372">
            <w:pPr>
              <w:jc w:val="center"/>
            </w:pPr>
            <w:r>
              <w:t>38.03.01</w:t>
            </w:r>
          </w:p>
        </w:tc>
        <w:tc>
          <w:tcPr>
            <w:tcW w:w="899" w:type="pct"/>
            <w:vAlign w:val="center"/>
          </w:tcPr>
          <w:p w14:paraId="2AB0E1D6" w14:textId="77777777" w:rsidR="00F73E55" w:rsidRDefault="00F73E55" w:rsidP="00505372">
            <w:pPr>
              <w:jc w:val="center"/>
            </w:pPr>
            <w:r>
              <w:t>Финансы и кредит</w:t>
            </w:r>
          </w:p>
        </w:tc>
        <w:tc>
          <w:tcPr>
            <w:tcW w:w="308" w:type="pct"/>
            <w:vAlign w:val="center"/>
          </w:tcPr>
          <w:p w14:paraId="5ED49061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1BB3B793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5896502D" w14:textId="77777777" w:rsidR="00F73E55" w:rsidRDefault="00F73E55" w:rsidP="00505372">
            <w:pPr>
              <w:jc w:val="center"/>
            </w:pPr>
            <w:r>
              <w:t>ФиКоз-24</w:t>
            </w:r>
          </w:p>
        </w:tc>
        <w:tc>
          <w:tcPr>
            <w:tcW w:w="1334" w:type="pct"/>
            <w:vAlign w:val="center"/>
          </w:tcPr>
          <w:p w14:paraId="198EBD05" w14:textId="48EA59F1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Б1.В.ДВ.01.01 Бюджетная система РФ</w:t>
            </w:r>
          </w:p>
        </w:tc>
        <w:tc>
          <w:tcPr>
            <w:tcW w:w="526" w:type="pct"/>
            <w:vAlign w:val="center"/>
          </w:tcPr>
          <w:p w14:paraId="13F62729" w14:textId="77777777" w:rsidR="00F73E55" w:rsidRDefault="00F73E55" w:rsidP="00505372">
            <w:pPr>
              <w:jc w:val="center"/>
            </w:pPr>
            <w:r>
              <w:t>УК-10, ПК-3</w:t>
            </w:r>
          </w:p>
        </w:tc>
        <w:tc>
          <w:tcPr>
            <w:tcW w:w="479" w:type="pct"/>
            <w:vAlign w:val="center"/>
          </w:tcPr>
          <w:p w14:paraId="6549082A" w14:textId="77777777" w:rsidR="00F73E55" w:rsidRDefault="00F73E55" w:rsidP="00505372">
            <w:pPr>
              <w:jc w:val="center"/>
            </w:pPr>
            <w:r>
              <w:t>90.0%</w:t>
            </w:r>
          </w:p>
        </w:tc>
        <w:tc>
          <w:tcPr>
            <w:tcW w:w="437" w:type="pct"/>
            <w:vAlign w:val="center"/>
          </w:tcPr>
          <w:p w14:paraId="3DCB1CE8" w14:textId="77777777" w:rsidR="00F73E55" w:rsidRDefault="00F73E55" w:rsidP="00505372">
            <w:pPr>
              <w:jc w:val="center"/>
            </w:pPr>
            <w:r>
              <w:t>30.05.2026</w:t>
            </w:r>
          </w:p>
        </w:tc>
      </w:tr>
      <w:tr w:rsidR="00F73E55" w14:paraId="6D06F185" w14:textId="77777777" w:rsidTr="00505372">
        <w:tc>
          <w:tcPr>
            <w:tcW w:w="354" w:type="pct"/>
            <w:vAlign w:val="center"/>
          </w:tcPr>
          <w:p w14:paraId="699D916E" w14:textId="77777777" w:rsidR="00F73E55" w:rsidRDefault="00F73E55" w:rsidP="00505372">
            <w:pPr>
              <w:jc w:val="center"/>
            </w:pPr>
            <w:r>
              <w:t>38.03.01</w:t>
            </w:r>
          </w:p>
        </w:tc>
        <w:tc>
          <w:tcPr>
            <w:tcW w:w="899" w:type="pct"/>
            <w:vAlign w:val="center"/>
          </w:tcPr>
          <w:p w14:paraId="5CE11FDF" w14:textId="77777777" w:rsidR="00F73E55" w:rsidRDefault="00F73E55" w:rsidP="00505372">
            <w:pPr>
              <w:jc w:val="center"/>
            </w:pPr>
            <w:r>
              <w:t>Финансы и кредит</w:t>
            </w:r>
          </w:p>
        </w:tc>
        <w:tc>
          <w:tcPr>
            <w:tcW w:w="308" w:type="pct"/>
            <w:vAlign w:val="center"/>
          </w:tcPr>
          <w:p w14:paraId="439091F7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1C3C9669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5B630047" w14:textId="77777777" w:rsidR="00F73E55" w:rsidRDefault="00F73E55" w:rsidP="00505372">
            <w:pPr>
              <w:jc w:val="center"/>
            </w:pPr>
            <w:r>
              <w:t>ФиКоз-25</w:t>
            </w:r>
          </w:p>
        </w:tc>
        <w:tc>
          <w:tcPr>
            <w:tcW w:w="1334" w:type="pct"/>
            <w:vAlign w:val="center"/>
          </w:tcPr>
          <w:p w14:paraId="000E7E3C" w14:textId="78EBF916" w:rsidR="00F73E55" w:rsidRDefault="006B2EB4" w:rsidP="00505372">
            <w:pPr>
              <w:jc w:val="center"/>
            </w:pPr>
            <w:r w:rsidRPr="006B2EB4">
              <w:t>Б1.О.06</w:t>
            </w:r>
            <w:r>
              <w:rPr>
                <w:lang w:val="ru-RU"/>
              </w:rPr>
              <w:t xml:space="preserve"> М</w:t>
            </w:r>
            <w:r w:rsidR="00F73E55">
              <w:t>атематика</w:t>
            </w:r>
          </w:p>
        </w:tc>
        <w:tc>
          <w:tcPr>
            <w:tcW w:w="526" w:type="pct"/>
            <w:vAlign w:val="center"/>
          </w:tcPr>
          <w:p w14:paraId="470D807D" w14:textId="62B46831" w:rsidR="00F73E55" w:rsidRPr="006B2EB4" w:rsidRDefault="006B2EB4" w:rsidP="005053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УК-1</w:t>
            </w:r>
          </w:p>
        </w:tc>
        <w:tc>
          <w:tcPr>
            <w:tcW w:w="479" w:type="pct"/>
            <w:vAlign w:val="center"/>
          </w:tcPr>
          <w:p w14:paraId="6C071A32" w14:textId="77777777" w:rsidR="00F73E55" w:rsidRDefault="00F73E55" w:rsidP="00505372">
            <w:pPr>
              <w:jc w:val="center"/>
            </w:pPr>
            <w:r>
              <w:t>90.0%</w:t>
            </w:r>
          </w:p>
        </w:tc>
        <w:tc>
          <w:tcPr>
            <w:tcW w:w="437" w:type="pct"/>
            <w:vAlign w:val="center"/>
          </w:tcPr>
          <w:p w14:paraId="6784CF05" w14:textId="77777777" w:rsidR="00F73E55" w:rsidRDefault="00F73E55" w:rsidP="00505372">
            <w:pPr>
              <w:jc w:val="center"/>
            </w:pPr>
            <w:r>
              <w:t>05.06.2026</w:t>
            </w:r>
          </w:p>
        </w:tc>
      </w:tr>
      <w:tr w:rsidR="00F73E55" w14:paraId="2BDC6E3C" w14:textId="77777777" w:rsidTr="00505372">
        <w:tc>
          <w:tcPr>
            <w:tcW w:w="354" w:type="pct"/>
            <w:vAlign w:val="center"/>
          </w:tcPr>
          <w:p w14:paraId="3E6C5B13" w14:textId="77777777" w:rsidR="00F73E55" w:rsidRDefault="00F73E55" w:rsidP="00505372">
            <w:pPr>
              <w:jc w:val="center"/>
            </w:pPr>
            <w:r>
              <w:t>38.03.01</w:t>
            </w:r>
          </w:p>
        </w:tc>
        <w:tc>
          <w:tcPr>
            <w:tcW w:w="899" w:type="pct"/>
            <w:vAlign w:val="center"/>
          </w:tcPr>
          <w:p w14:paraId="5DEEC722" w14:textId="77777777" w:rsidR="00F73E55" w:rsidRDefault="00F73E55" w:rsidP="00505372">
            <w:pPr>
              <w:jc w:val="center"/>
            </w:pPr>
            <w:r>
              <w:t>Финансы и кредит</w:t>
            </w:r>
          </w:p>
        </w:tc>
        <w:tc>
          <w:tcPr>
            <w:tcW w:w="308" w:type="pct"/>
            <w:vAlign w:val="center"/>
          </w:tcPr>
          <w:p w14:paraId="2C5A5E63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21E3B92F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384402E9" w14:textId="77777777" w:rsidR="00F73E55" w:rsidRDefault="00F73E55" w:rsidP="00505372">
            <w:pPr>
              <w:jc w:val="center"/>
            </w:pPr>
            <w:r>
              <w:t>ФиКоз-25</w:t>
            </w:r>
          </w:p>
        </w:tc>
        <w:tc>
          <w:tcPr>
            <w:tcW w:w="1334" w:type="pct"/>
            <w:vAlign w:val="center"/>
          </w:tcPr>
          <w:p w14:paraId="24307F62" w14:textId="70F64373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Б1.О.07 Экономика (2 семестр)</w:t>
            </w:r>
          </w:p>
        </w:tc>
        <w:tc>
          <w:tcPr>
            <w:tcW w:w="526" w:type="pct"/>
            <w:vAlign w:val="center"/>
          </w:tcPr>
          <w:p w14:paraId="7393AB2A" w14:textId="77777777" w:rsidR="00F73E55" w:rsidRDefault="00F73E55" w:rsidP="00505372">
            <w:pPr>
              <w:jc w:val="center"/>
            </w:pPr>
            <w:r>
              <w:t>УК-10</w:t>
            </w:r>
          </w:p>
        </w:tc>
        <w:tc>
          <w:tcPr>
            <w:tcW w:w="479" w:type="pct"/>
            <w:vAlign w:val="center"/>
          </w:tcPr>
          <w:p w14:paraId="031A5EED" w14:textId="77777777" w:rsidR="00F73E55" w:rsidRDefault="00F73E55" w:rsidP="00505372">
            <w:pPr>
              <w:jc w:val="center"/>
            </w:pPr>
            <w:r>
              <w:t>95.0%</w:t>
            </w:r>
          </w:p>
        </w:tc>
        <w:tc>
          <w:tcPr>
            <w:tcW w:w="437" w:type="pct"/>
            <w:vAlign w:val="center"/>
          </w:tcPr>
          <w:p w14:paraId="25B85688" w14:textId="77777777" w:rsidR="00F73E55" w:rsidRDefault="00F73E55" w:rsidP="00505372">
            <w:pPr>
              <w:jc w:val="center"/>
            </w:pPr>
            <w:r>
              <w:t>08.06.2026</w:t>
            </w:r>
          </w:p>
        </w:tc>
      </w:tr>
      <w:tr w:rsidR="00F73E55" w14:paraId="0F786F3F" w14:textId="77777777" w:rsidTr="00505372">
        <w:tc>
          <w:tcPr>
            <w:tcW w:w="354" w:type="pct"/>
            <w:vAlign w:val="center"/>
          </w:tcPr>
          <w:p w14:paraId="427DC193" w14:textId="77777777" w:rsidR="00F73E55" w:rsidRDefault="00F73E55" w:rsidP="00505372">
            <w:pPr>
              <w:jc w:val="center"/>
            </w:pPr>
            <w:r>
              <w:t>38.03.01</w:t>
            </w:r>
          </w:p>
        </w:tc>
        <w:tc>
          <w:tcPr>
            <w:tcW w:w="899" w:type="pct"/>
            <w:vAlign w:val="center"/>
          </w:tcPr>
          <w:p w14:paraId="6D77ECB5" w14:textId="77777777" w:rsidR="00F73E55" w:rsidRDefault="00F73E55" w:rsidP="00505372">
            <w:pPr>
              <w:jc w:val="center"/>
            </w:pPr>
            <w:r>
              <w:t>Финансы и кредит</w:t>
            </w:r>
          </w:p>
        </w:tc>
        <w:tc>
          <w:tcPr>
            <w:tcW w:w="308" w:type="pct"/>
            <w:vAlign w:val="center"/>
          </w:tcPr>
          <w:p w14:paraId="2CC0C076" w14:textId="77777777" w:rsidR="00F73E55" w:rsidRDefault="00F73E55" w:rsidP="00505372">
            <w:pPr>
              <w:jc w:val="center"/>
            </w:pPr>
            <w:r>
              <w:t>2022</w:t>
            </w:r>
          </w:p>
        </w:tc>
        <w:tc>
          <w:tcPr>
            <w:tcW w:w="229" w:type="pct"/>
            <w:vAlign w:val="center"/>
          </w:tcPr>
          <w:p w14:paraId="79A42723" w14:textId="77777777" w:rsidR="00F73E55" w:rsidRDefault="00F73E55" w:rsidP="00505372">
            <w:pPr>
              <w:jc w:val="center"/>
            </w:pPr>
            <w:r>
              <w:t>4</w:t>
            </w:r>
          </w:p>
        </w:tc>
        <w:tc>
          <w:tcPr>
            <w:tcW w:w="433" w:type="pct"/>
            <w:vAlign w:val="center"/>
          </w:tcPr>
          <w:p w14:paraId="297E535E" w14:textId="77777777" w:rsidR="00F73E55" w:rsidRDefault="00F73E55" w:rsidP="00505372">
            <w:pPr>
              <w:jc w:val="center"/>
            </w:pPr>
            <w:r>
              <w:t>ФиКоз-22</w:t>
            </w:r>
          </w:p>
        </w:tc>
        <w:tc>
          <w:tcPr>
            <w:tcW w:w="1334" w:type="pct"/>
            <w:vAlign w:val="center"/>
          </w:tcPr>
          <w:p w14:paraId="6E50F51E" w14:textId="32869288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Б1.В.04.02 Инвестиционные проекты</w:t>
            </w:r>
          </w:p>
        </w:tc>
        <w:tc>
          <w:tcPr>
            <w:tcW w:w="526" w:type="pct"/>
            <w:vAlign w:val="center"/>
          </w:tcPr>
          <w:p w14:paraId="32D8740A" w14:textId="77777777" w:rsidR="00F73E55" w:rsidRDefault="00F73E55" w:rsidP="00505372">
            <w:pPr>
              <w:jc w:val="center"/>
            </w:pPr>
            <w:r>
              <w:t>ПК-5, ПК-6, ПК-7</w:t>
            </w:r>
          </w:p>
        </w:tc>
        <w:tc>
          <w:tcPr>
            <w:tcW w:w="479" w:type="pct"/>
            <w:vAlign w:val="center"/>
          </w:tcPr>
          <w:p w14:paraId="34E86C17" w14:textId="77777777" w:rsidR="00F73E55" w:rsidRDefault="00F73E55" w:rsidP="00505372">
            <w:pPr>
              <w:jc w:val="center"/>
            </w:pPr>
            <w:r>
              <w:t>68.0%</w:t>
            </w:r>
          </w:p>
        </w:tc>
        <w:tc>
          <w:tcPr>
            <w:tcW w:w="437" w:type="pct"/>
            <w:vAlign w:val="center"/>
          </w:tcPr>
          <w:p w14:paraId="53877AA2" w14:textId="77777777" w:rsidR="00F73E55" w:rsidRDefault="00F73E55" w:rsidP="00505372">
            <w:pPr>
              <w:jc w:val="center"/>
            </w:pPr>
            <w:r>
              <w:t>09.06.2026</w:t>
            </w:r>
          </w:p>
        </w:tc>
      </w:tr>
    </w:tbl>
    <w:p w14:paraId="7A04E189" w14:textId="77777777" w:rsidR="005C48D3" w:rsidRDefault="005C48D3"/>
    <w:sectPr w:rsidR="005C48D3" w:rsidSect="00505372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588"/>
    <w:rsid w:val="000E7510"/>
    <w:rsid w:val="001238B4"/>
    <w:rsid w:val="00134D91"/>
    <w:rsid w:val="0015074B"/>
    <w:rsid w:val="001C3013"/>
    <w:rsid w:val="0029639D"/>
    <w:rsid w:val="00326F90"/>
    <w:rsid w:val="003B5616"/>
    <w:rsid w:val="00464C7F"/>
    <w:rsid w:val="00505372"/>
    <w:rsid w:val="00592540"/>
    <w:rsid w:val="005C48D3"/>
    <w:rsid w:val="00620119"/>
    <w:rsid w:val="006B2EB4"/>
    <w:rsid w:val="00702BF4"/>
    <w:rsid w:val="00770A8D"/>
    <w:rsid w:val="009122B5"/>
    <w:rsid w:val="00A12853"/>
    <w:rsid w:val="00A747C5"/>
    <w:rsid w:val="00A91224"/>
    <w:rsid w:val="00AA1D8D"/>
    <w:rsid w:val="00AA446A"/>
    <w:rsid w:val="00B47730"/>
    <w:rsid w:val="00B808C6"/>
    <w:rsid w:val="00C2546A"/>
    <w:rsid w:val="00CB0664"/>
    <w:rsid w:val="00D57540"/>
    <w:rsid w:val="00DC6C23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2026-08-07T03:00:00Z</dcterms:created>
  <dcterms:modified xsi:type="dcterms:W3CDTF">2026-08-07T03:05:00Z</dcterms:modified>
  <cp:category/>
</cp:coreProperties>
</file>