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24AD0E63" w14:textId="77777777" w:rsidTr="00505372">
        <w:tc>
          <w:tcPr>
            <w:tcW w:w="354" w:type="pct"/>
            <w:vAlign w:val="center"/>
          </w:tcPr>
          <w:p w14:paraId="6E28E7B9" w14:textId="77777777" w:rsidR="00F73E55" w:rsidRDefault="00F73E55" w:rsidP="00505372">
            <w:pPr>
              <w:jc w:val="center"/>
            </w:pPr>
            <w:r>
              <w:t>40.03.01</w:t>
            </w:r>
          </w:p>
        </w:tc>
        <w:tc>
          <w:tcPr>
            <w:tcW w:w="899" w:type="pct"/>
            <w:vAlign w:val="center"/>
          </w:tcPr>
          <w:p w14:paraId="324E9D5E" w14:textId="77777777" w:rsidR="00F73E55" w:rsidRDefault="00F73E55" w:rsidP="00505372">
            <w:pPr>
              <w:jc w:val="center"/>
            </w:pPr>
            <w:r>
              <w:t>Юриспруденция</w:t>
            </w:r>
          </w:p>
        </w:tc>
        <w:tc>
          <w:tcPr>
            <w:tcW w:w="308" w:type="pct"/>
            <w:vAlign w:val="center"/>
          </w:tcPr>
          <w:p w14:paraId="0CF7EE0D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E74267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8F4707B" w14:textId="77777777" w:rsidR="00F73E55" w:rsidRDefault="00F73E55" w:rsidP="00505372">
            <w:pPr>
              <w:jc w:val="center"/>
            </w:pPr>
            <w:r>
              <w:t>Юоз-24</w:t>
            </w:r>
          </w:p>
        </w:tc>
        <w:tc>
          <w:tcPr>
            <w:tcW w:w="1334" w:type="pct"/>
            <w:vAlign w:val="center"/>
          </w:tcPr>
          <w:p w14:paraId="048C02F1" w14:textId="39F75E5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Б1.О.02.12 Трудовое право</w:t>
            </w:r>
          </w:p>
        </w:tc>
        <w:tc>
          <w:tcPr>
            <w:tcW w:w="526" w:type="pct"/>
            <w:vAlign w:val="center"/>
          </w:tcPr>
          <w:p w14:paraId="0A598C61" w14:textId="77777777" w:rsidR="00F73E55" w:rsidRDefault="00F73E55" w:rsidP="00505372">
            <w:pPr>
              <w:jc w:val="center"/>
            </w:pPr>
            <w:r>
              <w:t>ОПК-4</w:t>
            </w:r>
          </w:p>
        </w:tc>
        <w:tc>
          <w:tcPr>
            <w:tcW w:w="479" w:type="pct"/>
            <w:vAlign w:val="center"/>
          </w:tcPr>
          <w:p w14:paraId="286B1AE4" w14:textId="77777777" w:rsidR="00F73E55" w:rsidRDefault="00F73E55" w:rsidP="00505372">
            <w:pPr>
              <w:jc w:val="center"/>
            </w:pPr>
            <w:r>
              <w:t>67.0%</w:t>
            </w:r>
          </w:p>
        </w:tc>
        <w:tc>
          <w:tcPr>
            <w:tcW w:w="437" w:type="pct"/>
            <w:vAlign w:val="center"/>
          </w:tcPr>
          <w:p w14:paraId="2FF35267" w14:textId="77777777" w:rsidR="00F73E55" w:rsidRDefault="00F73E55" w:rsidP="00505372">
            <w:pPr>
              <w:jc w:val="center"/>
            </w:pPr>
            <w:r>
              <w:t>12.05.2026</w:t>
            </w:r>
          </w:p>
        </w:tc>
      </w:tr>
      <w:tr w:rsidR="00F73E55" w14:paraId="5A0E3D82" w14:textId="77777777" w:rsidTr="00505372">
        <w:tc>
          <w:tcPr>
            <w:tcW w:w="354" w:type="pct"/>
            <w:vAlign w:val="center"/>
          </w:tcPr>
          <w:p w14:paraId="1E0DC50F" w14:textId="77777777" w:rsidR="00F73E55" w:rsidRDefault="00F73E55" w:rsidP="00505372">
            <w:pPr>
              <w:jc w:val="center"/>
            </w:pPr>
            <w:r>
              <w:t>40.03.01</w:t>
            </w:r>
          </w:p>
        </w:tc>
        <w:tc>
          <w:tcPr>
            <w:tcW w:w="899" w:type="pct"/>
            <w:vAlign w:val="center"/>
          </w:tcPr>
          <w:p w14:paraId="114D82CE" w14:textId="77777777" w:rsidR="00F73E55" w:rsidRDefault="00F73E55" w:rsidP="00505372">
            <w:pPr>
              <w:jc w:val="center"/>
            </w:pPr>
            <w:r>
              <w:t>Юриспруденция</w:t>
            </w:r>
          </w:p>
        </w:tc>
        <w:tc>
          <w:tcPr>
            <w:tcW w:w="308" w:type="pct"/>
            <w:vAlign w:val="center"/>
          </w:tcPr>
          <w:p w14:paraId="659FCEB5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EC9E699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2A04430" w14:textId="77777777" w:rsidR="00F73E55" w:rsidRDefault="00F73E55" w:rsidP="00505372">
            <w:pPr>
              <w:jc w:val="center"/>
            </w:pPr>
            <w:r>
              <w:t>Юоз-23</w:t>
            </w:r>
          </w:p>
        </w:tc>
        <w:tc>
          <w:tcPr>
            <w:tcW w:w="1334" w:type="pct"/>
            <w:vAlign w:val="center"/>
          </w:tcPr>
          <w:p w14:paraId="3964BFA7" w14:textId="61EBD99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Б1.В.02.02 Логика</w:t>
            </w:r>
          </w:p>
        </w:tc>
        <w:tc>
          <w:tcPr>
            <w:tcW w:w="526" w:type="pct"/>
            <w:vAlign w:val="center"/>
          </w:tcPr>
          <w:p w14:paraId="691937D1" w14:textId="77777777" w:rsidR="00F73E55" w:rsidRDefault="00F73E55" w:rsidP="00505372">
            <w:pPr>
              <w:jc w:val="center"/>
            </w:pPr>
            <w:r>
              <w:t>УК-2, УК-9</w:t>
            </w:r>
          </w:p>
        </w:tc>
        <w:tc>
          <w:tcPr>
            <w:tcW w:w="479" w:type="pct"/>
            <w:vAlign w:val="center"/>
          </w:tcPr>
          <w:p w14:paraId="077F3814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36970100" w14:textId="77777777" w:rsidR="00F73E55" w:rsidRDefault="00F73E55" w:rsidP="00505372">
            <w:pPr>
              <w:jc w:val="center"/>
            </w:pPr>
            <w:r>
              <w:t>16.05.2026</w:t>
            </w:r>
          </w:p>
        </w:tc>
      </w:tr>
      <w:tr w:rsidR="00F73E55" w14:paraId="3D3BE991" w14:textId="77777777" w:rsidTr="00505372">
        <w:tc>
          <w:tcPr>
            <w:tcW w:w="354" w:type="pct"/>
            <w:vAlign w:val="center"/>
          </w:tcPr>
          <w:p w14:paraId="6F5A7C44" w14:textId="77777777" w:rsidR="00F73E55" w:rsidRDefault="00F73E55" w:rsidP="00505372">
            <w:pPr>
              <w:jc w:val="center"/>
            </w:pPr>
            <w:r>
              <w:t>40.03.01</w:t>
            </w:r>
          </w:p>
        </w:tc>
        <w:tc>
          <w:tcPr>
            <w:tcW w:w="899" w:type="pct"/>
            <w:vAlign w:val="center"/>
          </w:tcPr>
          <w:p w14:paraId="7D5E26F3" w14:textId="77777777" w:rsidR="00F73E55" w:rsidRDefault="00F73E55" w:rsidP="00505372">
            <w:pPr>
              <w:jc w:val="center"/>
            </w:pPr>
            <w:r>
              <w:t>Юриспруденция</w:t>
            </w:r>
          </w:p>
        </w:tc>
        <w:tc>
          <w:tcPr>
            <w:tcW w:w="308" w:type="pct"/>
            <w:vAlign w:val="center"/>
          </w:tcPr>
          <w:p w14:paraId="200927FF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A5034E2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2099460" w14:textId="77777777" w:rsidR="00F73E55" w:rsidRDefault="00F73E55" w:rsidP="00505372">
            <w:pPr>
              <w:jc w:val="center"/>
            </w:pPr>
            <w:r>
              <w:t>Юоз-24</w:t>
            </w:r>
          </w:p>
        </w:tc>
        <w:tc>
          <w:tcPr>
            <w:tcW w:w="1334" w:type="pct"/>
            <w:vAlign w:val="center"/>
          </w:tcPr>
          <w:p w14:paraId="148DEB4A" w14:textId="2B7F35A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 02.20 Международное право</w:t>
            </w:r>
          </w:p>
        </w:tc>
        <w:tc>
          <w:tcPr>
            <w:tcW w:w="526" w:type="pct"/>
            <w:vAlign w:val="center"/>
          </w:tcPr>
          <w:p w14:paraId="23882324" w14:textId="77777777" w:rsidR="00F73E55" w:rsidRDefault="00F73E55" w:rsidP="00505372">
            <w:pPr>
              <w:jc w:val="center"/>
            </w:pPr>
            <w:r>
              <w:t>ОПК-1, ОПК-4</w:t>
            </w:r>
          </w:p>
        </w:tc>
        <w:tc>
          <w:tcPr>
            <w:tcW w:w="479" w:type="pct"/>
            <w:vAlign w:val="center"/>
          </w:tcPr>
          <w:p w14:paraId="38B8EAD4" w14:textId="77777777" w:rsidR="00F73E55" w:rsidRDefault="00F73E55" w:rsidP="00505372">
            <w:pPr>
              <w:jc w:val="center"/>
            </w:pPr>
            <w:r>
              <w:t>57.0%</w:t>
            </w:r>
          </w:p>
        </w:tc>
        <w:tc>
          <w:tcPr>
            <w:tcW w:w="437" w:type="pct"/>
            <w:vAlign w:val="center"/>
          </w:tcPr>
          <w:p w14:paraId="29159D2F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B5616"/>
    <w:rsid w:val="004237EF"/>
    <w:rsid w:val="00464C7F"/>
    <w:rsid w:val="00505372"/>
    <w:rsid w:val="00592540"/>
    <w:rsid w:val="005C48D3"/>
    <w:rsid w:val="00620119"/>
    <w:rsid w:val="00702BF4"/>
    <w:rsid w:val="00770A8D"/>
    <w:rsid w:val="008B2096"/>
    <w:rsid w:val="009122B5"/>
    <w:rsid w:val="00A12853"/>
    <w:rsid w:val="00A747C5"/>
    <w:rsid w:val="00A91224"/>
    <w:rsid w:val="00AA1D8D"/>
    <w:rsid w:val="00AA446A"/>
    <w:rsid w:val="00B40C04"/>
    <w:rsid w:val="00B47730"/>
    <w:rsid w:val="00B808C6"/>
    <w:rsid w:val="00C4015F"/>
    <w:rsid w:val="00CB0664"/>
    <w:rsid w:val="00D15FC4"/>
    <w:rsid w:val="00D76AAA"/>
    <w:rsid w:val="00DC6C23"/>
    <w:rsid w:val="00DD1042"/>
    <w:rsid w:val="00EA020C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2026-08-07T04:03:00Z</dcterms:created>
  <dcterms:modified xsi:type="dcterms:W3CDTF">2026-08-07T04:04:00Z</dcterms:modified>
  <cp:category/>
</cp:coreProperties>
</file>