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90"/>
        <w:gridCol w:w="2510"/>
        <w:gridCol w:w="972"/>
        <w:gridCol w:w="776"/>
        <w:gridCol w:w="1101"/>
        <w:gridCol w:w="1525"/>
        <w:gridCol w:w="1309"/>
        <w:gridCol w:w="2097"/>
      </w:tblGrid>
      <w:tr w:rsidR="003E7D31" w14:paraId="183B234D" w14:textId="77777777" w:rsidTr="003E7D31">
        <w:tc>
          <w:tcPr>
            <w:tcW w:w="1090" w:type="dxa"/>
            <w:vAlign w:val="center"/>
          </w:tcPr>
          <w:p w14:paraId="5392C3C3" w14:textId="77777777" w:rsidR="003E7D31" w:rsidRDefault="003E7D31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510" w:type="dxa"/>
            <w:vAlign w:val="center"/>
          </w:tcPr>
          <w:p w14:paraId="406CF8AA" w14:textId="77777777" w:rsidR="003E7D31" w:rsidRDefault="003E7D31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72" w:type="dxa"/>
            <w:vAlign w:val="center"/>
          </w:tcPr>
          <w:p w14:paraId="2F8C7005" w14:textId="77777777" w:rsidR="003E7D31" w:rsidRDefault="003E7D31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76" w:type="dxa"/>
            <w:vAlign w:val="center"/>
          </w:tcPr>
          <w:p w14:paraId="39B236A0" w14:textId="77777777" w:rsidR="003E7D31" w:rsidRDefault="003E7D31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101" w:type="dxa"/>
            <w:vAlign w:val="center"/>
          </w:tcPr>
          <w:p w14:paraId="04E6648E" w14:textId="77777777" w:rsidR="003E7D31" w:rsidRDefault="003E7D31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25" w:type="dxa"/>
            <w:vAlign w:val="center"/>
          </w:tcPr>
          <w:p w14:paraId="15AC598E" w14:textId="77777777" w:rsidR="003E7D31" w:rsidRDefault="003E7D31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9" w:type="dxa"/>
            <w:vAlign w:val="center"/>
          </w:tcPr>
          <w:p w14:paraId="0FF45862" w14:textId="77777777" w:rsidR="003E7D31" w:rsidRDefault="003E7D31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2BEF5921" w14:textId="77777777" w:rsidR="003E7D31" w:rsidRDefault="003E7D31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3E7D31" w14:paraId="7D3EA7D2" w14:textId="77777777" w:rsidTr="003E7D31">
        <w:tc>
          <w:tcPr>
            <w:tcW w:w="1090" w:type="dxa"/>
            <w:vAlign w:val="center"/>
          </w:tcPr>
          <w:p w14:paraId="2FC6126C" w14:textId="77777777" w:rsidR="003E7D31" w:rsidRDefault="003E7D31" w:rsidP="006E7F4C">
            <w:pPr>
              <w:jc w:val="center"/>
            </w:pPr>
            <w:r>
              <w:t>40.03.01</w:t>
            </w:r>
          </w:p>
        </w:tc>
        <w:tc>
          <w:tcPr>
            <w:tcW w:w="2510" w:type="dxa"/>
            <w:vAlign w:val="center"/>
          </w:tcPr>
          <w:p w14:paraId="5CBD7DB8" w14:textId="77777777" w:rsidR="003E7D31" w:rsidRDefault="003E7D31" w:rsidP="006E7F4C">
            <w:pPr>
              <w:jc w:val="center"/>
            </w:pPr>
            <w:proofErr w:type="spellStart"/>
            <w:r>
              <w:t>Юриспруденция</w:t>
            </w:r>
            <w:proofErr w:type="spellEnd"/>
          </w:p>
        </w:tc>
        <w:tc>
          <w:tcPr>
            <w:tcW w:w="972" w:type="dxa"/>
            <w:vAlign w:val="center"/>
          </w:tcPr>
          <w:p w14:paraId="6C8CD66E" w14:textId="77777777" w:rsidR="003E7D31" w:rsidRDefault="003E7D31" w:rsidP="006E7F4C">
            <w:pPr>
              <w:jc w:val="center"/>
            </w:pPr>
            <w:r>
              <w:t>2023</w:t>
            </w:r>
          </w:p>
        </w:tc>
        <w:tc>
          <w:tcPr>
            <w:tcW w:w="776" w:type="dxa"/>
            <w:vAlign w:val="center"/>
          </w:tcPr>
          <w:p w14:paraId="720B2AF3" w14:textId="77777777" w:rsidR="003E7D31" w:rsidRDefault="003E7D31" w:rsidP="006E7F4C">
            <w:pPr>
              <w:jc w:val="center"/>
            </w:pPr>
            <w:r>
              <w:t>3</w:t>
            </w:r>
          </w:p>
        </w:tc>
        <w:tc>
          <w:tcPr>
            <w:tcW w:w="1101" w:type="dxa"/>
            <w:vAlign w:val="center"/>
          </w:tcPr>
          <w:p w14:paraId="317BA92F" w14:textId="77777777" w:rsidR="003E7D31" w:rsidRDefault="003E7D31" w:rsidP="006E7F4C">
            <w:pPr>
              <w:jc w:val="center"/>
            </w:pPr>
            <w:r>
              <w:t>72.0%</w:t>
            </w:r>
          </w:p>
        </w:tc>
        <w:tc>
          <w:tcPr>
            <w:tcW w:w="1525" w:type="dxa"/>
            <w:vAlign w:val="center"/>
          </w:tcPr>
          <w:p w14:paraId="7016421E" w14:textId="0669FE72" w:rsidR="003E7D31" w:rsidRDefault="003E7D31" w:rsidP="006E7F4C">
            <w:pPr>
              <w:jc w:val="center"/>
            </w:pPr>
            <w:r>
              <w:t>УК-2</w:t>
            </w:r>
            <w:r>
              <w:rPr>
                <w:lang w:val="ru-RU"/>
              </w:rPr>
              <w:t>,</w:t>
            </w:r>
            <w:r>
              <w:t xml:space="preserve"> УК-9</w:t>
            </w:r>
          </w:p>
        </w:tc>
        <w:tc>
          <w:tcPr>
            <w:tcW w:w="1309" w:type="dxa"/>
            <w:vAlign w:val="center"/>
          </w:tcPr>
          <w:p w14:paraId="20F37522" w14:textId="77777777" w:rsidR="003E7D31" w:rsidRDefault="003E7D31" w:rsidP="006E7F4C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36E1531F" w14:textId="77777777" w:rsidR="003E7D31" w:rsidRDefault="003E7D31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3E7D31" w14:paraId="0CC1EB3B" w14:textId="77777777" w:rsidTr="003E7D31">
        <w:tc>
          <w:tcPr>
            <w:tcW w:w="1090" w:type="dxa"/>
            <w:vAlign w:val="center"/>
          </w:tcPr>
          <w:p w14:paraId="67B92224" w14:textId="77777777" w:rsidR="003E7D31" w:rsidRDefault="003E7D31" w:rsidP="006E7F4C">
            <w:pPr>
              <w:jc w:val="center"/>
            </w:pPr>
            <w:r>
              <w:t>40.03.01</w:t>
            </w:r>
          </w:p>
        </w:tc>
        <w:tc>
          <w:tcPr>
            <w:tcW w:w="2510" w:type="dxa"/>
            <w:vAlign w:val="center"/>
          </w:tcPr>
          <w:p w14:paraId="445FACD9" w14:textId="77777777" w:rsidR="003E7D31" w:rsidRDefault="003E7D31" w:rsidP="006E7F4C">
            <w:pPr>
              <w:jc w:val="center"/>
            </w:pPr>
            <w:proofErr w:type="spellStart"/>
            <w:r>
              <w:t>Юриспруденция</w:t>
            </w:r>
            <w:proofErr w:type="spellEnd"/>
          </w:p>
        </w:tc>
        <w:tc>
          <w:tcPr>
            <w:tcW w:w="972" w:type="dxa"/>
            <w:vAlign w:val="center"/>
          </w:tcPr>
          <w:p w14:paraId="2576DEA5" w14:textId="77777777" w:rsidR="003E7D31" w:rsidRDefault="003E7D31" w:rsidP="006E7F4C">
            <w:pPr>
              <w:jc w:val="center"/>
            </w:pPr>
            <w:r>
              <w:t>2024</w:t>
            </w:r>
          </w:p>
        </w:tc>
        <w:tc>
          <w:tcPr>
            <w:tcW w:w="776" w:type="dxa"/>
            <w:vAlign w:val="center"/>
          </w:tcPr>
          <w:p w14:paraId="5C48234D" w14:textId="77777777" w:rsidR="003E7D31" w:rsidRDefault="003E7D31" w:rsidP="006E7F4C">
            <w:pPr>
              <w:jc w:val="center"/>
            </w:pPr>
            <w:r>
              <w:t>2</w:t>
            </w:r>
          </w:p>
        </w:tc>
        <w:tc>
          <w:tcPr>
            <w:tcW w:w="1101" w:type="dxa"/>
            <w:vAlign w:val="center"/>
          </w:tcPr>
          <w:p w14:paraId="567F2620" w14:textId="77777777" w:rsidR="003E7D31" w:rsidRDefault="003E7D31" w:rsidP="006E7F4C">
            <w:pPr>
              <w:jc w:val="center"/>
            </w:pPr>
            <w:r>
              <w:t>62.0%</w:t>
            </w:r>
          </w:p>
        </w:tc>
        <w:tc>
          <w:tcPr>
            <w:tcW w:w="1525" w:type="dxa"/>
            <w:vAlign w:val="center"/>
          </w:tcPr>
          <w:p w14:paraId="66E67BB4" w14:textId="2B52FDE2" w:rsidR="003E7D31" w:rsidRDefault="003E7D31" w:rsidP="006E7F4C">
            <w:pPr>
              <w:jc w:val="center"/>
            </w:pPr>
            <w:r>
              <w:t>ОПК-1</w:t>
            </w:r>
            <w:r>
              <w:rPr>
                <w:lang w:val="ru-RU"/>
              </w:rPr>
              <w:t>,</w:t>
            </w:r>
            <w:r>
              <w:t xml:space="preserve"> ОПК-4</w:t>
            </w:r>
          </w:p>
        </w:tc>
        <w:tc>
          <w:tcPr>
            <w:tcW w:w="1309" w:type="dxa"/>
            <w:vAlign w:val="center"/>
          </w:tcPr>
          <w:p w14:paraId="33249FAD" w14:textId="77777777" w:rsidR="003E7D31" w:rsidRDefault="003E7D31" w:rsidP="006E7F4C">
            <w:pPr>
              <w:jc w:val="center"/>
            </w:pPr>
            <w:r>
              <w:t>2</w:t>
            </w:r>
          </w:p>
        </w:tc>
        <w:tc>
          <w:tcPr>
            <w:tcW w:w="2097" w:type="dxa"/>
            <w:vAlign w:val="center"/>
          </w:tcPr>
          <w:p w14:paraId="1F0E9048" w14:textId="77777777" w:rsidR="003E7D31" w:rsidRDefault="003E7D31" w:rsidP="006E7F4C">
            <w:pPr>
              <w:jc w:val="center"/>
            </w:pPr>
            <w:proofErr w:type="spellStart"/>
            <w:r>
              <w:t>Средний</w:t>
            </w:r>
            <w:proofErr w:type="spellEnd"/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456"/>
    <w:rsid w:val="00034616"/>
    <w:rsid w:val="0006063C"/>
    <w:rsid w:val="000B06D4"/>
    <w:rsid w:val="0015074B"/>
    <w:rsid w:val="001763A5"/>
    <w:rsid w:val="001817CB"/>
    <w:rsid w:val="001A1A84"/>
    <w:rsid w:val="0029639D"/>
    <w:rsid w:val="00326F90"/>
    <w:rsid w:val="003704DD"/>
    <w:rsid w:val="003E7D31"/>
    <w:rsid w:val="004533B1"/>
    <w:rsid w:val="00505EA1"/>
    <w:rsid w:val="005068FE"/>
    <w:rsid w:val="00586473"/>
    <w:rsid w:val="005B15C0"/>
    <w:rsid w:val="006210DE"/>
    <w:rsid w:val="006E7F4C"/>
    <w:rsid w:val="007B438D"/>
    <w:rsid w:val="007F08E5"/>
    <w:rsid w:val="008657F1"/>
    <w:rsid w:val="008A61DE"/>
    <w:rsid w:val="00952B49"/>
    <w:rsid w:val="00995D0C"/>
    <w:rsid w:val="009961A2"/>
    <w:rsid w:val="00AA1D8D"/>
    <w:rsid w:val="00B47730"/>
    <w:rsid w:val="00CB0664"/>
    <w:rsid w:val="00CC52DB"/>
    <w:rsid w:val="00D00904"/>
    <w:rsid w:val="00D22F38"/>
    <w:rsid w:val="00D42075"/>
    <w:rsid w:val="00DC54C9"/>
    <w:rsid w:val="00E406D6"/>
    <w:rsid w:val="00E8704E"/>
    <w:rsid w:val="00F75F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2026-08-07T04:04:00Z</dcterms:created>
  <dcterms:modified xsi:type="dcterms:W3CDTF">2026-08-07T04:05:00Z</dcterms:modified>
  <cp:category/>
</cp:coreProperties>
</file>