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73E55" w14:paraId="0BD6EEE8" w14:textId="77777777" w:rsidTr="00505372">
        <w:tc>
          <w:tcPr>
            <w:tcW w:w="354" w:type="pct"/>
            <w:vAlign w:val="center"/>
          </w:tcPr>
          <w:p w14:paraId="11A0C8FC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604B1B34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3C5F7873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359CB675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581088CF" w14:textId="77777777" w:rsidR="00F73E55" w:rsidRDefault="00F73E55" w:rsidP="00505372">
            <w:pPr>
              <w:jc w:val="center"/>
            </w:pPr>
            <w:r>
              <w:t>ПОзус-24-2</w:t>
            </w:r>
          </w:p>
        </w:tc>
        <w:tc>
          <w:tcPr>
            <w:tcW w:w="1334" w:type="pct"/>
            <w:vAlign w:val="center"/>
          </w:tcPr>
          <w:p w14:paraId="0D5D5308" w14:textId="32CE4E3D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.02.01 Психология педагогического конфликта</w:t>
            </w:r>
          </w:p>
        </w:tc>
        <w:tc>
          <w:tcPr>
            <w:tcW w:w="526" w:type="pct"/>
            <w:vAlign w:val="center"/>
          </w:tcPr>
          <w:p w14:paraId="5047079D" w14:textId="77777777" w:rsidR="00F73E55" w:rsidRDefault="00F73E55" w:rsidP="00505372">
            <w:pPr>
              <w:jc w:val="center"/>
            </w:pPr>
            <w:r>
              <w:t>ПК-5</w:t>
            </w:r>
          </w:p>
        </w:tc>
        <w:tc>
          <w:tcPr>
            <w:tcW w:w="479" w:type="pct"/>
            <w:vAlign w:val="center"/>
          </w:tcPr>
          <w:p w14:paraId="4FFBE43B" w14:textId="77777777" w:rsidR="00F73E55" w:rsidRDefault="00F73E55" w:rsidP="00505372">
            <w:pPr>
              <w:jc w:val="center"/>
            </w:pPr>
            <w:r>
              <w:t>81.0%</w:t>
            </w:r>
          </w:p>
        </w:tc>
        <w:tc>
          <w:tcPr>
            <w:tcW w:w="437" w:type="pct"/>
            <w:vAlign w:val="center"/>
          </w:tcPr>
          <w:p w14:paraId="0D6F8F3E" w14:textId="77777777" w:rsidR="00F73E55" w:rsidRDefault="00F73E55" w:rsidP="00505372">
            <w:pPr>
              <w:jc w:val="center"/>
            </w:pPr>
            <w:r>
              <w:t>03.03.2026</w:t>
            </w:r>
          </w:p>
        </w:tc>
      </w:tr>
      <w:tr w:rsidR="00F73E55" w14:paraId="0CF4478A" w14:textId="77777777" w:rsidTr="00505372">
        <w:tc>
          <w:tcPr>
            <w:tcW w:w="354" w:type="pct"/>
            <w:vAlign w:val="center"/>
          </w:tcPr>
          <w:p w14:paraId="4F97E24B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10D130F0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444F2AEC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2C2E815E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0F25C0A1" w14:textId="77777777" w:rsidR="00F73E55" w:rsidRDefault="00F73E55" w:rsidP="00505372">
            <w:pPr>
              <w:jc w:val="center"/>
            </w:pPr>
            <w:r>
              <w:t>ПОзус-24-2</w:t>
            </w:r>
          </w:p>
        </w:tc>
        <w:tc>
          <w:tcPr>
            <w:tcW w:w="1334" w:type="pct"/>
            <w:vAlign w:val="center"/>
          </w:tcPr>
          <w:p w14:paraId="365B8CEC" w14:textId="2F9C3894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.02.01 Психология педагогического конфликта</w:t>
            </w:r>
          </w:p>
        </w:tc>
        <w:tc>
          <w:tcPr>
            <w:tcW w:w="526" w:type="pct"/>
            <w:vAlign w:val="center"/>
          </w:tcPr>
          <w:p w14:paraId="713A088E" w14:textId="77777777" w:rsidR="00F73E55" w:rsidRDefault="00F73E55" w:rsidP="00505372">
            <w:pPr>
              <w:jc w:val="center"/>
            </w:pPr>
            <w:r>
              <w:t>ПК-4</w:t>
            </w:r>
          </w:p>
        </w:tc>
        <w:tc>
          <w:tcPr>
            <w:tcW w:w="479" w:type="pct"/>
            <w:vAlign w:val="center"/>
          </w:tcPr>
          <w:p w14:paraId="5A673315" w14:textId="77777777" w:rsidR="00F73E55" w:rsidRDefault="00F73E55" w:rsidP="00505372">
            <w:pPr>
              <w:jc w:val="center"/>
            </w:pPr>
            <w:r>
              <w:t>83.0%</w:t>
            </w:r>
          </w:p>
        </w:tc>
        <w:tc>
          <w:tcPr>
            <w:tcW w:w="437" w:type="pct"/>
            <w:vAlign w:val="center"/>
          </w:tcPr>
          <w:p w14:paraId="441FA470" w14:textId="77777777" w:rsidR="00F73E55" w:rsidRDefault="00F73E55" w:rsidP="00505372">
            <w:pPr>
              <w:jc w:val="center"/>
            </w:pPr>
            <w:r>
              <w:t>03.03.2026</w:t>
            </w:r>
          </w:p>
        </w:tc>
      </w:tr>
      <w:tr w:rsidR="00F73E55" w14:paraId="203FB99B" w14:textId="77777777" w:rsidTr="00505372">
        <w:tc>
          <w:tcPr>
            <w:tcW w:w="354" w:type="pct"/>
            <w:vAlign w:val="center"/>
          </w:tcPr>
          <w:p w14:paraId="12692D5C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67FDED0C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137BE245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2A41CAE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3CECE7BF" w14:textId="77777777" w:rsidR="00F73E55" w:rsidRDefault="00F73E55" w:rsidP="00505372">
            <w:pPr>
              <w:jc w:val="center"/>
            </w:pPr>
            <w:r>
              <w:t>ПОзус-24-2</w:t>
            </w:r>
          </w:p>
        </w:tc>
        <w:tc>
          <w:tcPr>
            <w:tcW w:w="1334" w:type="pct"/>
            <w:vAlign w:val="center"/>
          </w:tcPr>
          <w:p w14:paraId="67836E7D" w14:textId="17334502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.02.01 Психология педагогического конфликта</w:t>
            </w:r>
          </w:p>
        </w:tc>
        <w:tc>
          <w:tcPr>
            <w:tcW w:w="526" w:type="pct"/>
            <w:vAlign w:val="center"/>
          </w:tcPr>
          <w:p w14:paraId="3832A506" w14:textId="77777777" w:rsidR="00F73E55" w:rsidRDefault="00F73E55" w:rsidP="00505372">
            <w:pPr>
              <w:jc w:val="center"/>
            </w:pPr>
            <w:r>
              <w:t>УК-3</w:t>
            </w:r>
          </w:p>
        </w:tc>
        <w:tc>
          <w:tcPr>
            <w:tcW w:w="479" w:type="pct"/>
            <w:vAlign w:val="center"/>
          </w:tcPr>
          <w:p w14:paraId="09F1BB70" w14:textId="77777777" w:rsidR="00F73E55" w:rsidRDefault="00F73E55" w:rsidP="00505372">
            <w:pPr>
              <w:jc w:val="center"/>
            </w:pPr>
            <w:r>
              <w:t>88.0%</w:t>
            </w:r>
          </w:p>
        </w:tc>
        <w:tc>
          <w:tcPr>
            <w:tcW w:w="437" w:type="pct"/>
            <w:vAlign w:val="center"/>
          </w:tcPr>
          <w:p w14:paraId="19B06C84" w14:textId="77777777" w:rsidR="00F73E55" w:rsidRDefault="00F73E55" w:rsidP="00505372">
            <w:pPr>
              <w:jc w:val="center"/>
            </w:pPr>
            <w:r>
              <w:t>03.03.2026</w:t>
            </w:r>
          </w:p>
        </w:tc>
      </w:tr>
      <w:tr w:rsidR="00F73E55" w14:paraId="7C4D4FE4" w14:textId="77777777" w:rsidTr="00505372">
        <w:tc>
          <w:tcPr>
            <w:tcW w:w="354" w:type="pct"/>
            <w:vAlign w:val="center"/>
          </w:tcPr>
          <w:p w14:paraId="47C024E2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3153C712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7608D6A0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4C1EB734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51672220" w14:textId="77777777" w:rsidR="00F73E55" w:rsidRDefault="00F73E55" w:rsidP="00505372">
            <w:pPr>
              <w:jc w:val="center"/>
            </w:pPr>
            <w:r>
              <w:t>ПОзус-24-2</w:t>
            </w:r>
          </w:p>
        </w:tc>
        <w:tc>
          <w:tcPr>
            <w:tcW w:w="1334" w:type="pct"/>
            <w:vAlign w:val="center"/>
          </w:tcPr>
          <w:p w14:paraId="7C951677" w14:textId="24EB1CE5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Б1.О.08.04 Основы математической обработки информации</w:t>
            </w:r>
          </w:p>
        </w:tc>
        <w:tc>
          <w:tcPr>
            <w:tcW w:w="526" w:type="pct"/>
            <w:vAlign w:val="center"/>
          </w:tcPr>
          <w:p w14:paraId="7E8BC232" w14:textId="77777777" w:rsidR="00F73E55" w:rsidRDefault="00F73E55" w:rsidP="00505372">
            <w:pPr>
              <w:jc w:val="center"/>
            </w:pPr>
            <w:r>
              <w:t>ОПК-8</w:t>
            </w:r>
          </w:p>
        </w:tc>
        <w:tc>
          <w:tcPr>
            <w:tcW w:w="479" w:type="pct"/>
            <w:vAlign w:val="center"/>
          </w:tcPr>
          <w:p w14:paraId="52A5F8D1" w14:textId="77777777" w:rsidR="00F73E55" w:rsidRDefault="00F73E55" w:rsidP="00505372">
            <w:pPr>
              <w:jc w:val="center"/>
            </w:pPr>
            <w:r>
              <w:t>93.0%</w:t>
            </w:r>
          </w:p>
        </w:tc>
        <w:tc>
          <w:tcPr>
            <w:tcW w:w="437" w:type="pct"/>
            <w:vAlign w:val="center"/>
          </w:tcPr>
          <w:p w14:paraId="44473F1F" w14:textId="77777777" w:rsidR="00F73E55" w:rsidRDefault="00F73E55" w:rsidP="00505372">
            <w:pPr>
              <w:jc w:val="center"/>
            </w:pPr>
            <w:r>
              <w:t>04.03.2026</w:t>
            </w:r>
          </w:p>
        </w:tc>
      </w:tr>
      <w:tr w:rsidR="00F73E55" w14:paraId="048E9ED0" w14:textId="77777777" w:rsidTr="00505372">
        <w:tc>
          <w:tcPr>
            <w:tcW w:w="354" w:type="pct"/>
            <w:vAlign w:val="center"/>
          </w:tcPr>
          <w:p w14:paraId="3CFED08B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169341EF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2A5534B5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21D3D727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56F1AD03" w14:textId="77777777" w:rsidR="00F73E55" w:rsidRDefault="00F73E55" w:rsidP="00505372">
            <w:pPr>
              <w:jc w:val="center"/>
            </w:pPr>
            <w:r>
              <w:t>ПОзус-24-2</w:t>
            </w:r>
          </w:p>
        </w:tc>
        <w:tc>
          <w:tcPr>
            <w:tcW w:w="1334" w:type="pct"/>
            <w:vAlign w:val="center"/>
          </w:tcPr>
          <w:p w14:paraId="10872EA0" w14:textId="6AC03563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Б1.О.08.04 Основы математической обработки информации</w:t>
            </w:r>
          </w:p>
        </w:tc>
        <w:tc>
          <w:tcPr>
            <w:tcW w:w="526" w:type="pct"/>
            <w:vAlign w:val="center"/>
          </w:tcPr>
          <w:p w14:paraId="2D145E22" w14:textId="77777777" w:rsidR="00F73E55" w:rsidRDefault="00F73E55" w:rsidP="00505372">
            <w:pPr>
              <w:jc w:val="center"/>
            </w:pPr>
            <w:r>
              <w:t>УК-1</w:t>
            </w:r>
          </w:p>
        </w:tc>
        <w:tc>
          <w:tcPr>
            <w:tcW w:w="479" w:type="pct"/>
            <w:vAlign w:val="center"/>
          </w:tcPr>
          <w:p w14:paraId="016C0610" w14:textId="77777777" w:rsidR="00F73E55" w:rsidRDefault="00F73E55" w:rsidP="00505372">
            <w:pPr>
              <w:jc w:val="center"/>
            </w:pPr>
            <w:r>
              <w:t>82.0%</w:t>
            </w:r>
          </w:p>
        </w:tc>
        <w:tc>
          <w:tcPr>
            <w:tcW w:w="437" w:type="pct"/>
            <w:vAlign w:val="center"/>
          </w:tcPr>
          <w:p w14:paraId="283140C5" w14:textId="77777777" w:rsidR="00F73E55" w:rsidRDefault="00F73E55" w:rsidP="00505372">
            <w:pPr>
              <w:jc w:val="center"/>
            </w:pPr>
            <w:r>
              <w:t>04.03.2026</w:t>
            </w:r>
          </w:p>
        </w:tc>
      </w:tr>
      <w:tr w:rsidR="00F73E55" w14:paraId="517A3ACE" w14:textId="77777777" w:rsidTr="00505372">
        <w:tc>
          <w:tcPr>
            <w:tcW w:w="354" w:type="pct"/>
            <w:vAlign w:val="center"/>
          </w:tcPr>
          <w:p w14:paraId="6E6F36FD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3B9D6A8E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210D9557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2126F696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6ECE9302" w14:textId="77777777" w:rsidR="00F73E55" w:rsidRDefault="00F73E55" w:rsidP="00505372">
            <w:pPr>
              <w:jc w:val="center"/>
            </w:pPr>
            <w:r>
              <w:t>ПОзус-24-3</w:t>
            </w:r>
          </w:p>
        </w:tc>
        <w:tc>
          <w:tcPr>
            <w:tcW w:w="1334" w:type="pct"/>
            <w:vAlign w:val="center"/>
          </w:tcPr>
          <w:p w14:paraId="05EAAE9D" w14:textId="6ACCF9A5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Б1.О.08.04 Основы математической обработки информации</w:t>
            </w:r>
          </w:p>
        </w:tc>
        <w:tc>
          <w:tcPr>
            <w:tcW w:w="526" w:type="pct"/>
            <w:vAlign w:val="center"/>
          </w:tcPr>
          <w:p w14:paraId="17396C51" w14:textId="77777777" w:rsidR="00F73E55" w:rsidRDefault="00F73E55" w:rsidP="00505372">
            <w:pPr>
              <w:jc w:val="center"/>
            </w:pPr>
            <w:r>
              <w:t>ОПК-8</w:t>
            </w:r>
          </w:p>
        </w:tc>
        <w:tc>
          <w:tcPr>
            <w:tcW w:w="479" w:type="pct"/>
            <w:vAlign w:val="center"/>
          </w:tcPr>
          <w:p w14:paraId="10FD2A82" w14:textId="77777777" w:rsidR="00F73E55" w:rsidRDefault="00F73E55" w:rsidP="00505372">
            <w:pPr>
              <w:jc w:val="center"/>
            </w:pPr>
            <w:r>
              <w:t>92.0%</w:t>
            </w:r>
          </w:p>
        </w:tc>
        <w:tc>
          <w:tcPr>
            <w:tcW w:w="437" w:type="pct"/>
            <w:vAlign w:val="center"/>
          </w:tcPr>
          <w:p w14:paraId="5B5470DA" w14:textId="77777777" w:rsidR="00F73E55" w:rsidRDefault="00F73E55" w:rsidP="00505372">
            <w:pPr>
              <w:jc w:val="center"/>
            </w:pPr>
            <w:r>
              <w:t>05.03.2026</w:t>
            </w:r>
          </w:p>
        </w:tc>
      </w:tr>
      <w:tr w:rsidR="00F73E55" w14:paraId="79F91C27" w14:textId="77777777" w:rsidTr="00505372">
        <w:tc>
          <w:tcPr>
            <w:tcW w:w="354" w:type="pct"/>
            <w:vAlign w:val="center"/>
          </w:tcPr>
          <w:p w14:paraId="592EC1FB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71D4AF85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075E6C65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4C710188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2654AA01" w14:textId="77777777" w:rsidR="00F73E55" w:rsidRDefault="00F73E55" w:rsidP="00505372">
            <w:pPr>
              <w:jc w:val="center"/>
            </w:pPr>
            <w:r>
              <w:t>ПОзус-24-3</w:t>
            </w:r>
          </w:p>
        </w:tc>
        <w:tc>
          <w:tcPr>
            <w:tcW w:w="1334" w:type="pct"/>
            <w:vAlign w:val="center"/>
          </w:tcPr>
          <w:p w14:paraId="190ABBE9" w14:textId="5492113F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Б1.О.08.04 Основы математической обработки информации</w:t>
            </w:r>
          </w:p>
        </w:tc>
        <w:tc>
          <w:tcPr>
            <w:tcW w:w="526" w:type="pct"/>
            <w:vAlign w:val="center"/>
          </w:tcPr>
          <w:p w14:paraId="4BD7A16D" w14:textId="77777777" w:rsidR="00F73E55" w:rsidRDefault="00F73E55" w:rsidP="00505372">
            <w:pPr>
              <w:jc w:val="center"/>
            </w:pPr>
            <w:r>
              <w:t>УК-1</w:t>
            </w:r>
          </w:p>
        </w:tc>
        <w:tc>
          <w:tcPr>
            <w:tcW w:w="479" w:type="pct"/>
            <w:vAlign w:val="center"/>
          </w:tcPr>
          <w:p w14:paraId="2A58ACE3" w14:textId="77777777" w:rsidR="00F73E55" w:rsidRDefault="00F73E55" w:rsidP="00505372">
            <w:pPr>
              <w:jc w:val="center"/>
            </w:pPr>
            <w:r>
              <w:t>78.0%</w:t>
            </w:r>
          </w:p>
        </w:tc>
        <w:tc>
          <w:tcPr>
            <w:tcW w:w="437" w:type="pct"/>
            <w:vAlign w:val="center"/>
          </w:tcPr>
          <w:p w14:paraId="26ED5596" w14:textId="77777777" w:rsidR="00F73E55" w:rsidRDefault="00F73E55" w:rsidP="00505372">
            <w:pPr>
              <w:jc w:val="center"/>
            </w:pPr>
            <w:r>
              <w:t>05.03.2026</w:t>
            </w:r>
          </w:p>
        </w:tc>
      </w:tr>
      <w:tr w:rsidR="00F73E55" w14:paraId="1C46D33C" w14:textId="77777777" w:rsidTr="00505372">
        <w:tc>
          <w:tcPr>
            <w:tcW w:w="354" w:type="pct"/>
            <w:vAlign w:val="center"/>
          </w:tcPr>
          <w:p w14:paraId="64B9FB01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4DDF3280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06A129E0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6FD033E3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2163908A" w14:textId="77777777" w:rsidR="00F73E55" w:rsidRDefault="00F73E55" w:rsidP="00505372">
            <w:pPr>
              <w:jc w:val="center"/>
            </w:pPr>
            <w:r>
              <w:t>ПОзус-24-1</w:t>
            </w:r>
          </w:p>
        </w:tc>
        <w:tc>
          <w:tcPr>
            <w:tcW w:w="1334" w:type="pct"/>
            <w:vAlign w:val="center"/>
          </w:tcPr>
          <w:p w14:paraId="03ACC864" w14:textId="02AC83B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.02.01 Психология педагогического конфликта</w:t>
            </w:r>
          </w:p>
        </w:tc>
        <w:tc>
          <w:tcPr>
            <w:tcW w:w="526" w:type="pct"/>
            <w:vAlign w:val="center"/>
          </w:tcPr>
          <w:p w14:paraId="16905808" w14:textId="77777777" w:rsidR="00F73E55" w:rsidRDefault="00F73E55" w:rsidP="00505372">
            <w:pPr>
              <w:jc w:val="center"/>
            </w:pPr>
            <w:r>
              <w:t>ПК-5</w:t>
            </w:r>
          </w:p>
        </w:tc>
        <w:tc>
          <w:tcPr>
            <w:tcW w:w="479" w:type="pct"/>
            <w:vAlign w:val="center"/>
          </w:tcPr>
          <w:p w14:paraId="3A8DEB1F" w14:textId="77777777" w:rsidR="00F73E55" w:rsidRDefault="00F73E55" w:rsidP="00505372">
            <w:pPr>
              <w:jc w:val="center"/>
            </w:pPr>
            <w:r>
              <w:t>78.0%</w:t>
            </w:r>
          </w:p>
        </w:tc>
        <w:tc>
          <w:tcPr>
            <w:tcW w:w="437" w:type="pct"/>
            <w:vAlign w:val="center"/>
          </w:tcPr>
          <w:p w14:paraId="7181D149" w14:textId="77777777" w:rsidR="00F73E55" w:rsidRDefault="00F73E55" w:rsidP="00505372">
            <w:pPr>
              <w:jc w:val="center"/>
            </w:pPr>
            <w:r>
              <w:t>13.03.2026</w:t>
            </w:r>
          </w:p>
        </w:tc>
      </w:tr>
      <w:tr w:rsidR="00F73E55" w14:paraId="52C9F668" w14:textId="77777777" w:rsidTr="00505372">
        <w:tc>
          <w:tcPr>
            <w:tcW w:w="354" w:type="pct"/>
            <w:vAlign w:val="center"/>
          </w:tcPr>
          <w:p w14:paraId="6422660F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16B22F4F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4CCDA5B7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085B4A48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313D55BE" w14:textId="77777777" w:rsidR="00F73E55" w:rsidRDefault="00F73E55" w:rsidP="00505372">
            <w:pPr>
              <w:jc w:val="center"/>
            </w:pPr>
            <w:r>
              <w:t>ПОзус-24-1</w:t>
            </w:r>
          </w:p>
        </w:tc>
        <w:tc>
          <w:tcPr>
            <w:tcW w:w="1334" w:type="pct"/>
            <w:vAlign w:val="center"/>
          </w:tcPr>
          <w:p w14:paraId="190F2C99" w14:textId="2F45D78D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.02.01 Психология педагогического конфликта</w:t>
            </w:r>
          </w:p>
        </w:tc>
        <w:tc>
          <w:tcPr>
            <w:tcW w:w="526" w:type="pct"/>
            <w:vAlign w:val="center"/>
          </w:tcPr>
          <w:p w14:paraId="762EA380" w14:textId="77777777" w:rsidR="00F73E55" w:rsidRDefault="00F73E55" w:rsidP="00505372">
            <w:pPr>
              <w:jc w:val="center"/>
            </w:pPr>
            <w:r>
              <w:t>ПК-4</w:t>
            </w:r>
          </w:p>
        </w:tc>
        <w:tc>
          <w:tcPr>
            <w:tcW w:w="479" w:type="pct"/>
            <w:vAlign w:val="center"/>
          </w:tcPr>
          <w:p w14:paraId="76434EFF" w14:textId="77777777" w:rsidR="00F73E55" w:rsidRDefault="00F73E55" w:rsidP="00505372">
            <w:pPr>
              <w:jc w:val="center"/>
            </w:pPr>
            <w:r>
              <w:t>85.0%</w:t>
            </w:r>
          </w:p>
        </w:tc>
        <w:tc>
          <w:tcPr>
            <w:tcW w:w="437" w:type="pct"/>
            <w:vAlign w:val="center"/>
          </w:tcPr>
          <w:p w14:paraId="0F3A8340" w14:textId="77777777" w:rsidR="00F73E55" w:rsidRDefault="00F73E55" w:rsidP="00505372">
            <w:pPr>
              <w:jc w:val="center"/>
            </w:pPr>
            <w:r>
              <w:t>13.03.2026</w:t>
            </w:r>
          </w:p>
        </w:tc>
      </w:tr>
      <w:tr w:rsidR="00F73E55" w14:paraId="6FC890E4" w14:textId="77777777" w:rsidTr="00505372">
        <w:tc>
          <w:tcPr>
            <w:tcW w:w="354" w:type="pct"/>
            <w:vAlign w:val="center"/>
          </w:tcPr>
          <w:p w14:paraId="28FECA8D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51AD43BC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7F0C6C31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A9F9F65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78B2A873" w14:textId="77777777" w:rsidR="00F73E55" w:rsidRDefault="00F73E55" w:rsidP="00505372">
            <w:pPr>
              <w:jc w:val="center"/>
            </w:pPr>
            <w:r>
              <w:t>ПОзус-24-1</w:t>
            </w:r>
          </w:p>
        </w:tc>
        <w:tc>
          <w:tcPr>
            <w:tcW w:w="1334" w:type="pct"/>
            <w:vAlign w:val="center"/>
          </w:tcPr>
          <w:p w14:paraId="78F53DE8" w14:textId="256B0E6C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.02.01 Психология педагогического конфликта</w:t>
            </w:r>
          </w:p>
        </w:tc>
        <w:tc>
          <w:tcPr>
            <w:tcW w:w="526" w:type="pct"/>
            <w:vAlign w:val="center"/>
          </w:tcPr>
          <w:p w14:paraId="7354F07A" w14:textId="77777777" w:rsidR="00F73E55" w:rsidRDefault="00F73E55" w:rsidP="00505372">
            <w:pPr>
              <w:jc w:val="center"/>
            </w:pPr>
            <w:r>
              <w:t>УК-3</w:t>
            </w:r>
          </w:p>
        </w:tc>
        <w:tc>
          <w:tcPr>
            <w:tcW w:w="479" w:type="pct"/>
            <w:vAlign w:val="center"/>
          </w:tcPr>
          <w:p w14:paraId="1C9A7AA0" w14:textId="77777777" w:rsidR="00F73E55" w:rsidRDefault="00F73E55" w:rsidP="00505372">
            <w:pPr>
              <w:jc w:val="center"/>
            </w:pPr>
            <w:r>
              <w:t>80.0%</w:t>
            </w:r>
          </w:p>
        </w:tc>
        <w:tc>
          <w:tcPr>
            <w:tcW w:w="437" w:type="pct"/>
            <w:vAlign w:val="center"/>
          </w:tcPr>
          <w:p w14:paraId="6D5EFACE" w14:textId="77777777" w:rsidR="00F73E55" w:rsidRDefault="00F73E55" w:rsidP="00505372">
            <w:pPr>
              <w:jc w:val="center"/>
            </w:pPr>
            <w:r>
              <w:t>13.03.2026</w:t>
            </w:r>
          </w:p>
        </w:tc>
      </w:tr>
      <w:tr w:rsidR="00F73E55" w14:paraId="624ED3DD" w14:textId="77777777" w:rsidTr="00505372">
        <w:tc>
          <w:tcPr>
            <w:tcW w:w="354" w:type="pct"/>
            <w:vAlign w:val="center"/>
          </w:tcPr>
          <w:p w14:paraId="7C6B75EF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41983C73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0853CD8A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1200DEBC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466D7D3B" w14:textId="77777777" w:rsidR="00F73E55" w:rsidRDefault="00F73E55" w:rsidP="00505372">
            <w:pPr>
              <w:jc w:val="center"/>
            </w:pPr>
            <w:r>
              <w:t>ПОзус-24-3</w:t>
            </w:r>
          </w:p>
        </w:tc>
        <w:tc>
          <w:tcPr>
            <w:tcW w:w="1334" w:type="pct"/>
            <w:vAlign w:val="center"/>
          </w:tcPr>
          <w:p w14:paraId="716A1D58" w14:textId="171519AE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.02.01 Психология педагогического конфликта</w:t>
            </w:r>
          </w:p>
        </w:tc>
        <w:tc>
          <w:tcPr>
            <w:tcW w:w="526" w:type="pct"/>
            <w:vAlign w:val="center"/>
          </w:tcPr>
          <w:p w14:paraId="0EF49BCD" w14:textId="77777777" w:rsidR="00F73E55" w:rsidRDefault="00F73E55" w:rsidP="00505372">
            <w:pPr>
              <w:jc w:val="center"/>
            </w:pPr>
            <w:r>
              <w:t>ПК-5</w:t>
            </w:r>
          </w:p>
        </w:tc>
        <w:tc>
          <w:tcPr>
            <w:tcW w:w="479" w:type="pct"/>
            <w:vAlign w:val="center"/>
          </w:tcPr>
          <w:p w14:paraId="5909D16D" w14:textId="77777777" w:rsidR="00F73E55" w:rsidRDefault="00F73E55" w:rsidP="00505372">
            <w:pPr>
              <w:jc w:val="center"/>
            </w:pPr>
            <w:r>
              <w:t>88.0%</w:t>
            </w:r>
          </w:p>
        </w:tc>
        <w:tc>
          <w:tcPr>
            <w:tcW w:w="437" w:type="pct"/>
            <w:vAlign w:val="center"/>
          </w:tcPr>
          <w:p w14:paraId="68B42726" w14:textId="77777777" w:rsidR="00F73E55" w:rsidRDefault="00F73E55" w:rsidP="00505372">
            <w:pPr>
              <w:jc w:val="center"/>
            </w:pPr>
            <w:r>
              <w:t>14.03.2026</w:t>
            </w:r>
          </w:p>
        </w:tc>
      </w:tr>
      <w:tr w:rsidR="00F73E55" w14:paraId="41ED6857" w14:textId="77777777" w:rsidTr="00505372">
        <w:tc>
          <w:tcPr>
            <w:tcW w:w="354" w:type="pct"/>
            <w:vAlign w:val="center"/>
          </w:tcPr>
          <w:p w14:paraId="0522B72E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1FDA16C9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0CA8E3E8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463BE850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034C2546" w14:textId="77777777" w:rsidR="00F73E55" w:rsidRDefault="00F73E55" w:rsidP="00505372">
            <w:pPr>
              <w:jc w:val="center"/>
            </w:pPr>
            <w:r>
              <w:t>ПОзус-24-3</w:t>
            </w:r>
          </w:p>
        </w:tc>
        <w:tc>
          <w:tcPr>
            <w:tcW w:w="1334" w:type="pct"/>
            <w:vAlign w:val="center"/>
          </w:tcPr>
          <w:p w14:paraId="1B3EAA9A" w14:textId="1F86F6E3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.02.01 Психология педагогического конфликта</w:t>
            </w:r>
          </w:p>
        </w:tc>
        <w:tc>
          <w:tcPr>
            <w:tcW w:w="526" w:type="pct"/>
            <w:vAlign w:val="center"/>
          </w:tcPr>
          <w:p w14:paraId="4E2383F4" w14:textId="77777777" w:rsidR="00F73E55" w:rsidRDefault="00F73E55" w:rsidP="00505372">
            <w:pPr>
              <w:jc w:val="center"/>
            </w:pPr>
            <w:r>
              <w:t>ПК-4</w:t>
            </w:r>
          </w:p>
        </w:tc>
        <w:tc>
          <w:tcPr>
            <w:tcW w:w="479" w:type="pct"/>
            <w:vAlign w:val="center"/>
          </w:tcPr>
          <w:p w14:paraId="438A065A" w14:textId="77777777" w:rsidR="00F73E55" w:rsidRDefault="00F73E55" w:rsidP="00505372">
            <w:pPr>
              <w:jc w:val="center"/>
            </w:pPr>
            <w:r>
              <w:t>87.0%</w:t>
            </w:r>
          </w:p>
        </w:tc>
        <w:tc>
          <w:tcPr>
            <w:tcW w:w="437" w:type="pct"/>
            <w:vAlign w:val="center"/>
          </w:tcPr>
          <w:p w14:paraId="212274F4" w14:textId="77777777" w:rsidR="00F73E55" w:rsidRDefault="00F73E55" w:rsidP="00505372">
            <w:pPr>
              <w:jc w:val="center"/>
            </w:pPr>
            <w:r>
              <w:t>14.03.2026</w:t>
            </w:r>
          </w:p>
        </w:tc>
      </w:tr>
      <w:tr w:rsidR="00F73E55" w14:paraId="05E44342" w14:textId="77777777" w:rsidTr="00505372">
        <w:tc>
          <w:tcPr>
            <w:tcW w:w="354" w:type="pct"/>
            <w:vAlign w:val="center"/>
          </w:tcPr>
          <w:p w14:paraId="4BC8B82F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6E4EB019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5BC6A4CB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6EACE75F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7A35095D" w14:textId="77777777" w:rsidR="00F73E55" w:rsidRDefault="00F73E55" w:rsidP="00505372">
            <w:pPr>
              <w:jc w:val="center"/>
            </w:pPr>
            <w:r>
              <w:t>ПОзус-24-3</w:t>
            </w:r>
          </w:p>
        </w:tc>
        <w:tc>
          <w:tcPr>
            <w:tcW w:w="1334" w:type="pct"/>
            <w:vAlign w:val="center"/>
          </w:tcPr>
          <w:p w14:paraId="5FB53DAD" w14:textId="17BA31AB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.02.01 Психология педагогического конфликта</w:t>
            </w:r>
          </w:p>
        </w:tc>
        <w:tc>
          <w:tcPr>
            <w:tcW w:w="526" w:type="pct"/>
            <w:vAlign w:val="center"/>
          </w:tcPr>
          <w:p w14:paraId="470C10A8" w14:textId="77777777" w:rsidR="00F73E55" w:rsidRDefault="00F73E55" w:rsidP="00505372">
            <w:pPr>
              <w:jc w:val="center"/>
            </w:pPr>
            <w:r>
              <w:t>УК-3</w:t>
            </w:r>
          </w:p>
        </w:tc>
        <w:tc>
          <w:tcPr>
            <w:tcW w:w="479" w:type="pct"/>
            <w:vAlign w:val="center"/>
          </w:tcPr>
          <w:p w14:paraId="34E7CBB5" w14:textId="77777777" w:rsidR="00F73E55" w:rsidRDefault="00F73E55" w:rsidP="00505372">
            <w:pPr>
              <w:jc w:val="center"/>
            </w:pPr>
            <w:r>
              <w:t>91.0%</w:t>
            </w:r>
          </w:p>
        </w:tc>
        <w:tc>
          <w:tcPr>
            <w:tcW w:w="437" w:type="pct"/>
            <w:vAlign w:val="center"/>
          </w:tcPr>
          <w:p w14:paraId="3B7EADF4" w14:textId="77777777" w:rsidR="00F73E55" w:rsidRDefault="00F73E55" w:rsidP="00505372">
            <w:pPr>
              <w:jc w:val="center"/>
            </w:pPr>
            <w:r>
              <w:t>14.03.2026</w:t>
            </w:r>
          </w:p>
        </w:tc>
      </w:tr>
      <w:tr w:rsidR="00F73E55" w14:paraId="76D36E6B" w14:textId="77777777" w:rsidTr="00505372">
        <w:tc>
          <w:tcPr>
            <w:tcW w:w="354" w:type="pct"/>
            <w:vAlign w:val="center"/>
          </w:tcPr>
          <w:p w14:paraId="20F4F7BF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70D119C6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20D6B465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67D35D15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32A6D907" w14:textId="77777777" w:rsidR="00F73E55" w:rsidRDefault="00F73E55" w:rsidP="00505372">
            <w:pPr>
              <w:jc w:val="center"/>
            </w:pPr>
            <w:r>
              <w:t>ПОзус-24-1</w:t>
            </w:r>
          </w:p>
        </w:tc>
        <w:tc>
          <w:tcPr>
            <w:tcW w:w="1334" w:type="pct"/>
            <w:vAlign w:val="center"/>
          </w:tcPr>
          <w:p w14:paraId="45E0B8AF" w14:textId="5D10205F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Б1.О.08.04 Основы математической обработки информации</w:t>
            </w:r>
          </w:p>
        </w:tc>
        <w:tc>
          <w:tcPr>
            <w:tcW w:w="526" w:type="pct"/>
            <w:vAlign w:val="center"/>
          </w:tcPr>
          <w:p w14:paraId="5919F4EE" w14:textId="77777777" w:rsidR="00F73E55" w:rsidRDefault="00F73E55" w:rsidP="00505372">
            <w:pPr>
              <w:jc w:val="center"/>
            </w:pPr>
            <w:r>
              <w:t>ОПК-8</w:t>
            </w:r>
          </w:p>
        </w:tc>
        <w:tc>
          <w:tcPr>
            <w:tcW w:w="479" w:type="pct"/>
            <w:vAlign w:val="center"/>
          </w:tcPr>
          <w:p w14:paraId="53D622C1" w14:textId="77777777" w:rsidR="00F73E55" w:rsidRDefault="00F73E55" w:rsidP="00505372">
            <w:pPr>
              <w:jc w:val="center"/>
            </w:pPr>
            <w:r>
              <w:t>82.0%</w:t>
            </w:r>
          </w:p>
        </w:tc>
        <w:tc>
          <w:tcPr>
            <w:tcW w:w="437" w:type="pct"/>
            <w:vAlign w:val="center"/>
          </w:tcPr>
          <w:p w14:paraId="59002D37" w14:textId="77777777" w:rsidR="00F73E55" w:rsidRDefault="00F73E55" w:rsidP="00505372">
            <w:pPr>
              <w:jc w:val="center"/>
            </w:pPr>
            <w:r>
              <w:t>23.03.2026</w:t>
            </w:r>
          </w:p>
        </w:tc>
      </w:tr>
      <w:tr w:rsidR="00F73E55" w14:paraId="3272925F" w14:textId="77777777" w:rsidTr="00505372">
        <w:tc>
          <w:tcPr>
            <w:tcW w:w="354" w:type="pct"/>
            <w:vAlign w:val="center"/>
          </w:tcPr>
          <w:p w14:paraId="283FFE1A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3A03EF68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440438F4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7109D01D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2081E2D2" w14:textId="77777777" w:rsidR="00F73E55" w:rsidRDefault="00F73E55" w:rsidP="00505372">
            <w:pPr>
              <w:jc w:val="center"/>
            </w:pPr>
            <w:r>
              <w:t>ПОзус-24-1</w:t>
            </w:r>
          </w:p>
        </w:tc>
        <w:tc>
          <w:tcPr>
            <w:tcW w:w="1334" w:type="pct"/>
            <w:vAlign w:val="center"/>
          </w:tcPr>
          <w:p w14:paraId="31E7568D" w14:textId="4EB6BFA4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Б1.О.08.04 Основы математической обработки информации</w:t>
            </w:r>
          </w:p>
        </w:tc>
        <w:tc>
          <w:tcPr>
            <w:tcW w:w="526" w:type="pct"/>
            <w:vAlign w:val="center"/>
          </w:tcPr>
          <w:p w14:paraId="12F024E9" w14:textId="77777777" w:rsidR="00F73E55" w:rsidRDefault="00F73E55" w:rsidP="00505372">
            <w:pPr>
              <w:jc w:val="center"/>
            </w:pPr>
            <w:r>
              <w:t>УК-1</w:t>
            </w:r>
          </w:p>
        </w:tc>
        <w:tc>
          <w:tcPr>
            <w:tcW w:w="479" w:type="pct"/>
            <w:vAlign w:val="center"/>
          </w:tcPr>
          <w:p w14:paraId="21C4AF46" w14:textId="77777777" w:rsidR="00F73E55" w:rsidRDefault="00F73E55" w:rsidP="00505372">
            <w:pPr>
              <w:jc w:val="center"/>
            </w:pPr>
            <w:r>
              <w:t>75.0%</w:t>
            </w:r>
          </w:p>
        </w:tc>
        <w:tc>
          <w:tcPr>
            <w:tcW w:w="437" w:type="pct"/>
            <w:vAlign w:val="center"/>
          </w:tcPr>
          <w:p w14:paraId="1184E5DA" w14:textId="77777777" w:rsidR="00F73E55" w:rsidRDefault="00F73E55" w:rsidP="00505372">
            <w:pPr>
              <w:jc w:val="center"/>
            </w:pPr>
            <w:r>
              <w:t>23.03.2026</w:t>
            </w:r>
          </w:p>
        </w:tc>
      </w:tr>
      <w:tr w:rsidR="00F73E55" w14:paraId="5C68AD87" w14:textId="77777777" w:rsidTr="00505372">
        <w:tc>
          <w:tcPr>
            <w:tcW w:w="354" w:type="pct"/>
            <w:vAlign w:val="center"/>
          </w:tcPr>
          <w:p w14:paraId="7066067F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15143AFD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4427B156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41CAF746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227D19C3" w14:textId="77777777" w:rsidR="00F73E55" w:rsidRDefault="00F73E55" w:rsidP="00505372">
            <w:pPr>
              <w:jc w:val="center"/>
            </w:pPr>
            <w:r>
              <w:t>ПО-25</w:t>
            </w:r>
          </w:p>
        </w:tc>
        <w:tc>
          <w:tcPr>
            <w:tcW w:w="1334" w:type="pct"/>
            <w:vAlign w:val="center"/>
          </w:tcPr>
          <w:p w14:paraId="345225CF" w14:textId="53E2DC54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Б1.О.07.03 Общие основы педагогики</w:t>
            </w:r>
          </w:p>
        </w:tc>
        <w:tc>
          <w:tcPr>
            <w:tcW w:w="526" w:type="pct"/>
            <w:vAlign w:val="center"/>
          </w:tcPr>
          <w:p w14:paraId="4E81331E" w14:textId="77777777" w:rsidR="00F73E55" w:rsidRDefault="00F73E55" w:rsidP="00505372">
            <w:pPr>
              <w:jc w:val="center"/>
            </w:pPr>
            <w:r>
              <w:t>ОПК-7</w:t>
            </w:r>
          </w:p>
        </w:tc>
        <w:tc>
          <w:tcPr>
            <w:tcW w:w="479" w:type="pct"/>
            <w:vAlign w:val="center"/>
          </w:tcPr>
          <w:p w14:paraId="4D92D339" w14:textId="77777777" w:rsidR="00F73E55" w:rsidRDefault="00F73E55" w:rsidP="00505372">
            <w:pPr>
              <w:jc w:val="center"/>
            </w:pPr>
            <w:r>
              <w:t>80.0%</w:t>
            </w:r>
          </w:p>
        </w:tc>
        <w:tc>
          <w:tcPr>
            <w:tcW w:w="437" w:type="pct"/>
            <w:vAlign w:val="center"/>
          </w:tcPr>
          <w:p w14:paraId="14BE1CEF" w14:textId="77777777" w:rsidR="00F73E55" w:rsidRDefault="00F73E55" w:rsidP="00505372">
            <w:pPr>
              <w:jc w:val="center"/>
            </w:pPr>
            <w:r>
              <w:t>21.04.2026</w:t>
            </w:r>
          </w:p>
        </w:tc>
      </w:tr>
      <w:tr w:rsidR="00F73E55" w14:paraId="1F7F3E3C" w14:textId="77777777" w:rsidTr="00505372">
        <w:tc>
          <w:tcPr>
            <w:tcW w:w="354" w:type="pct"/>
            <w:vAlign w:val="center"/>
          </w:tcPr>
          <w:p w14:paraId="36D5F06E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48758460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5F643D9A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239C17E9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364E0CC1" w14:textId="77777777" w:rsidR="00F73E55" w:rsidRDefault="00F73E55" w:rsidP="00505372">
            <w:pPr>
              <w:jc w:val="center"/>
            </w:pPr>
            <w:r>
              <w:t>ПО-25</w:t>
            </w:r>
          </w:p>
        </w:tc>
        <w:tc>
          <w:tcPr>
            <w:tcW w:w="1334" w:type="pct"/>
            <w:vAlign w:val="center"/>
          </w:tcPr>
          <w:p w14:paraId="6B4C0A0C" w14:textId="412B75FB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Б1.О.07.03 Общие основы педагогики</w:t>
            </w:r>
          </w:p>
        </w:tc>
        <w:tc>
          <w:tcPr>
            <w:tcW w:w="526" w:type="pct"/>
            <w:vAlign w:val="center"/>
          </w:tcPr>
          <w:p w14:paraId="5F2A6891" w14:textId="77777777" w:rsidR="00F73E55" w:rsidRDefault="00F73E55" w:rsidP="00505372">
            <w:pPr>
              <w:jc w:val="center"/>
            </w:pPr>
            <w:r>
              <w:t>ОПК-6</w:t>
            </w:r>
          </w:p>
        </w:tc>
        <w:tc>
          <w:tcPr>
            <w:tcW w:w="479" w:type="pct"/>
            <w:vAlign w:val="center"/>
          </w:tcPr>
          <w:p w14:paraId="78FA6667" w14:textId="77777777" w:rsidR="00F73E55" w:rsidRDefault="00F73E55" w:rsidP="00505372">
            <w:pPr>
              <w:jc w:val="center"/>
            </w:pPr>
            <w:r>
              <w:t>82.0%</w:t>
            </w:r>
          </w:p>
        </w:tc>
        <w:tc>
          <w:tcPr>
            <w:tcW w:w="437" w:type="pct"/>
            <w:vAlign w:val="center"/>
          </w:tcPr>
          <w:p w14:paraId="3937748E" w14:textId="77777777" w:rsidR="00F73E55" w:rsidRDefault="00F73E55" w:rsidP="00505372">
            <w:pPr>
              <w:jc w:val="center"/>
            </w:pPr>
            <w:r>
              <w:t>21.04.2026</w:t>
            </w:r>
          </w:p>
        </w:tc>
      </w:tr>
      <w:tr w:rsidR="00F73E55" w14:paraId="4089F1C5" w14:textId="77777777" w:rsidTr="00505372">
        <w:tc>
          <w:tcPr>
            <w:tcW w:w="354" w:type="pct"/>
            <w:vAlign w:val="center"/>
          </w:tcPr>
          <w:p w14:paraId="6F8344AF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19EED2F4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7A1FAB56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2BFCF422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222E99CA" w14:textId="77777777" w:rsidR="00F73E55" w:rsidRDefault="00F73E55" w:rsidP="00505372">
            <w:pPr>
              <w:jc w:val="center"/>
            </w:pPr>
            <w:r>
              <w:t>ПО-24</w:t>
            </w:r>
          </w:p>
        </w:tc>
        <w:tc>
          <w:tcPr>
            <w:tcW w:w="1334" w:type="pct"/>
            <w:vAlign w:val="center"/>
          </w:tcPr>
          <w:p w14:paraId="70CEA143" w14:textId="3B59F480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Б1.О.08.04 Основы математической обработки информации</w:t>
            </w:r>
          </w:p>
        </w:tc>
        <w:tc>
          <w:tcPr>
            <w:tcW w:w="526" w:type="pct"/>
            <w:vAlign w:val="center"/>
          </w:tcPr>
          <w:p w14:paraId="420D8119" w14:textId="77777777" w:rsidR="00F73E55" w:rsidRDefault="00F73E55" w:rsidP="00505372">
            <w:pPr>
              <w:jc w:val="center"/>
            </w:pPr>
            <w:r>
              <w:t>ОПК-8</w:t>
            </w:r>
          </w:p>
        </w:tc>
        <w:tc>
          <w:tcPr>
            <w:tcW w:w="479" w:type="pct"/>
            <w:vAlign w:val="center"/>
          </w:tcPr>
          <w:p w14:paraId="1B1E7C5E" w14:textId="77777777" w:rsidR="00F73E55" w:rsidRDefault="00F73E55" w:rsidP="00505372">
            <w:pPr>
              <w:jc w:val="center"/>
            </w:pPr>
            <w:r>
              <w:t>99.0%</w:t>
            </w:r>
          </w:p>
        </w:tc>
        <w:tc>
          <w:tcPr>
            <w:tcW w:w="437" w:type="pct"/>
            <w:vAlign w:val="center"/>
          </w:tcPr>
          <w:p w14:paraId="7B95E548" w14:textId="77777777" w:rsidR="00F73E55" w:rsidRDefault="00F73E55" w:rsidP="00505372">
            <w:pPr>
              <w:jc w:val="center"/>
            </w:pPr>
            <w:r>
              <w:t>24.04.2026</w:t>
            </w:r>
          </w:p>
        </w:tc>
      </w:tr>
      <w:tr w:rsidR="00F73E55" w14:paraId="623BA3AA" w14:textId="77777777" w:rsidTr="00505372">
        <w:tc>
          <w:tcPr>
            <w:tcW w:w="354" w:type="pct"/>
            <w:vAlign w:val="center"/>
          </w:tcPr>
          <w:p w14:paraId="070CDABA" w14:textId="77777777" w:rsidR="00F73E55" w:rsidRDefault="00F73E55" w:rsidP="00505372">
            <w:pPr>
              <w:jc w:val="center"/>
            </w:pPr>
            <w:r>
              <w:lastRenderedPageBreak/>
              <w:t>44.03.02</w:t>
            </w:r>
          </w:p>
        </w:tc>
        <w:tc>
          <w:tcPr>
            <w:tcW w:w="899" w:type="pct"/>
            <w:vAlign w:val="center"/>
          </w:tcPr>
          <w:p w14:paraId="132FC1FA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2A315456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417D29C7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79B89C85" w14:textId="77777777" w:rsidR="00F73E55" w:rsidRDefault="00F73E55" w:rsidP="00505372">
            <w:pPr>
              <w:jc w:val="center"/>
            </w:pPr>
            <w:r>
              <w:t>ПО-24</w:t>
            </w:r>
          </w:p>
        </w:tc>
        <w:tc>
          <w:tcPr>
            <w:tcW w:w="1334" w:type="pct"/>
            <w:vAlign w:val="center"/>
          </w:tcPr>
          <w:p w14:paraId="3A59835E" w14:textId="0505B5EF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Б1.О.08.04 Основы математической обработки информации</w:t>
            </w:r>
          </w:p>
        </w:tc>
        <w:tc>
          <w:tcPr>
            <w:tcW w:w="526" w:type="pct"/>
            <w:vAlign w:val="center"/>
          </w:tcPr>
          <w:p w14:paraId="17117A1A" w14:textId="77777777" w:rsidR="00F73E55" w:rsidRDefault="00F73E55" w:rsidP="00505372">
            <w:pPr>
              <w:jc w:val="center"/>
            </w:pPr>
            <w:r>
              <w:t>УК-1</w:t>
            </w:r>
          </w:p>
        </w:tc>
        <w:tc>
          <w:tcPr>
            <w:tcW w:w="479" w:type="pct"/>
            <w:vAlign w:val="center"/>
          </w:tcPr>
          <w:p w14:paraId="1485FFD4" w14:textId="77777777" w:rsidR="00F73E55" w:rsidRDefault="00F73E55" w:rsidP="00505372">
            <w:pPr>
              <w:jc w:val="center"/>
            </w:pPr>
            <w:r>
              <w:t>93.0%</w:t>
            </w:r>
          </w:p>
        </w:tc>
        <w:tc>
          <w:tcPr>
            <w:tcW w:w="437" w:type="pct"/>
            <w:vAlign w:val="center"/>
          </w:tcPr>
          <w:p w14:paraId="73B42D52" w14:textId="77777777" w:rsidR="00F73E55" w:rsidRDefault="00F73E55" w:rsidP="00505372">
            <w:pPr>
              <w:jc w:val="center"/>
            </w:pPr>
            <w:r>
              <w:t>24.04.2026</w:t>
            </w:r>
          </w:p>
        </w:tc>
      </w:tr>
      <w:tr w:rsidR="00F73E55" w14:paraId="7ACF706D" w14:textId="77777777" w:rsidTr="00505372">
        <w:tc>
          <w:tcPr>
            <w:tcW w:w="354" w:type="pct"/>
            <w:vAlign w:val="center"/>
          </w:tcPr>
          <w:p w14:paraId="25029AC9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6FF8C551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35B6AC63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3C002476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6C839C2E" w14:textId="77777777" w:rsidR="00F73E55" w:rsidRDefault="00F73E55" w:rsidP="00505372">
            <w:pPr>
              <w:jc w:val="center"/>
            </w:pPr>
            <w:r>
              <w:t>ПО-24</w:t>
            </w:r>
          </w:p>
        </w:tc>
        <w:tc>
          <w:tcPr>
            <w:tcW w:w="1334" w:type="pct"/>
            <w:vAlign w:val="center"/>
          </w:tcPr>
          <w:p w14:paraId="100B7E56" w14:textId="472146B9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Б1.О.06.04 Элективные дисциплины по физической культуре и спорту</w:t>
            </w:r>
          </w:p>
        </w:tc>
        <w:tc>
          <w:tcPr>
            <w:tcW w:w="526" w:type="pct"/>
            <w:vAlign w:val="center"/>
          </w:tcPr>
          <w:p w14:paraId="23FA52D4" w14:textId="1B6FD993" w:rsidR="00F73E55" w:rsidRPr="00B808C6" w:rsidRDefault="00565B80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УК-7</w:t>
            </w:r>
          </w:p>
        </w:tc>
        <w:tc>
          <w:tcPr>
            <w:tcW w:w="479" w:type="pct"/>
            <w:vAlign w:val="center"/>
          </w:tcPr>
          <w:p w14:paraId="55486196" w14:textId="77777777" w:rsidR="00F73E55" w:rsidRDefault="00F73E55" w:rsidP="00505372">
            <w:pPr>
              <w:jc w:val="center"/>
            </w:pPr>
            <w:r>
              <w:t>80.0%</w:t>
            </w:r>
          </w:p>
        </w:tc>
        <w:tc>
          <w:tcPr>
            <w:tcW w:w="437" w:type="pct"/>
            <w:vAlign w:val="center"/>
          </w:tcPr>
          <w:p w14:paraId="54D497C6" w14:textId="77777777" w:rsidR="00F73E55" w:rsidRDefault="00F73E55" w:rsidP="00505372">
            <w:pPr>
              <w:jc w:val="center"/>
            </w:pPr>
            <w:r>
              <w:t>24.04.2026</w:t>
            </w:r>
          </w:p>
        </w:tc>
      </w:tr>
      <w:tr w:rsidR="00F73E55" w14:paraId="532AFD46" w14:textId="77777777" w:rsidTr="00505372">
        <w:tc>
          <w:tcPr>
            <w:tcW w:w="354" w:type="pct"/>
            <w:vAlign w:val="center"/>
          </w:tcPr>
          <w:p w14:paraId="0318FC37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70906BC5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6F8361B2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1E47E79F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478D7F46" w14:textId="77777777" w:rsidR="00F73E55" w:rsidRDefault="00F73E55" w:rsidP="00505372">
            <w:pPr>
              <w:jc w:val="center"/>
            </w:pPr>
            <w:r>
              <w:t>ПОзус-25-1</w:t>
            </w:r>
          </w:p>
        </w:tc>
        <w:tc>
          <w:tcPr>
            <w:tcW w:w="1334" w:type="pct"/>
            <w:vAlign w:val="center"/>
          </w:tcPr>
          <w:p w14:paraId="1A588955" w14:textId="2813BC80" w:rsidR="00F73E55" w:rsidRPr="00565B80" w:rsidRDefault="00565B80" w:rsidP="00505372">
            <w:pPr>
              <w:jc w:val="center"/>
              <w:rPr>
                <w:lang w:val="ru-RU"/>
              </w:rPr>
            </w:pPr>
            <w:r w:rsidRPr="00565B80">
              <w:rPr>
                <w:lang w:val="ru-RU"/>
              </w:rPr>
              <w:t>Б1.О.05.01</w:t>
            </w:r>
            <w:r w:rsidRPr="00565B80">
              <w:rPr>
                <w:lang w:val="ru-RU"/>
              </w:rPr>
              <w:t xml:space="preserve"> </w:t>
            </w:r>
            <w:r w:rsidRPr="00565B80">
              <w:rPr>
                <w:lang w:val="ru-RU"/>
              </w:rPr>
              <w:t>Введение в информационные технологии</w:t>
            </w:r>
          </w:p>
        </w:tc>
        <w:tc>
          <w:tcPr>
            <w:tcW w:w="526" w:type="pct"/>
            <w:vAlign w:val="center"/>
          </w:tcPr>
          <w:p w14:paraId="519940BE" w14:textId="3799C266" w:rsidR="00F73E55" w:rsidRPr="00565B80" w:rsidRDefault="00565B80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УК-2, ОПК-2, ОПК-9</w:t>
            </w:r>
          </w:p>
        </w:tc>
        <w:tc>
          <w:tcPr>
            <w:tcW w:w="479" w:type="pct"/>
            <w:vAlign w:val="center"/>
          </w:tcPr>
          <w:p w14:paraId="7F55A212" w14:textId="77777777" w:rsidR="00F73E55" w:rsidRDefault="00F73E55" w:rsidP="00505372">
            <w:pPr>
              <w:jc w:val="center"/>
            </w:pPr>
            <w:r>
              <w:t>75.0%</w:t>
            </w:r>
          </w:p>
        </w:tc>
        <w:tc>
          <w:tcPr>
            <w:tcW w:w="437" w:type="pct"/>
            <w:vAlign w:val="center"/>
          </w:tcPr>
          <w:p w14:paraId="13377FB5" w14:textId="77777777" w:rsidR="00F73E55" w:rsidRDefault="00F73E55" w:rsidP="00505372">
            <w:pPr>
              <w:jc w:val="center"/>
            </w:pPr>
            <w:r>
              <w:t>25.04.2026</w:t>
            </w:r>
          </w:p>
        </w:tc>
      </w:tr>
      <w:tr w:rsidR="00F73E55" w14:paraId="4E4AFB43" w14:textId="77777777" w:rsidTr="00505372">
        <w:tc>
          <w:tcPr>
            <w:tcW w:w="354" w:type="pct"/>
            <w:vAlign w:val="center"/>
          </w:tcPr>
          <w:p w14:paraId="33433AF3" w14:textId="77777777" w:rsidR="00F73E55" w:rsidRDefault="00F73E55" w:rsidP="00505372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353951EC" w14:textId="77777777" w:rsidR="00F73E55" w:rsidRDefault="00F73E55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730895CF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2B68268E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559BCEE8" w14:textId="77777777" w:rsidR="00F73E55" w:rsidRDefault="00F73E55" w:rsidP="00505372">
            <w:pPr>
              <w:jc w:val="center"/>
            </w:pPr>
            <w:r>
              <w:t>ПО-24</w:t>
            </w:r>
          </w:p>
        </w:tc>
        <w:tc>
          <w:tcPr>
            <w:tcW w:w="1334" w:type="pct"/>
            <w:vAlign w:val="center"/>
          </w:tcPr>
          <w:p w14:paraId="555D7265" w14:textId="01B77544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Б1.В.01.03</w:t>
            </w:r>
            <w:r w:rsidR="00565B80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Основы вожатской деятельности</w:t>
            </w:r>
          </w:p>
        </w:tc>
        <w:tc>
          <w:tcPr>
            <w:tcW w:w="526" w:type="pct"/>
            <w:vAlign w:val="center"/>
          </w:tcPr>
          <w:p w14:paraId="7CFA7DE8" w14:textId="77777777" w:rsidR="00F73E55" w:rsidRDefault="00F73E55" w:rsidP="00505372">
            <w:pPr>
              <w:jc w:val="center"/>
            </w:pPr>
            <w:r>
              <w:t>УК-3, ПК-1, ПК-6</w:t>
            </w:r>
          </w:p>
        </w:tc>
        <w:tc>
          <w:tcPr>
            <w:tcW w:w="479" w:type="pct"/>
            <w:vAlign w:val="center"/>
          </w:tcPr>
          <w:p w14:paraId="30BD18BB" w14:textId="77777777" w:rsidR="00F73E55" w:rsidRDefault="00F73E55" w:rsidP="00505372">
            <w:pPr>
              <w:jc w:val="center"/>
            </w:pPr>
            <w:r>
              <w:t>83.0%</w:t>
            </w:r>
          </w:p>
        </w:tc>
        <w:tc>
          <w:tcPr>
            <w:tcW w:w="437" w:type="pct"/>
            <w:vAlign w:val="center"/>
          </w:tcPr>
          <w:p w14:paraId="616A83B1" w14:textId="77777777" w:rsidR="00F73E55" w:rsidRDefault="00F73E55" w:rsidP="00505372">
            <w:pPr>
              <w:jc w:val="center"/>
            </w:pPr>
            <w:r>
              <w:t>27.04.2026</w:t>
            </w:r>
          </w:p>
        </w:tc>
      </w:tr>
      <w:tr w:rsidR="00565B80" w14:paraId="0FB862D6" w14:textId="77777777" w:rsidTr="00505372">
        <w:tc>
          <w:tcPr>
            <w:tcW w:w="354" w:type="pct"/>
            <w:vAlign w:val="center"/>
          </w:tcPr>
          <w:p w14:paraId="2D960AA3" w14:textId="77777777" w:rsidR="00565B80" w:rsidRDefault="00565B80" w:rsidP="00565B80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7022EC20" w14:textId="77777777" w:rsidR="00565B80" w:rsidRDefault="00565B80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06C96A76" w14:textId="77777777" w:rsidR="00565B80" w:rsidRDefault="00565B80" w:rsidP="00565B80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7805D474" w14:textId="77777777" w:rsidR="00565B80" w:rsidRDefault="00565B80" w:rsidP="00565B80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12B47110" w14:textId="77777777" w:rsidR="00565B80" w:rsidRDefault="00565B80" w:rsidP="00565B80">
            <w:pPr>
              <w:jc w:val="center"/>
            </w:pPr>
            <w:r>
              <w:t>ПОзус-25-2</w:t>
            </w:r>
          </w:p>
        </w:tc>
        <w:tc>
          <w:tcPr>
            <w:tcW w:w="1334" w:type="pct"/>
            <w:vAlign w:val="center"/>
          </w:tcPr>
          <w:p w14:paraId="2F621D4C" w14:textId="43BE2E5B" w:rsidR="00565B80" w:rsidRPr="00565B80" w:rsidRDefault="00565B80" w:rsidP="00565B80">
            <w:pPr>
              <w:jc w:val="center"/>
              <w:rPr>
                <w:lang w:val="ru-RU"/>
              </w:rPr>
            </w:pPr>
            <w:r w:rsidRPr="00565B80">
              <w:rPr>
                <w:lang w:val="ru-RU"/>
              </w:rPr>
              <w:t>Б1.О.05.01</w:t>
            </w:r>
            <w:r w:rsidRPr="00565B80">
              <w:rPr>
                <w:lang w:val="ru-RU"/>
              </w:rPr>
              <w:t xml:space="preserve"> </w:t>
            </w:r>
            <w:r w:rsidRPr="00565B80">
              <w:rPr>
                <w:lang w:val="ru-RU"/>
              </w:rPr>
              <w:t>Введение в информационные технологии</w:t>
            </w:r>
          </w:p>
        </w:tc>
        <w:tc>
          <w:tcPr>
            <w:tcW w:w="526" w:type="pct"/>
            <w:vAlign w:val="center"/>
          </w:tcPr>
          <w:p w14:paraId="620AC612" w14:textId="713D1BD5" w:rsidR="00565B80" w:rsidRPr="00565B80" w:rsidRDefault="00565B80" w:rsidP="00565B8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УК-2, ОПК-2, ОПК-9</w:t>
            </w:r>
          </w:p>
        </w:tc>
        <w:tc>
          <w:tcPr>
            <w:tcW w:w="479" w:type="pct"/>
            <w:vAlign w:val="center"/>
          </w:tcPr>
          <w:p w14:paraId="525D9C18" w14:textId="77777777" w:rsidR="00565B80" w:rsidRDefault="00565B80" w:rsidP="00565B80">
            <w:pPr>
              <w:jc w:val="center"/>
            </w:pPr>
            <w:r>
              <w:t>74.0%</w:t>
            </w:r>
          </w:p>
        </w:tc>
        <w:tc>
          <w:tcPr>
            <w:tcW w:w="437" w:type="pct"/>
            <w:vAlign w:val="center"/>
          </w:tcPr>
          <w:p w14:paraId="6C3A32B6" w14:textId="77777777" w:rsidR="00565B80" w:rsidRDefault="00565B80" w:rsidP="00565B80">
            <w:pPr>
              <w:jc w:val="center"/>
            </w:pPr>
            <w:r>
              <w:t>30.04.2026</w:t>
            </w:r>
          </w:p>
        </w:tc>
      </w:tr>
      <w:tr w:rsidR="00565B80" w14:paraId="4611A5FD" w14:textId="77777777" w:rsidTr="00505372">
        <w:tc>
          <w:tcPr>
            <w:tcW w:w="354" w:type="pct"/>
            <w:vAlign w:val="center"/>
          </w:tcPr>
          <w:p w14:paraId="2FB462D1" w14:textId="77777777" w:rsidR="00565B80" w:rsidRDefault="00565B80" w:rsidP="00565B80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363FB2CF" w14:textId="77777777" w:rsidR="00565B80" w:rsidRDefault="00565B80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44BB8298" w14:textId="77777777" w:rsidR="00565B80" w:rsidRDefault="00565B80" w:rsidP="00565B80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688DE16D" w14:textId="77777777" w:rsidR="00565B80" w:rsidRDefault="00565B80" w:rsidP="00565B80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260DF521" w14:textId="77777777" w:rsidR="00565B80" w:rsidRDefault="00565B80" w:rsidP="00565B80">
            <w:pPr>
              <w:jc w:val="center"/>
            </w:pPr>
            <w:r>
              <w:t>ПО-24</w:t>
            </w:r>
          </w:p>
        </w:tc>
        <w:tc>
          <w:tcPr>
            <w:tcW w:w="1334" w:type="pct"/>
            <w:vAlign w:val="center"/>
          </w:tcPr>
          <w:p w14:paraId="0081C75D" w14:textId="761A6001" w:rsidR="00565B80" w:rsidRPr="00B808C6" w:rsidRDefault="00565B80" w:rsidP="00565B80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.02.01 Психология педагогического конфликта</w:t>
            </w:r>
          </w:p>
        </w:tc>
        <w:tc>
          <w:tcPr>
            <w:tcW w:w="526" w:type="pct"/>
            <w:vAlign w:val="center"/>
          </w:tcPr>
          <w:p w14:paraId="0DC9DC22" w14:textId="77777777" w:rsidR="00565B80" w:rsidRDefault="00565B80" w:rsidP="00565B80">
            <w:pPr>
              <w:jc w:val="center"/>
            </w:pPr>
            <w:r>
              <w:t>ПК-5</w:t>
            </w:r>
          </w:p>
        </w:tc>
        <w:tc>
          <w:tcPr>
            <w:tcW w:w="479" w:type="pct"/>
            <w:vAlign w:val="center"/>
          </w:tcPr>
          <w:p w14:paraId="140EB150" w14:textId="77777777" w:rsidR="00565B80" w:rsidRDefault="00565B80" w:rsidP="00565B80">
            <w:pPr>
              <w:jc w:val="center"/>
            </w:pPr>
            <w:r>
              <w:t>94.0%</w:t>
            </w:r>
          </w:p>
        </w:tc>
        <w:tc>
          <w:tcPr>
            <w:tcW w:w="437" w:type="pct"/>
            <w:vAlign w:val="center"/>
          </w:tcPr>
          <w:p w14:paraId="12B50872" w14:textId="77777777" w:rsidR="00565B80" w:rsidRDefault="00565B80" w:rsidP="00565B80">
            <w:pPr>
              <w:jc w:val="center"/>
            </w:pPr>
            <w:r>
              <w:t>15.05.2026</w:t>
            </w:r>
          </w:p>
        </w:tc>
      </w:tr>
      <w:tr w:rsidR="00565B80" w14:paraId="2CACA0EF" w14:textId="77777777" w:rsidTr="00505372">
        <w:tc>
          <w:tcPr>
            <w:tcW w:w="354" w:type="pct"/>
            <w:vAlign w:val="center"/>
          </w:tcPr>
          <w:p w14:paraId="2E19AF51" w14:textId="77777777" w:rsidR="00565B80" w:rsidRDefault="00565B80" w:rsidP="00565B80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2A6794D6" w14:textId="77777777" w:rsidR="00565B80" w:rsidRDefault="00565B80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62C5AA7C" w14:textId="77777777" w:rsidR="00565B80" w:rsidRDefault="00565B80" w:rsidP="00565B80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542A4198" w14:textId="77777777" w:rsidR="00565B80" w:rsidRDefault="00565B80" w:rsidP="00565B80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7423494B" w14:textId="77777777" w:rsidR="00565B80" w:rsidRDefault="00565B80" w:rsidP="00565B80">
            <w:pPr>
              <w:jc w:val="center"/>
            </w:pPr>
            <w:r>
              <w:t>ПО-24</w:t>
            </w:r>
          </w:p>
        </w:tc>
        <w:tc>
          <w:tcPr>
            <w:tcW w:w="1334" w:type="pct"/>
            <w:vAlign w:val="center"/>
          </w:tcPr>
          <w:p w14:paraId="08BFC3BA" w14:textId="6CE2104E" w:rsidR="00565B80" w:rsidRPr="00B808C6" w:rsidRDefault="00565B80" w:rsidP="00565B80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.02.01 Психология педагогического конфликта</w:t>
            </w:r>
          </w:p>
        </w:tc>
        <w:tc>
          <w:tcPr>
            <w:tcW w:w="526" w:type="pct"/>
            <w:vAlign w:val="center"/>
          </w:tcPr>
          <w:p w14:paraId="3FC46540" w14:textId="77777777" w:rsidR="00565B80" w:rsidRDefault="00565B80" w:rsidP="00565B80">
            <w:pPr>
              <w:jc w:val="center"/>
            </w:pPr>
            <w:r>
              <w:t>ПК-4</w:t>
            </w:r>
          </w:p>
        </w:tc>
        <w:tc>
          <w:tcPr>
            <w:tcW w:w="479" w:type="pct"/>
            <w:vAlign w:val="center"/>
          </w:tcPr>
          <w:p w14:paraId="6C6D284E" w14:textId="77777777" w:rsidR="00565B80" w:rsidRDefault="00565B80" w:rsidP="00565B80">
            <w:pPr>
              <w:jc w:val="center"/>
            </w:pPr>
            <w:r>
              <w:t>91.0%</w:t>
            </w:r>
          </w:p>
        </w:tc>
        <w:tc>
          <w:tcPr>
            <w:tcW w:w="437" w:type="pct"/>
            <w:vAlign w:val="center"/>
          </w:tcPr>
          <w:p w14:paraId="32B0334B" w14:textId="77777777" w:rsidR="00565B80" w:rsidRDefault="00565B80" w:rsidP="00565B80">
            <w:pPr>
              <w:jc w:val="center"/>
            </w:pPr>
            <w:r>
              <w:t>15.05.2026</w:t>
            </w:r>
          </w:p>
        </w:tc>
      </w:tr>
      <w:tr w:rsidR="00565B80" w14:paraId="3D3DE704" w14:textId="77777777" w:rsidTr="00505372">
        <w:tc>
          <w:tcPr>
            <w:tcW w:w="354" w:type="pct"/>
            <w:vAlign w:val="center"/>
          </w:tcPr>
          <w:p w14:paraId="75A6BEBF" w14:textId="77777777" w:rsidR="00565B80" w:rsidRDefault="00565B80" w:rsidP="00565B80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18F0A1FF" w14:textId="77777777" w:rsidR="00565B80" w:rsidRDefault="00565B80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628369CF" w14:textId="77777777" w:rsidR="00565B80" w:rsidRDefault="00565B80" w:rsidP="00565B80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667F108D" w14:textId="77777777" w:rsidR="00565B80" w:rsidRDefault="00565B80" w:rsidP="00565B80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33AACFB5" w14:textId="77777777" w:rsidR="00565B80" w:rsidRDefault="00565B80" w:rsidP="00565B80">
            <w:pPr>
              <w:jc w:val="center"/>
            </w:pPr>
            <w:r>
              <w:t>ПО-24</w:t>
            </w:r>
          </w:p>
        </w:tc>
        <w:tc>
          <w:tcPr>
            <w:tcW w:w="1334" w:type="pct"/>
            <w:vAlign w:val="center"/>
          </w:tcPr>
          <w:p w14:paraId="3AEF2E77" w14:textId="3798808A" w:rsidR="00565B80" w:rsidRPr="00B808C6" w:rsidRDefault="00565B80" w:rsidP="00565B80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.02.01 Психология педагогического конфликта</w:t>
            </w:r>
          </w:p>
        </w:tc>
        <w:tc>
          <w:tcPr>
            <w:tcW w:w="526" w:type="pct"/>
            <w:vAlign w:val="center"/>
          </w:tcPr>
          <w:p w14:paraId="04D671A9" w14:textId="77777777" w:rsidR="00565B80" w:rsidRDefault="00565B80" w:rsidP="00565B80">
            <w:pPr>
              <w:jc w:val="center"/>
            </w:pPr>
            <w:r>
              <w:t>УК-3</w:t>
            </w:r>
          </w:p>
        </w:tc>
        <w:tc>
          <w:tcPr>
            <w:tcW w:w="479" w:type="pct"/>
            <w:vAlign w:val="center"/>
          </w:tcPr>
          <w:p w14:paraId="31D31F7C" w14:textId="77777777" w:rsidR="00565B80" w:rsidRDefault="00565B80" w:rsidP="00565B80">
            <w:pPr>
              <w:jc w:val="center"/>
            </w:pPr>
            <w:r>
              <w:t>92.0%</w:t>
            </w:r>
          </w:p>
        </w:tc>
        <w:tc>
          <w:tcPr>
            <w:tcW w:w="437" w:type="pct"/>
            <w:vAlign w:val="center"/>
          </w:tcPr>
          <w:p w14:paraId="0B6BAFA4" w14:textId="77777777" w:rsidR="00565B80" w:rsidRDefault="00565B80" w:rsidP="00565B80">
            <w:pPr>
              <w:jc w:val="center"/>
            </w:pPr>
            <w:r>
              <w:t>15.05.2026</w:t>
            </w:r>
          </w:p>
        </w:tc>
      </w:tr>
      <w:tr w:rsidR="00565B80" w14:paraId="29002AA5" w14:textId="77777777" w:rsidTr="00505372">
        <w:tc>
          <w:tcPr>
            <w:tcW w:w="354" w:type="pct"/>
            <w:vAlign w:val="center"/>
          </w:tcPr>
          <w:p w14:paraId="0AD46663" w14:textId="77777777" w:rsidR="00565B80" w:rsidRDefault="00565B80" w:rsidP="00565B80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1168A6F4" w14:textId="77777777" w:rsidR="00565B80" w:rsidRDefault="00565B80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76D9A0F3" w14:textId="77777777" w:rsidR="00565B80" w:rsidRDefault="00565B80" w:rsidP="00565B80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160080F7" w14:textId="77777777" w:rsidR="00565B80" w:rsidRDefault="00565B80" w:rsidP="00565B80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2C6052C8" w14:textId="77777777" w:rsidR="00565B80" w:rsidRDefault="00565B80" w:rsidP="00565B80">
            <w:pPr>
              <w:jc w:val="center"/>
            </w:pPr>
            <w:r>
              <w:t>ПО-23</w:t>
            </w:r>
          </w:p>
        </w:tc>
        <w:tc>
          <w:tcPr>
            <w:tcW w:w="1334" w:type="pct"/>
            <w:vAlign w:val="center"/>
          </w:tcPr>
          <w:p w14:paraId="06548E56" w14:textId="6897F855" w:rsidR="00565B80" w:rsidRPr="00B808C6" w:rsidRDefault="00565B80" w:rsidP="00565B80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</w:t>
            </w:r>
            <w:proofErr w:type="gramStart"/>
            <w:r w:rsidRPr="00B808C6">
              <w:rPr>
                <w:lang w:val="ru-RU"/>
              </w:rPr>
              <w:t>1.В.ДВ</w:t>
            </w:r>
            <w:proofErr w:type="gramEnd"/>
            <w:r w:rsidRPr="00B808C6">
              <w:rPr>
                <w:lang w:val="ru-RU"/>
              </w:rPr>
              <w:t>.03.01</w:t>
            </w:r>
            <w:r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Духовно-нравственное воспитание в школе</w:t>
            </w:r>
          </w:p>
        </w:tc>
        <w:tc>
          <w:tcPr>
            <w:tcW w:w="526" w:type="pct"/>
            <w:vAlign w:val="center"/>
          </w:tcPr>
          <w:p w14:paraId="74E53E40" w14:textId="77777777" w:rsidR="00565B80" w:rsidRDefault="00565B80" w:rsidP="00565B80">
            <w:pPr>
              <w:jc w:val="center"/>
            </w:pPr>
            <w:r>
              <w:t>ПК-5, ПК-6</w:t>
            </w:r>
          </w:p>
        </w:tc>
        <w:tc>
          <w:tcPr>
            <w:tcW w:w="479" w:type="pct"/>
            <w:vAlign w:val="center"/>
          </w:tcPr>
          <w:p w14:paraId="19920242" w14:textId="77777777" w:rsidR="00565B80" w:rsidRDefault="00565B80" w:rsidP="00565B80">
            <w:pPr>
              <w:jc w:val="center"/>
            </w:pPr>
            <w:r>
              <w:t>78.0%</w:t>
            </w:r>
          </w:p>
        </w:tc>
        <w:tc>
          <w:tcPr>
            <w:tcW w:w="437" w:type="pct"/>
            <w:vAlign w:val="center"/>
          </w:tcPr>
          <w:p w14:paraId="116D4BC3" w14:textId="77777777" w:rsidR="00565B80" w:rsidRDefault="00565B80" w:rsidP="00565B80">
            <w:pPr>
              <w:jc w:val="center"/>
            </w:pPr>
            <w:r>
              <w:t>11.06.2026</w:t>
            </w:r>
          </w:p>
        </w:tc>
      </w:tr>
      <w:tr w:rsidR="00565B80" w14:paraId="151CD102" w14:textId="77777777" w:rsidTr="00505372">
        <w:tc>
          <w:tcPr>
            <w:tcW w:w="354" w:type="pct"/>
            <w:vAlign w:val="center"/>
          </w:tcPr>
          <w:p w14:paraId="0670B544" w14:textId="77777777" w:rsidR="00565B80" w:rsidRDefault="00565B80" w:rsidP="00565B80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2CE6A375" w14:textId="77777777" w:rsidR="00565B80" w:rsidRDefault="00565B80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27198A5C" w14:textId="77777777" w:rsidR="00565B80" w:rsidRDefault="00565B80" w:rsidP="00565B80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19DDB082" w14:textId="77777777" w:rsidR="00565B80" w:rsidRDefault="00565B80" w:rsidP="00565B80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68C930D5" w14:textId="77777777" w:rsidR="00565B80" w:rsidRDefault="00565B80" w:rsidP="00565B80">
            <w:pPr>
              <w:jc w:val="center"/>
            </w:pPr>
            <w:r>
              <w:t>ПО-23</w:t>
            </w:r>
          </w:p>
        </w:tc>
        <w:tc>
          <w:tcPr>
            <w:tcW w:w="1334" w:type="pct"/>
            <w:vAlign w:val="center"/>
          </w:tcPr>
          <w:p w14:paraId="096351C5" w14:textId="291ED54F" w:rsidR="00565B80" w:rsidRPr="00B808C6" w:rsidRDefault="00565B80" w:rsidP="00565B80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Б1.В.01.01_Организация дополнительного образования</w:t>
            </w:r>
          </w:p>
        </w:tc>
        <w:tc>
          <w:tcPr>
            <w:tcW w:w="526" w:type="pct"/>
            <w:vAlign w:val="center"/>
          </w:tcPr>
          <w:p w14:paraId="4244A5BE" w14:textId="77777777" w:rsidR="00565B80" w:rsidRDefault="00565B80" w:rsidP="00565B80">
            <w:pPr>
              <w:jc w:val="center"/>
            </w:pPr>
            <w:r>
              <w:t>ПК-1, ПК-3</w:t>
            </w:r>
          </w:p>
        </w:tc>
        <w:tc>
          <w:tcPr>
            <w:tcW w:w="479" w:type="pct"/>
            <w:vAlign w:val="center"/>
          </w:tcPr>
          <w:p w14:paraId="5E97462F" w14:textId="77777777" w:rsidR="00565B80" w:rsidRDefault="00565B80" w:rsidP="00565B80">
            <w:pPr>
              <w:jc w:val="center"/>
            </w:pPr>
            <w:r>
              <w:t>78.0%</w:t>
            </w:r>
          </w:p>
        </w:tc>
        <w:tc>
          <w:tcPr>
            <w:tcW w:w="437" w:type="pct"/>
            <w:vAlign w:val="center"/>
          </w:tcPr>
          <w:p w14:paraId="6C6C62F2" w14:textId="77777777" w:rsidR="00565B80" w:rsidRDefault="00565B80" w:rsidP="00565B80">
            <w:pPr>
              <w:jc w:val="center"/>
            </w:pPr>
            <w:r>
              <w:t>24.06.2026</w:t>
            </w:r>
          </w:p>
        </w:tc>
      </w:tr>
      <w:tr w:rsidR="00565B80" w14:paraId="74070710" w14:textId="77777777" w:rsidTr="00505372">
        <w:tc>
          <w:tcPr>
            <w:tcW w:w="354" w:type="pct"/>
            <w:vAlign w:val="center"/>
          </w:tcPr>
          <w:p w14:paraId="0D8AED35" w14:textId="77777777" w:rsidR="00565B80" w:rsidRDefault="00565B80" w:rsidP="00565B80">
            <w:pPr>
              <w:jc w:val="center"/>
            </w:pPr>
            <w:r>
              <w:t>44.03.02</w:t>
            </w:r>
          </w:p>
        </w:tc>
        <w:tc>
          <w:tcPr>
            <w:tcW w:w="899" w:type="pct"/>
            <w:vAlign w:val="center"/>
          </w:tcPr>
          <w:p w14:paraId="25BAB590" w14:textId="77777777" w:rsidR="00565B80" w:rsidRDefault="00565B80" w:rsidP="00A242D6">
            <w:pPr>
              <w:jc w:val="center"/>
            </w:pPr>
            <w:proofErr w:type="spellStart"/>
            <w:r>
              <w:t>Психология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308" w:type="pct"/>
            <w:vAlign w:val="center"/>
          </w:tcPr>
          <w:p w14:paraId="06D42EB5" w14:textId="77777777" w:rsidR="00565B80" w:rsidRDefault="00565B80" w:rsidP="00565B80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15107D9E" w14:textId="77777777" w:rsidR="00565B80" w:rsidRDefault="00565B80" w:rsidP="00565B80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34AFE227" w14:textId="77777777" w:rsidR="00565B80" w:rsidRDefault="00565B80" w:rsidP="00565B80">
            <w:pPr>
              <w:jc w:val="center"/>
            </w:pPr>
            <w:r>
              <w:t>ПО-23</w:t>
            </w:r>
          </w:p>
        </w:tc>
        <w:tc>
          <w:tcPr>
            <w:tcW w:w="1334" w:type="pct"/>
            <w:vAlign w:val="center"/>
          </w:tcPr>
          <w:p w14:paraId="5A83BE25" w14:textId="10D8990A" w:rsidR="00565B80" w:rsidRPr="00B808C6" w:rsidRDefault="00565B80" w:rsidP="00565B80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 xml:space="preserve">Б1.О.09.03 </w:t>
            </w:r>
            <w:proofErr w:type="spellStart"/>
            <w:r w:rsidRPr="00B808C6">
              <w:rPr>
                <w:lang w:val="ru-RU"/>
              </w:rPr>
              <w:t>ПиП</w:t>
            </w:r>
            <w:proofErr w:type="spellEnd"/>
            <w:r w:rsidRPr="00B808C6">
              <w:rPr>
                <w:lang w:val="ru-RU"/>
              </w:rPr>
              <w:t xml:space="preserve"> подросткового и юношеского возраста</w:t>
            </w:r>
          </w:p>
        </w:tc>
        <w:tc>
          <w:tcPr>
            <w:tcW w:w="526" w:type="pct"/>
            <w:vAlign w:val="center"/>
          </w:tcPr>
          <w:p w14:paraId="0B227254" w14:textId="77777777" w:rsidR="00565B80" w:rsidRDefault="00565B80" w:rsidP="00565B80">
            <w:pPr>
              <w:jc w:val="center"/>
            </w:pPr>
            <w:r>
              <w:t>ОПК-3, ОПК-5, ОПК-6</w:t>
            </w:r>
          </w:p>
        </w:tc>
        <w:tc>
          <w:tcPr>
            <w:tcW w:w="479" w:type="pct"/>
            <w:vAlign w:val="center"/>
          </w:tcPr>
          <w:p w14:paraId="4388AEAC" w14:textId="77777777" w:rsidR="00565B80" w:rsidRDefault="00565B80" w:rsidP="00565B80">
            <w:pPr>
              <w:jc w:val="center"/>
            </w:pPr>
            <w:r>
              <w:t>69.0%</w:t>
            </w:r>
          </w:p>
        </w:tc>
        <w:tc>
          <w:tcPr>
            <w:tcW w:w="437" w:type="pct"/>
            <w:vAlign w:val="center"/>
          </w:tcPr>
          <w:p w14:paraId="6DA1D220" w14:textId="77777777" w:rsidR="00565B80" w:rsidRDefault="00565B80" w:rsidP="00565B80">
            <w:pPr>
              <w:jc w:val="center"/>
            </w:pPr>
            <w:r>
              <w:t>26.06.2026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63117A5"/>
    <w:multiLevelType w:val="hybridMultilevel"/>
    <w:tmpl w:val="9D069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5074B"/>
    <w:rsid w:val="0029639D"/>
    <w:rsid w:val="00326F90"/>
    <w:rsid w:val="00505372"/>
    <w:rsid w:val="00565B80"/>
    <w:rsid w:val="005C48D3"/>
    <w:rsid w:val="00702BF4"/>
    <w:rsid w:val="009122B5"/>
    <w:rsid w:val="00A242D6"/>
    <w:rsid w:val="00AA1D8D"/>
    <w:rsid w:val="00AA446A"/>
    <w:rsid w:val="00B47730"/>
    <w:rsid w:val="00B808C6"/>
    <w:rsid w:val="00CB0664"/>
    <w:rsid w:val="00DC6C23"/>
    <w:rsid w:val="00F6371F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4</cp:revision>
  <dcterms:created xsi:type="dcterms:W3CDTF">2026-08-06T12:11:00Z</dcterms:created>
  <dcterms:modified xsi:type="dcterms:W3CDTF">2026-08-06T12:22:00Z</dcterms:modified>
  <cp:category/>
</cp:coreProperties>
</file>