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E506E" w14:textId="77777777" w:rsidR="00A20636" w:rsidRPr="00FD08A6" w:rsidRDefault="00FD08A6">
      <w:pPr>
        <w:rPr>
          <w:lang w:val="ru-RU"/>
        </w:rPr>
      </w:pPr>
      <w:r w:rsidRPr="00FD08A6">
        <w:rPr>
          <w:lang w:val="ru-RU"/>
        </w:rPr>
        <w:t>Отчёт по результатам тестирования 'ООП'</w:t>
      </w:r>
    </w:p>
    <w:p w14:paraId="68608618" w14:textId="77777777" w:rsidR="00A20636" w:rsidRPr="00FD08A6" w:rsidRDefault="00FD08A6">
      <w:pPr>
        <w:rPr>
          <w:lang w:val="ru-RU"/>
        </w:rPr>
      </w:pPr>
      <w:r w:rsidRPr="00FD08A6">
        <w:rPr>
          <w:lang w:val="ru-RU"/>
        </w:rPr>
        <w:t>Анализ данных по дисциплинам</w:t>
      </w:r>
    </w:p>
    <w:tbl>
      <w:tblPr>
        <w:tblStyle w:val="aff0"/>
        <w:tblW w:w="5000" w:type="pct"/>
        <w:tblLook w:val="04A0" w:firstRow="1" w:lastRow="0" w:firstColumn="1" w:lastColumn="0" w:noHBand="0" w:noVBand="1"/>
      </w:tblPr>
      <w:tblGrid>
        <w:gridCol w:w="1038"/>
        <w:gridCol w:w="2722"/>
        <w:gridCol w:w="918"/>
        <w:gridCol w:w="718"/>
        <w:gridCol w:w="1238"/>
        <w:gridCol w:w="3837"/>
        <w:gridCol w:w="1541"/>
        <w:gridCol w:w="1403"/>
        <w:gridCol w:w="1281"/>
      </w:tblGrid>
      <w:tr w:rsidR="00FD08A6" w14:paraId="2E380B34" w14:textId="77777777" w:rsidTr="00A5446C">
        <w:tc>
          <w:tcPr>
            <w:tcW w:w="357" w:type="pct"/>
            <w:vAlign w:val="center"/>
          </w:tcPr>
          <w:p w14:paraId="15C2D64D" w14:textId="77777777" w:rsidR="00FD08A6" w:rsidRDefault="00FD08A6" w:rsidP="00A5446C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930" w:type="pct"/>
            <w:vAlign w:val="center"/>
          </w:tcPr>
          <w:p w14:paraId="6EA40CC1" w14:textId="77777777" w:rsidR="00FD08A6" w:rsidRDefault="00FD08A6" w:rsidP="00A5446C">
            <w:pPr>
              <w:jc w:val="center"/>
            </w:pPr>
            <w:proofErr w:type="spellStart"/>
            <w:r>
              <w:rPr>
                <w:b/>
                <w:sz w:val="20"/>
              </w:rPr>
              <w:t>Профиль</w:t>
            </w:r>
            <w:proofErr w:type="spellEnd"/>
          </w:p>
        </w:tc>
        <w:tc>
          <w:tcPr>
            <w:tcW w:w="316" w:type="pct"/>
            <w:vAlign w:val="center"/>
          </w:tcPr>
          <w:p w14:paraId="268A3E94" w14:textId="77777777" w:rsidR="00FD08A6" w:rsidRDefault="00FD08A6" w:rsidP="00A5446C">
            <w:pPr>
              <w:jc w:val="center"/>
            </w:pPr>
            <w:proofErr w:type="spellStart"/>
            <w:r>
              <w:rPr>
                <w:b/>
                <w:sz w:val="20"/>
              </w:rPr>
              <w:t>Год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набора</w:t>
            </w:r>
            <w:proofErr w:type="spellEnd"/>
          </w:p>
        </w:tc>
        <w:tc>
          <w:tcPr>
            <w:tcW w:w="248" w:type="pct"/>
            <w:vAlign w:val="center"/>
          </w:tcPr>
          <w:p w14:paraId="208F6DFD" w14:textId="77777777" w:rsidR="00FD08A6" w:rsidRDefault="00FD08A6" w:rsidP="00A5446C">
            <w:pPr>
              <w:jc w:val="center"/>
            </w:pPr>
            <w:proofErr w:type="spellStart"/>
            <w:r>
              <w:rPr>
                <w:b/>
                <w:sz w:val="20"/>
              </w:rPr>
              <w:t>Курс</w:t>
            </w:r>
            <w:proofErr w:type="spellEnd"/>
          </w:p>
        </w:tc>
        <w:tc>
          <w:tcPr>
            <w:tcW w:w="425" w:type="pct"/>
            <w:vAlign w:val="center"/>
          </w:tcPr>
          <w:p w14:paraId="397B3B8F" w14:textId="77777777" w:rsidR="00FD08A6" w:rsidRDefault="00FD08A6" w:rsidP="00A5446C">
            <w:pPr>
              <w:jc w:val="center"/>
            </w:pPr>
            <w:proofErr w:type="spellStart"/>
            <w:r>
              <w:rPr>
                <w:b/>
                <w:sz w:val="20"/>
              </w:rPr>
              <w:t>Группа</w:t>
            </w:r>
            <w:proofErr w:type="spellEnd"/>
          </w:p>
        </w:tc>
        <w:tc>
          <w:tcPr>
            <w:tcW w:w="1309" w:type="pct"/>
            <w:vAlign w:val="center"/>
          </w:tcPr>
          <w:p w14:paraId="47A89CB7" w14:textId="77777777" w:rsidR="00FD08A6" w:rsidRDefault="00FD08A6" w:rsidP="00A5446C">
            <w:pPr>
              <w:jc w:val="center"/>
            </w:pPr>
            <w:proofErr w:type="spellStart"/>
            <w:r>
              <w:rPr>
                <w:b/>
                <w:sz w:val="20"/>
              </w:rPr>
              <w:t>Дисциплина</w:t>
            </w:r>
            <w:proofErr w:type="spellEnd"/>
          </w:p>
        </w:tc>
        <w:tc>
          <w:tcPr>
            <w:tcW w:w="516" w:type="pct"/>
            <w:vAlign w:val="center"/>
          </w:tcPr>
          <w:p w14:paraId="2A90E210" w14:textId="77777777" w:rsidR="00FD08A6" w:rsidRDefault="00FD08A6" w:rsidP="00A5446C">
            <w:pPr>
              <w:jc w:val="center"/>
            </w:pPr>
            <w:proofErr w:type="spellStart"/>
            <w:r>
              <w:rPr>
                <w:b/>
                <w:sz w:val="20"/>
              </w:rPr>
              <w:t>Компетенции</w:t>
            </w:r>
            <w:proofErr w:type="spellEnd"/>
          </w:p>
        </w:tc>
        <w:tc>
          <w:tcPr>
            <w:tcW w:w="471" w:type="pct"/>
            <w:vAlign w:val="center"/>
          </w:tcPr>
          <w:p w14:paraId="133D4187" w14:textId="77777777" w:rsidR="00FD08A6" w:rsidRDefault="00FD08A6" w:rsidP="00A5446C">
            <w:pPr>
              <w:jc w:val="center"/>
            </w:pPr>
            <w:proofErr w:type="spellStart"/>
            <w:r>
              <w:rPr>
                <w:b/>
                <w:sz w:val="20"/>
              </w:rPr>
              <w:t>Средний</w:t>
            </w:r>
            <w:proofErr w:type="spellEnd"/>
            <w:r>
              <w:rPr>
                <w:b/>
                <w:sz w:val="20"/>
              </w:rPr>
              <w:t xml:space="preserve"> % </w:t>
            </w:r>
            <w:proofErr w:type="spellStart"/>
            <w:r>
              <w:rPr>
                <w:b/>
                <w:sz w:val="20"/>
              </w:rPr>
              <w:t>по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дисциплине</w:t>
            </w:r>
            <w:proofErr w:type="spellEnd"/>
          </w:p>
        </w:tc>
        <w:tc>
          <w:tcPr>
            <w:tcW w:w="429" w:type="pct"/>
            <w:vAlign w:val="center"/>
          </w:tcPr>
          <w:p w14:paraId="300796FC" w14:textId="77777777" w:rsidR="00FD08A6" w:rsidRDefault="00FD08A6" w:rsidP="00A5446C">
            <w:pPr>
              <w:jc w:val="center"/>
            </w:pPr>
            <w:proofErr w:type="spellStart"/>
            <w:r>
              <w:rPr>
                <w:b/>
                <w:sz w:val="20"/>
              </w:rPr>
              <w:t>Дата</w:t>
            </w:r>
            <w:proofErr w:type="spellEnd"/>
          </w:p>
        </w:tc>
      </w:tr>
      <w:tr w:rsidR="00FD08A6" w14:paraId="6F7DDE2B" w14:textId="77777777" w:rsidTr="00A5446C">
        <w:tc>
          <w:tcPr>
            <w:tcW w:w="357" w:type="pct"/>
            <w:vAlign w:val="center"/>
          </w:tcPr>
          <w:p w14:paraId="7A889506" w14:textId="77777777" w:rsidR="00FD08A6" w:rsidRDefault="00FD08A6" w:rsidP="00A5446C">
            <w:pPr>
              <w:jc w:val="center"/>
            </w:pPr>
            <w:r>
              <w:t>44.03.05</w:t>
            </w:r>
          </w:p>
        </w:tc>
        <w:tc>
          <w:tcPr>
            <w:tcW w:w="930" w:type="pct"/>
            <w:vAlign w:val="center"/>
          </w:tcPr>
          <w:p w14:paraId="64CA0CED" w14:textId="77777777" w:rsidR="00FD08A6" w:rsidRDefault="00FD08A6" w:rsidP="00A5446C">
            <w:pPr>
              <w:jc w:val="center"/>
            </w:pPr>
            <w:proofErr w:type="spellStart"/>
            <w:r>
              <w:t>История</w:t>
            </w:r>
            <w:proofErr w:type="spellEnd"/>
            <w:r>
              <w:t xml:space="preserve"> и </w:t>
            </w:r>
            <w:proofErr w:type="spellStart"/>
            <w:r>
              <w:t>обществознание</w:t>
            </w:r>
            <w:proofErr w:type="spellEnd"/>
          </w:p>
        </w:tc>
        <w:tc>
          <w:tcPr>
            <w:tcW w:w="316" w:type="pct"/>
            <w:vAlign w:val="center"/>
          </w:tcPr>
          <w:p w14:paraId="365EC2C7" w14:textId="77777777" w:rsidR="00FD08A6" w:rsidRDefault="00FD08A6" w:rsidP="00A5446C">
            <w:pPr>
              <w:jc w:val="center"/>
            </w:pPr>
            <w:r>
              <w:t>2025</w:t>
            </w:r>
          </w:p>
        </w:tc>
        <w:tc>
          <w:tcPr>
            <w:tcW w:w="248" w:type="pct"/>
            <w:vAlign w:val="center"/>
          </w:tcPr>
          <w:p w14:paraId="6C632E99" w14:textId="77777777" w:rsidR="00FD08A6" w:rsidRDefault="00FD08A6" w:rsidP="00A5446C">
            <w:pPr>
              <w:jc w:val="center"/>
            </w:pPr>
            <w:r>
              <w:t>1</w:t>
            </w:r>
          </w:p>
        </w:tc>
        <w:tc>
          <w:tcPr>
            <w:tcW w:w="425" w:type="pct"/>
            <w:vAlign w:val="center"/>
          </w:tcPr>
          <w:p w14:paraId="33FF8969" w14:textId="77777777" w:rsidR="00FD08A6" w:rsidRDefault="00FD08A6" w:rsidP="00A5446C">
            <w:pPr>
              <w:jc w:val="center"/>
            </w:pPr>
            <w:r>
              <w:t>ИиО-25</w:t>
            </w:r>
          </w:p>
        </w:tc>
        <w:tc>
          <w:tcPr>
            <w:tcW w:w="1309" w:type="pct"/>
            <w:vAlign w:val="center"/>
          </w:tcPr>
          <w:p w14:paraId="6D475549" w14:textId="0971305B" w:rsidR="00FD08A6" w:rsidRPr="00A5446C" w:rsidRDefault="00FD08A6" w:rsidP="00A5446C">
            <w:pPr>
              <w:jc w:val="center"/>
              <w:rPr>
                <w:lang w:val="ru-RU"/>
              </w:rPr>
            </w:pPr>
            <w:r w:rsidRPr="00A5446C">
              <w:rPr>
                <w:lang w:val="ru-RU"/>
              </w:rPr>
              <w:t>Б1.О.05.02 Системы искусственного интеллекта</w:t>
            </w:r>
          </w:p>
        </w:tc>
        <w:tc>
          <w:tcPr>
            <w:tcW w:w="516" w:type="pct"/>
            <w:vAlign w:val="center"/>
          </w:tcPr>
          <w:p w14:paraId="649FD10C" w14:textId="77C8347F" w:rsidR="00FD08A6" w:rsidRPr="00986083" w:rsidRDefault="00FD08A6" w:rsidP="00A5446C">
            <w:pPr>
              <w:jc w:val="center"/>
              <w:rPr>
                <w:lang w:val="ru-RU"/>
              </w:rPr>
            </w:pPr>
            <w:r>
              <w:t>ОПК-</w:t>
            </w:r>
            <w:r w:rsidR="00986083">
              <w:rPr>
                <w:lang w:val="ru-RU"/>
              </w:rPr>
              <w:t>2</w:t>
            </w:r>
            <w:r>
              <w:t>, ОПК-</w:t>
            </w:r>
            <w:r w:rsidR="00986083">
              <w:rPr>
                <w:lang w:val="ru-RU"/>
              </w:rPr>
              <w:t>9</w:t>
            </w:r>
          </w:p>
        </w:tc>
        <w:tc>
          <w:tcPr>
            <w:tcW w:w="471" w:type="pct"/>
            <w:vAlign w:val="center"/>
          </w:tcPr>
          <w:p w14:paraId="62239931" w14:textId="77777777" w:rsidR="00FD08A6" w:rsidRDefault="00FD08A6" w:rsidP="00A5446C">
            <w:pPr>
              <w:jc w:val="center"/>
            </w:pPr>
            <w:r>
              <w:t>85.0%</w:t>
            </w:r>
          </w:p>
        </w:tc>
        <w:tc>
          <w:tcPr>
            <w:tcW w:w="429" w:type="pct"/>
            <w:vAlign w:val="center"/>
          </w:tcPr>
          <w:p w14:paraId="0AB8D2DB" w14:textId="77777777" w:rsidR="00FD08A6" w:rsidRDefault="00FD08A6" w:rsidP="00A5446C">
            <w:pPr>
              <w:jc w:val="center"/>
            </w:pPr>
            <w:r>
              <w:t>23.04.2026</w:t>
            </w:r>
          </w:p>
        </w:tc>
      </w:tr>
      <w:tr w:rsidR="00FD08A6" w14:paraId="160AFE6C" w14:textId="77777777" w:rsidTr="00A5446C">
        <w:tc>
          <w:tcPr>
            <w:tcW w:w="357" w:type="pct"/>
            <w:vAlign w:val="center"/>
          </w:tcPr>
          <w:p w14:paraId="4AC103D1" w14:textId="77777777" w:rsidR="00FD08A6" w:rsidRDefault="00FD08A6" w:rsidP="00A5446C">
            <w:pPr>
              <w:jc w:val="center"/>
            </w:pPr>
            <w:r>
              <w:t>44.03.05</w:t>
            </w:r>
          </w:p>
        </w:tc>
        <w:tc>
          <w:tcPr>
            <w:tcW w:w="930" w:type="pct"/>
            <w:vAlign w:val="center"/>
          </w:tcPr>
          <w:p w14:paraId="69BC4DDA" w14:textId="77777777" w:rsidR="00FD08A6" w:rsidRDefault="00FD08A6" w:rsidP="00A5446C">
            <w:pPr>
              <w:jc w:val="center"/>
            </w:pPr>
            <w:proofErr w:type="spellStart"/>
            <w:r>
              <w:t>История</w:t>
            </w:r>
            <w:proofErr w:type="spellEnd"/>
            <w:r>
              <w:t xml:space="preserve"> и </w:t>
            </w:r>
            <w:proofErr w:type="spellStart"/>
            <w:r>
              <w:t>обществознание</w:t>
            </w:r>
            <w:proofErr w:type="spellEnd"/>
          </w:p>
        </w:tc>
        <w:tc>
          <w:tcPr>
            <w:tcW w:w="316" w:type="pct"/>
            <w:vAlign w:val="center"/>
          </w:tcPr>
          <w:p w14:paraId="780397BB" w14:textId="77777777" w:rsidR="00FD08A6" w:rsidRDefault="00FD08A6" w:rsidP="00A5446C">
            <w:pPr>
              <w:jc w:val="center"/>
            </w:pPr>
            <w:r>
              <w:t>2025</w:t>
            </w:r>
          </w:p>
        </w:tc>
        <w:tc>
          <w:tcPr>
            <w:tcW w:w="248" w:type="pct"/>
            <w:vAlign w:val="center"/>
          </w:tcPr>
          <w:p w14:paraId="3CE0E495" w14:textId="77777777" w:rsidR="00FD08A6" w:rsidRDefault="00FD08A6" w:rsidP="00A5446C">
            <w:pPr>
              <w:jc w:val="center"/>
            </w:pPr>
            <w:r>
              <w:t>1</w:t>
            </w:r>
          </w:p>
        </w:tc>
        <w:tc>
          <w:tcPr>
            <w:tcW w:w="425" w:type="pct"/>
            <w:vAlign w:val="center"/>
          </w:tcPr>
          <w:p w14:paraId="1AAE0784" w14:textId="77777777" w:rsidR="00FD08A6" w:rsidRDefault="00FD08A6" w:rsidP="00A5446C">
            <w:pPr>
              <w:jc w:val="center"/>
            </w:pPr>
            <w:r>
              <w:t>ИиО-25</w:t>
            </w:r>
          </w:p>
        </w:tc>
        <w:tc>
          <w:tcPr>
            <w:tcW w:w="1309" w:type="pct"/>
            <w:vAlign w:val="center"/>
          </w:tcPr>
          <w:p w14:paraId="21630F33" w14:textId="062D0724" w:rsidR="00FD08A6" w:rsidRPr="00A5446C" w:rsidRDefault="00FD08A6" w:rsidP="00A5446C">
            <w:pPr>
              <w:jc w:val="center"/>
              <w:rPr>
                <w:lang w:val="ru-RU"/>
              </w:rPr>
            </w:pPr>
            <w:r w:rsidRPr="00A5446C">
              <w:rPr>
                <w:lang w:val="ru-RU"/>
              </w:rPr>
              <w:t>Б1.О.08.01 Основы проектной и исследовательской деятельности, 2</w:t>
            </w:r>
            <w:r w:rsidR="009E3DE5">
              <w:rPr>
                <w:lang w:val="ru-RU"/>
              </w:rPr>
              <w:t> </w:t>
            </w:r>
            <w:r w:rsidRPr="00A5446C">
              <w:rPr>
                <w:lang w:val="ru-RU"/>
              </w:rPr>
              <w:t>семестр</w:t>
            </w:r>
          </w:p>
        </w:tc>
        <w:tc>
          <w:tcPr>
            <w:tcW w:w="516" w:type="pct"/>
            <w:vAlign w:val="center"/>
          </w:tcPr>
          <w:p w14:paraId="704ACC80" w14:textId="77777777" w:rsidR="00FD08A6" w:rsidRDefault="00FD08A6" w:rsidP="00A5446C">
            <w:pPr>
              <w:jc w:val="center"/>
            </w:pPr>
            <w:r>
              <w:t>УК-2, ОПК-2</w:t>
            </w:r>
          </w:p>
        </w:tc>
        <w:tc>
          <w:tcPr>
            <w:tcW w:w="471" w:type="pct"/>
            <w:vAlign w:val="center"/>
          </w:tcPr>
          <w:p w14:paraId="00943474" w14:textId="77777777" w:rsidR="00FD08A6" w:rsidRDefault="00FD08A6" w:rsidP="00A5446C">
            <w:pPr>
              <w:jc w:val="center"/>
            </w:pPr>
            <w:r>
              <w:t>62.0%</w:t>
            </w:r>
          </w:p>
        </w:tc>
        <w:tc>
          <w:tcPr>
            <w:tcW w:w="429" w:type="pct"/>
            <w:vAlign w:val="center"/>
          </w:tcPr>
          <w:p w14:paraId="50ACF39F" w14:textId="77777777" w:rsidR="00FD08A6" w:rsidRDefault="00FD08A6" w:rsidP="00A5446C">
            <w:pPr>
              <w:jc w:val="center"/>
            </w:pPr>
            <w:r>
              <w:t>30.04.2026</w:t>
            </w:r>
          </w:p>
        </w:tc>
      </w:tr>
      <w:tr w:rsidR="00FD08A6" w14:paraId="1C666C6B" w14:textId="77777777" w:rsidTr="00A5446C">
        <w:tc>
          <w:tcPr>
            <w:tcW w:w="357" w:type="pct"/>
            <w:vAlign w:val="center"/>
          </w:tcPr>
          <w:p w14:paraId="3ECF2424" w14:textId="77777777" w:rsidR="00FD08A6" w:rsidRDefault="00FD08A6" w:rsidP="00A5446C">
            <w:pPr>
              <w:jc w:val="center"/>
            </w:pPr>
            <w:r>
              <w:t>44.03.05</w:t>
            </w:r>
          </w:p>
        </w:tc>
        <w:tc>
          <w:tcPr>
            <w:tcW w:w="930" w:type="pct"/>
            <w:vAlign w:val="center"/>
          </w:tcPr>
          <w:p w14:paraId="2BAA47AE" w14:textId="77777777" w:rsidR="00FD08A6" w:rsidRDefault="00FD08A6" w:rsidP="00A5446C">
            <w:pPr>
              <w:jc w:val="center"/>
            </w:pPr>
            <w:proofErr w:type="spellStart"/>
            <w:r>
              <w:t>История</w:t>
            </w:r>
            <w:proofErr w:type="spellEnd"/>
            <w:r>
              <w:t xml:space="preserve"> и </w:t>
            </w:r>
            <w:proofErr w:type="spellStart"/>
            <w:r>
              <w:t>обществознание</w:t>
            </w:r>
            <w:proofErr w:type="spellEnd"/>
          </w:p>
        </w:tc>
        <w:tc>
          <w:tcPr>
            <w:tcW w:w="316" w:type="pct"/>
            <w:vAlign w:val="center"/>
          </w:tcPr>
          <w:p w14:paraId="3E8CA671" w14:textId="77777777" w:rsidR="00FD08A6" w:rsidRDefault="00FD08A6" w:rsidP="00A5446C">
            <w:pPr>
              <w:jc w:val="center"/>
            </w:pPr>
            <w:r>
              <w:t>2024</w:t>
            </w:r>
          </w:p>
        </w:tc>
        <w:tc>
          <w:tcPr>
            <w:tcW w:w="248" w:type="pct"/>
            <w:vAlign w:val="center"/>
          </w:tcPr>
          <w:p w14:paraId="34DA1AC9" w14:textId="77777777" w:rsidR="00FD08A6" w:rsidRDefault="00FD08A6" w:rsidP="00A5446C">
            <w:pPr>
              <w:jc w:val="center"/>
            </w:pPr>
            <w:r>
              <w:t>2</w:t>
            </w:r>
          </w:p>
        </w:tc>
        <w:tc>
          <w:tcPr>
            <w:tcW w:w="425" w:type="pct"/>
            <w:vAlign w:val="center"/>
          </w:tcPr>
          <w:p w14:paraId="2E4273C7" w14:textId="77777777" w:rsidR="00FD08A6" w:rsidRDefault="00FD08A6" w:rsidP="00A5446C">
            <w:pPr>
              <w:jc w:val="center"/>
            </w:pPr>
            <w:r>
              <w:t>ИиО-24</w:t>
            </w:r>
          </w:p>
        </w:tc>
        <w:tc>
          <w:tcPr>
            <w:tcW w:w="1309" w:type="pct"/>
            <w:vAlign w:val="center"/>
          </w:tcPr>
          <w:p w14:paraId="46605C34" w14:textId="596B466D" w:rsidR="00FD08A6" w:rsidRPr="00A5446C" w:rsidRDefault="00FD08A6" w:rsidP="00A5446C">
            <w:pPr>
              <w:jc w:val="center"/>
              <w:rPr>
                <w:lang w:val="ru-RU"/>
              </w:rPr>
            </w:pPr>
            <w:r w:rsidRPr="00A5446C">
              <w:rPr>
                <w:lang w:val="ru-RU"/>
              </w:rPr>
              <w:t>Б</w:t>
            </w:r>
            <w:proofErr w:type="gramStart"/>
            <w:r w:rsidRPr="00A5446C">
              <w:rPr>
                <w:lang w:val="ru-RU"/>
              </w:rPr>
              <w:t>1.В.ДВ</w:t>
            </w:r>
            <w:proofErr w:type="gramEnd"/>
            <w:r w:rsidRPr="00A5446C">
              <w:rPr>
                <w:lang w:val="ru-RU"/>
              </w:rPr>
              <w:t>.01.01 Архивоведение</w:t>
            </w:r>
          </w:p>
        </w:tc>
        <w:tc>
          <w:tcPr>
            <w:tcW w:w="516" w:type="pct"/>
            <w:vAlign w:val="center"/>
          </w:tcPr>
          <w:p w14:paraId="79BE1898" w14:textId="77777777" w:rsidR="00FD08A6" w:rsidRDefault="00FD08A6" w:rsidP="00A5446C">
            <w:pPr>
              <w:jc w:val="center"/>
            </w:pPr>
            <w:r>
              <w:t>УК-5, ОПК-3</w:t>
            </w:r>
          </w:p>
        </w:tc>
        <w:tc>
          <w:tcPr>
            <w:tcW w:w="471" w:type="pct"/>
            <w:vAlign w:val="center"/>
          </w:tcPr>
          <w:p w14:paraId="0CC27A08" w14:textId="77777777" w:rsidR="00FD08A6" w:rsidRDefault="00FD08A6" w:rsidP="00A5446C">
            <w:pPr>
              <w:jc w:val="center"/>
            </w:pPr>
            <w:r>
              <w:t>57.0%</w:t>
            </w:r>
          </w:p>
        </w:tc>
        <w:tc>
          <w:tcPr>
            <w:tcW w:w="429" w:type="pct"/>
            <w:vAlign w:val="center"/>
          </w:tcPr>
          <w:p w14:paraId="1BD02D4C" w14:textId="77777777" w:rsidR="00FD08A6" w:rsidRDefault="00FD08A6" w:rsidP="00A5446C">
            <w:pPr>
              <w:jc w:val="center"/>
            </w:pPr>
            <w:r>
              <w:t>05.05.2026</w:t>
            </w:r>
          </w:p>
        </w:tc>
      </w:tr>
      <w:tr w:rsidR="00FD08A6" w14:paraId="054DDC4E" w14:textId="77777777" w:rsidTr="00A5446C">
        <w:tc>
          <w:tcPr>
            <w:tcW w:w="357" w:type="pct"/>
            <w:vAlign w:val="center"/>
          </w:tcPr>
          <w:p w14:paraId="2059F401" w14:textId="77777777" w:rsidR="00FD08A6" w:rsidRDefault="00FD08A6" w:rsidP="00A5446C">
            <w:pPr>
              <w:jc w:val="center"/>
            </w:pPr>
            <w:r>
              <w:t>44.03.05</w:t>
            </w:r>
          </w:p>
        </w:tc>
        <w:tc>
          <w:tcPr>
            <w:tcW w:w="930" w:type="pct"/>
            <w:vAlign w:val="center"/>
          </w:tcPr>
          <w:p w14:paraId="35F28781" w14:textId="77777777" w:rsidR="00FD08A6" w:rsidRDefault="00FD08A6" w:rsidP="00A5446C">
            <w:pPr>
              <w:jc w:val="center"/>
            </w:pPr>
            <w:proofErr w:type="spellStart"/>
            <w:r>
              <w:t>История</w:t>
            </w:r>
            <w:proofErr w:type="spellEnd"/>
            <w:r>
              <w:t xml:space="preserve"> и </w:t>
            </w:r>
            <w:proofErr w:type="spellStart"/>
            <w:r>
              <w:t>обществознание</w:t>
            </w:r>
            <w:proofErr w:type="spellEnd"/>
          </w:p>
        </w:tc>
        <w:tc>
          <w:tcPr>
            <w:tcW w:w="316" w:type="pct"/>
            <w:vAlign w:val="center"/>
          </w:tcPr>
          <w:p w14:paraId="34454218" w14:textId="77777777" w:rsidR="00FD08A6" w:rsidRDefault="00FD08A6" w:rsidP="00A5446C">
            <w:pPr>
              <w:jc w:val="center"/>
            </w:pPr>
            <w:r>
              <w:t>2024</w:t>
            </w:r>
          </w:p>
        </w:tc>
        <w:tc>
          <w:tcPr>
            <w:tcW w:w="248" w:type="pct"/>
            <w:vAlign w:val="center"/>
          </w:tcPr>
          <w:p w14:paraId="60057194" w14:textId="77777777" w:rsidR="00FD08A6" w:rsidRDefault="00FD08A6" w:rsidP="00A5446C">
            <w:pPr>
              <w:jc w:val="center"/>
            </w:pPr>
            <w:r>
              <w:t>2</w:t>
            </w:r>
          </w:p>
        </w:tc>
        <w:tc>
          <w:tcPr>
            <w:tcW w:w="425" w:type="pct"/>
            <w:vAlign w:val="center"/>
          </w:tcPr>
          <w:p w14:paraId="4BE312F5" w14:textId="77777777" w:rsidR="00FD08A6" w:rsidRDefault="00FD08A6" w:rsidP="00A5446C">
            <w:pPr>
              <w:jc w:val="center"/>
            </w:pPr>
            <w:r>
              <w:t>ИиО-24</w:t>
            </w:r>
          </w:p>
        </w:tc>
        <w:tc>
          <w:tcPr>
            <w:tcW w:w="1309" w:type="pct"/>
            <w:vAlign w:val="center"/>
          </w:tcPr>
          <w:p w14:paraId="615B12D3" w14:textId="3B1A6AF7" w:rsidR="00FD08A6" w:rsidRPr="00A5446C" w:rsidRDefault="00FD08A6" w:rsidP="00A5446C">
            <w:pPr>
              <w:jc w:val="center"/>
              <w:rPr>
                <w:lang w:val="ru-RU"/>
              </w:rPr>
            </w:pPr>
            <w:r w:rsidRPr="00A5446C">
              <w:rPr>
                <w:lang w:val="ru-RU"/>
              </w:rPr>
              <w:t>Б1.О.02.03 Философия</w:t>
            </w:r>
          </w:p>
        </w:tc>
        <w:tc>
          <w:tcPr>
            <w:tcW w:w="516" w:type="pct"/>
            <w:vAlign w:val="center"/>
          </w:tcPr>
          <w:p w14:paraId="7DEE0FFA" w14:textId="77777777" w:rsidR="00FD08A6" w:rsidRDefault="00FD08A6" w:rsidP="00A5446C">
            <w:pPr>
              <w:jc w:val="center"/>
            </w:pPr>
            <w:r>
              <w:t>УК-5, ОПК-4</w:t>
            </w:r>
          </w:p>
        </w:tc>
        <w:tc>
          <w:tcPr>
            <w:tcW w:w="471" w:type="pct"/>
            <w:vAlign w:val="center"/>
          </w:tcPr>
          <w:p w14:paraId="30E7D62B" w14:textId="77777777" w:rsidR="00FD08A6" w:rsidRDefault="00FD08A6" w:rsidP="00A5446C">
            <w:pPr>
              <w:jc w:val="center"/>
            </w:pPr>
            <w:r>
              <w:t>85.0%</w:t>
            </w:r>
          </w:p>
        </w:tc>
        <w:tc>
          <w:tcPr>
            <w:tcW w:w="429" w:type="pct"/>
            <w:vAlign w:val="center"/>
          </w:tcPr>
          <w:p w14:paraId="490FFC46" w14:textId="77777777" w:rsidR="00FD08A6" w:rsidRDefault="00FD08A6" w:rsidP="00A5446C">
            <w:pPr>
              <w:jc w:val="center"/>
            </w:pPr>
            <w:r>
              <w:t>12.05.2026</w:t>
            </w:r>
          </w:p>
        </w:tc>
      </w:tr>
      <w:tr w:rsidR="00FD08A6" w14:paraId="7EA0AB90" w14:textId="77777777" w:rsidTr="00A5446C">
        <w:tc>
          <w:tcPr>
            <w:tcW w:w="357" w:type="pct"/>
            <w:vAlign w:val="center"/>
          </w:tcPr>
          <w:p w14:paraId="17094BC5" w14:textId="77777777" w:rsidR="00FD08A6" w:rsidRDefault="00FD08A6" w:rsidP="00A5446C">
            <w:pPr>
              <w:jc w:val="center"/>
            </w:pPr>
            <w:r>
              <w:t>44.03.05</w:t>
            </w:r>
          </w:p>
        </w:tc>
        <w:tc>
          <w:tcPr>
            <w:tcW w:w="930" w:type="pct"/>
            <w:vAlign w:val="center"/>
          </w:tcPr>
          <w:p w14:paraId="5AAC7737" w14:textId="77777777" w:rsidR="00FD08A6" w:rsidRDefault="00FD08A6" w:rsidP="00A5446C">
            <w:pPr>
              <w:jc w:val="center"/>
            </w:pPr>
            <w:proofErr w:type="spellStart"/>
            <w:r>
              <w:t>История</w:t>
            </w:r>
            <w:proofErr w:type="spellEnd"/>
            <w:r>
              <w:t xml:space="preserve"> и </w:t>
            </w:r>
            <w:proofErr w:type="spellStart"/>
            <w:r>
              <w:t>обществознание</w:t>
            </w:r>
            <w:proofErr w:type="spellEnd"/>
          </w:p>
        </w:tc>
        <w:tc>
          <w:tcPr>
            <w:tcW w:w="316" w:type="pct"/>
            <w:vAlign w:val="center"/>
          </w:tcPr>
          <w:p w14:paraId="25667118" w14:textId="77777777" w:rsidR="00FD08A6" w:rsidRDefault="00FD08A6" w:rsidP="00A5446C">
            <w:pPr>
              <w:jc w:val="center"/>
            </w:pPr>
            <w:r>
              <w:t>2024</w:t>
            </w:r>
          </w:p>
        </w:tc>
        <w:tc>
          <w:tcPr>
            <w:tcW w:w="248" w:type="pct"/>
            <w:vAlign w:val="center"/>
          </w:tcPr>
          <w:p w14:paraId="660D5FB6" w14:textId="77777777" w:rsidR="00FD08A6" w:rsidRDefault="00FD08A6" w:rsidP="00A5446C">
            <w:pPr>
              <w:jc w:val="center"/>
            </w:pPr>
            <w:r>
              <w:t>2</w:t>
            </w:r>
          </w:p>
        </w:tc>
        <w:tc>
          <w:tcPr>
            <w:tcW w:w="425" w:type="pct"/>
            <w:vAlign w:val="center"/>
          </w:tcPr>
          <w:p w14:paraId="2A1DB996" w14:textId="77777777" w:rsidR="00FD08A6" w:rsidRDefault="00FD08A6" w:rsidP="00A5446C">
            <w:pPr>
              <w:jc w:val="center"/>
            </w:pPr>
            <w:r>
              <w:t>ИиО-24</w:t>
            </w:r>
          </w:p>
        </w:tc>
        <w:tc>
          <w:tcPr>
            <w:tcW w:w="1309" w:type="pct"/>
            <w:vAlign w:val="center"/>
          </w:tcPr>
          <w:p w14:paraId="51657B9E" w14:textId="6D293161" w:rsidR="00FD08A6" w:rsidRPr="00A5446C" w:rsidRDefault="00FD08A6" w:rsidP="00A5446C">
            <w:pPr>
              <w:jc w:val="center"/>
              <w:rPr>
                <w:lang w:val="ru-RU"/>
              </w:rPr>
            </w:pPr>
            <w:r w:rsidRPr="00A5446C">
              <w:rPr>
                <w:lang w:val="ru-RU"/>
              </w:rPr>
              <w:t>ФТД 02. Основы волонтерской деятельности</w:t>
            </w:r>
          </w:p>
        </w:tc>
        <w:tc>
          <w:tcPr>
            <w:tcW w:w="516" w:type="pct"/>
            <w:vAlign w:val="center"/>
          </w:tcPr>
          <w:p w14:paraId="3D444B38" w14:textId="77777777" w:rsidR="00FD08A6" w:rsidRDefault="00FD08A6" w:rsidP="00A5446C">
            <w:pPr>
              <w:jc w:val="center"/>
            </w:pPr>
            <w:r>
              <w:t>УК-6</w:t>
            </w:r>
          </w:p>
        </w:tc>
        <w:tc>
          <w:tcPr>
            <w:tcW w:w="471" w:type="pct"/>
            <w:vAlign w:val="center"/>
          </w:tcPr>
          <w:p w14:paraId="00066FA0" w14:textId="77777777" w:rsidR="00FD08A6" w:rsidRDefault="00FD08A6" w:rsidP="00A5446C">
            <w:pPr>
              <w:jc w:val="center"/>
            </w:pPr>
            <w:r>
              <w:t>86.0%</w:t>
            </w:r>
          </w:p>
        </w:tc>
        <w:tc>
          <w:tcPr>
            <w:tcW w:w="429" w:type="pct"/>
            <w:vAlign w:val="center"/>
          </w:tcPr>
          <w:p w14:paraId="11F4FD28" w14:textId="77777777" w:rsidR="00FD08A6" w:rsidRDefault="00FD08A6" w:rsidP="00A5446C">
            <w:pPr>
              <w:jc w:val="center"/>
            </w:pPr>
            <w:r>
              <w:t>15.05.2026</w:t>
            </w:r>
          </w:p>
        </w:tc>
      </w:tr>
      <w:tr w:rsidR="00FD08A6" w14:paraId="2E88A406" w14:textId="77777777" w:rsidTr="00A5446C">
        <w:tc>
          <w:tcPr>
            <w:tcW w:w="357" w:type="pct"/>
            <w:vAlign w:val="center"/>
          </w:tcPr>
          <w:p w14:paraId="74E2BE78" w14:textId="77777777" w:rsidR="00FD08A6" w:rsidRDefault="00FD08A6" w:rsidP="00A5446C">
            <w:pPr>
              <w:jc w:val="center"/>
            </w:pPr>
            <w:r>
              <w:t>44.03.05</w:t>
            </w:r>
          </w:p>
        </w:tc>
        <w:tc>
          <w:tcPr>
            <w:tcW w:w="930" w:type="pct"/>
            <w:vAlign w:val="center"/>
          </w:tcPr>
          <w:p w14:paraId="39B205D8" w14:textId="77777777" w:rsidR="00FD08A6" w:rsidRDefault="00FD08A6" w:rsidP="00A5446C">
            <w:pPr>
              <w:jc w:val="center"/>
            </w:pPr>
            <w:proofErr w:type="spellStart"/>
            <w:r>
              <w:t>История</w:t>
            </w:r>
            <w:proofErr w:type="spellEnd"/>
            <w:r>
              <w:t xml:space="preserve"> и </w:t>
            </w:r>
            <w:proofErr w:type="spellStart"/>
            <w:r>
              <w:t>обществознание</w:t>
            </w:r>
            <w:proofErr w:type="spellEnd"/>
          </w:p>
        </w:tc>
        <w:tc>
          <w:tcPr>
            <w:tcW w:w="316" w:type="pct"/>
            <w:vAlign w:val="center"/>
          </w:tcPr>
          <w:p w14:paraId="7D96F9DE" w14:textId="77777777" w:rsidR="00FD08A6" w:rsidRDefault="00FD08A6" w:rsidP="00A5446C">
            <w:pPr>
              <w:jc w:val="center"/>
            </w:pPr>
            <w:r>
              <w:t>2024</w:t>
            </w:r>
          </w:p>
        </w:tc>
        <w:tc>
          <w:tcPr>
            <w:tcW w:w="248" w:type="pct"/>
            <w:vAlign w:val="center"/>
          </w:tcPr>
          <w:p w14:paraId="23FCC804" w14:textId="77777777" w:rsidR="00FD08A6" w:rsidRDefault="00FD08A6" w:rsidP="00A5446C">
            <w:pPr>
              <w:jc w:val="center"/>
            </w:pPr>
            <w:r>
              <w:t>2</w:t>
            </w:r>
          </w:p>
        </w:tc>
        <w:tc>
          <w:tcPr>
            <w:tcW w:w="425" w:type="pct"/>
            <w:vAlign w:val="center"/>
          </w:tcPr>
          <w:p w14:paraId="3391F96D" w14:textId="77777777" w:rsidR="00FD08A6" w:rsidRDefault="00FD08A6" w:rsidP="00A5446C">
            <w:pPr>
              <w:jc w:val="center"/>
            </w:pPr>
            <w:r>
              <w:t>ИиО-24</w:t>
            </w:r>
          </w:p>
        </w:tc>
        <w:tc>
          <w:tcPr>
            <w:tcW w:w="1309" w:type="pct"/>
            <w:vAlign w:val="center"/>
          </w:tcPr>
          <w:p w14:paraId="021A9861" w14:textId="6058589D" w:rsidR="00FD08A6" w:rsidRPr="00A5446C" w:rsidRDefault="00FD08A6" w:rsidP="00A5446C">
            <w:pPr>
              <w:jc w:val="center"/>
              <w:rPr>
                <w:lang w:val="ru-RU"/>
              </w:rPr>
            </w:pPr>
            <w:r w:rsidRPr="00A5446C">
              <w:rPr>
                <w:lang w:val="ru-RU"/>
              </w:rPr>
              <w:t>ФТД 02. Основы волонтерской деятельности</w:t>
            </w:r>
          </w:p>
        </w:tc>
        <w:tc>
          <w:tcPr>
            <w:tcW w:w="516" w:type="pct"/>
            <w:vAlign w:val="center"/>
          </w:tcPr>
          <w:p w14:paraId="5154632E" w14:textId="77777777" w:rsidR="00FD08A6" w:rsidRDefault="00FD08A6" w:rsidP="00A5446C">
            <w:pPr>
              <w:jc w:val="center"/>
            </w:pPr>
            <w:r>
              <w:t>УК-3</w:t>
            </w:r>
          </w:p>
        </w:tc>
        <w:tc>
          <w:tcPr>
            <w:tcW w:w="471" w:type="pct"/>
            <w:vAlign w:val="center"/>
          </w:tcPr>
          <w:p w14:paraId="2D6DC06B" w14:textId="77777777" w:rsidR="00FD08A6" w:rsidRDefault="00FD08A6" w:rsidP="00A5446C">
            <w:pPr>
              <w:jc w:val="center"/>
            </w:pPr>
            <w:r>
              <w:t>83.0%</w:t>
            </w:r>
          </w:p>
        </w:tc>
        <w:tc>
          <w:tcPr>
            <w:tcW w:w="429" w:type="pct"/>
            <w:vAlign w:val="center"/>
          </w:tcPr>
          <w:p w14:paraId="667B9825" w14:textId="77777777" w:rsidR="00FD08A6" w:rsidRDefault="00FD08A6" w:rsidP="00A5446C">
            <w:pPr>
              <w:jc w:val="center"/>
            </w:pPr>
            <w:r>
              <w:t>15.05.2026</w:t>
            </w:r>
          </w:p>
        </w:tc>
      </w:tr>
      <w:tr w:rsidR="00FD08A6" w14:paraId="42C46FEC" w14:textId="77777777" w:rsidTr="00A5446C">
        <w:tc>
          <w:tcPr>
            <w:tcW w:w="357" w:type="pct"/>
            <w:vAlign w:val="center"/>
          </w:tcPr>
          <w:p w14:paraId="4B095930" w14:textId="77777777" w:rsidR="00FD08A6" w:rsidRDefault="00FD08A6" w:rsidP="00A5446C">
            <w:pPr>
              <w:jc w:val="center"/>
            </w:pPr>
            <w:r>
              <w:t>44.03.05</w:t>
            </w:r>
          </w:p>
        </w:tc>
        <w:tc>
          <w:tcPr>
            <w:tcW w:w="930" w:type="pct"/>
            <w:vAlign w:val="center"/>
          </w:tcPr>
          <w:p w14:paraId="40AF6C91" w14:textId="77777777" w:rsidR="00FD08A6" w:rsidRDefault="00FD08A6" w:rsidP="00A5446C">
            <w:pPr>
              <w:jc w:val="center"/>
            </w:pPr>
            <w:proofErr w:type="spellStart"/>
            <w:r>
              <w:t>История</w:t>
            </w:r>
            <w:proofErr w:type="spellEnd"/>
            <w:r>
              <w:t xml:space="preserve"> и </w:t>
            </w:r>
            <w:proofErr w:type="spellStart"/>
            <w:r>
              <w:t>обществознание</w:t>
            </w:r>
            <w:proofErr w:type="spellEnd"/>
          </w:p>
        </w:tc>
        <w:tc>
          <w:tcPr>
            <w:tcW w:w="316" w:type="pct"/>
            <w:vAlign w:val="center"/>
          </w:tcPr>
          <w:p w14:paraId="24E4C042" w14:textId="77777777" w:rsidR="00FD08A6" w:rsidRDefault="00FD08A6" w:rsidP="00A5446C">
            <w:pPr>
              <w:jc w:val="center"/>
            </w:pPr>
            <w:r>
              <w:t>2025</w:t>
            </w:r>
          </w:p>
        </w:tc>
        <w:tc>
          <w:tcPr>
            <w:tcW w:w="248" w:type="pct"/>
            <w:vAlign w:val="center"/>
          </w:tcPr>
          <w:p w14:paraId="76B065B0" w14:textId="77777777" w:rsidR="00FD08A6" w:rsidRDefault="00FD08A6" w:rsidP="00A5446C">
            <w:pPr>
              <w:jc w:val="center"/>
            </w:pPr>
            <w:r>
              <w:t>1</w:t>
            </w:r>
          </w:p>
        </w:tc>
        <w:tc>
          <w:tcPr>
            <w:tcW w:w="425" w:type="pct"/>
            <w:vAlign w:val="center"/>
          </w:tcPr>
          <w:p w14:paraId="6839F63D" w14:textId="77777777" w:rsidR="00FD08A6" w:rsidRDefault="00FD08A6" w:rsidP="00A5446C">
            <w:pPr>
              <w:jc w:val="center"/>
            </w:pPr>
            <w:r>
              <w:t>ИиО-25</w:t>
            </w:r>
          </w:p>
        </w:tc>
        <w:tc>
          <w:tcPr>
            <w:tcW w:w="1309" w:type="pct"/>
            <w:vAlign w:val="center"/>
          </w:tcPr>
          <w:p w14:paraId="12A8722E" w14:textId="63368DC3" w:rsidR="00FD08A6" w:rsidRPr="00A5446C" w:rsidRDefault="00986083" w:rsidP="00A5446C">
            <w:pPr>
              <w:jc w:val="center"/>
              <w:rPr>
                <w:lang w:val="ru-RU"/>
              </w:rPr>
            </w:pPr>
            <w:r w:rsidRPr="00986083">
              <w:rPr>
                <w:lang w:val="ru-RU"/>
              </w:rPr>
              <w:t>Б1.О.09.02</w:t>
            </w:r>
            <w:r>
              <w:rPr>
                <w:lang w:val="ru-RU"/>
              </w:rPr>
              <w:t xml:space="preserve"> </w:t>
            </w:r>
            <w:r w:rsidR="00FD08A6" w:rsidRPr="00A5446C">
              <w:rPr>
                <w:lang w:val="ru-RU"/>
              </w:rPr>
              <w:t xml:space="preserve">История России с древнейших времен до </w:t>
            </w:r>
            <w:r w:rsidR="00FD08A6">
              <w:t>XVIII</w:t>
            </w:r>
            <w:r w:rsidR="00FD08A6" w:rsidRPr="00A5446C">
              <w:rPr>
                <w:lang w:val="ru-RU"/>
              </w:rPr>
              <w:t xml:space="preserve"> века, 2</w:t>
            </w:r>
            <w:r>
              <w:rPr>
                <w:lang w:val="ru-RU"/>
              </w:rPr>
              <w:t> </w:t>
            </w:r>
            <w:r w:rsidR="00FD08A6" w:rsidRPr="00A5446C">
              <w:rPr>
                <w:lang w:val="ru-RU"/>
              </w:rPr>
              <w:t>семестр</w:t>
            </w:r>
          </w:p>
        </w:tc>
        <w:tc>
          <w:tcPr>
            <w:tcW w:w="516" w:type="pct"/>
            <w:vAlign w:val="center"/>
          </w:tcPr>
          <w:p w14:paraId="63311764" w14:textId="77777777" w:rsidR="00FD08A6" w:rsidRDefault="00FD08A6" w:rsidP="00A5446C">
            <w:pPr>
              <w:jc w:val="center"/>
            </w:pPr>
            <w:r>
              <w:t>УК-5</w:t>
            </w:r>
          </w:p>
        </w:tc>
        <w:tc>
          <w:tcPr>
            <w:tcW w:w="471" w:type="pct"/>
            <w:vAlign w:val="center"/>
          </w:tcPr>
          <w:p w14:paraId="6D5B3882" w14:textId="77777777" w:rsidR="00FD08A6" w:rsidRDefault="00FD08A6" w:rsidP="00A5446C">
            <w:pPr>
              <w:jc w:val="center"/>
            </w:pPr>
            <w:r>
              <w:t>47.0%</w:t>
            </w:r>
          </w:p>
        </w:tc>
        <w:tc>
          <w:tcPr>
            <w:tcW w:w="429" w:type="pct"/>
            <w:vAlign w:val="center"/>
          </w:tcPr>
          <w:p w14:paraId="5F93C39E" w14:textId="77777777" w:rsidR="00FD08A6" w:rsidRDefault="00FD08A6" w:rsidP="00A5446C">
            <w:pPr>
              <w:jc w:val="center"/>
            </w:pPr>
            <w:r>
              <w:t>15.05.2026</w:t>
            </w:r>
          </w:p>
        </w:tc>
      </w:tr>
      <w:tr w:rsidR="00FD08A6" w14:paraId="572FFD4F" w14:textId="77777777" w:rsidTr="00A5446C">
        <w:tc>
          <w:tcPr>
            <w:tcW w:w="357" w:type="pct"/>
            <w:vAlign w:val="center"/>
          </w:tcPr>
          <w:p w14:paraId="05067D51" w14:textId="77777777" w:rsidR="00FD08A6" w:rsidRDefault="00FD08A6" w:rsidP="00A5446C">
            <w:pPr>
              <w:jc w:val="center"/>
            </w:pPr>
            <w:r>
              <w:t>44.03.05</w:t>
            </w:r>
          </w:p>
        </w:tc>
        <w:tc>
          <w:tcPr>
            <w:tcW w:w="930" w:type="pct"/>
            <w:vAlign w:val="center"/>
          </w:tcPr>
          <w:p w14:paraId="650231F7" w14:textId="77777777" w:rsidR="00FD08A6" w:rsidRDefault="00FD08A6" w:rsidP="00A5446C">
            <w:pPr>
              <w:jc w:val="center"/>
            </w:pPr>
            <w:proofErr w:type="spellStart"/>
            <w:r>
              <w:t>История</w:t>
            </w:r>
            <w:proofErr w:type="spellEnd"/>
            <w:r>
              <w:t xml:space="preserve"> и </w:t>
            </w:r>
            <w:proofErr w:type="spellStart"/>
            <w:r>
              <w:t>обществознание</w:t>
            </w:r>
            <w:proofErr w:type="spellEnd"/>
          </w:p>
        </w:tc>
        <w:tc>
          <w:tcPr>
            <w:tcW w:w="316" w:type="pct"/>
            <w:vAlign w:val="center"/>
          </w:tcPr>
          <w:p w14:paraId="2043AAA6" w14:textId="77777777" w:rsidR="00FD08A6" w:rsidRDefault="00FD08A6" w:rsidP="00A5446C">
            <w:pPr>
              <w:jc w:val="center"/>
            </w:pPr>
            <w:r>
              <w:t>2025</w:t>
            </w:r>
          </w:p>
        </w:tc>
        <w:tc>
          <w:tcPr>
            <w:tcW w:w="248" w:type="pct"/>
            <w:vAlign w:val="center"/>
          </w:tcPr>
          <w:p w14:paraId="5EF65494" w14:textId="77777777" w:rsidR="00FD08A6" w:rsidRDefault="00FD08A6" w:rsidP="00A5446C">
            <w:pPr>
              <w:jc w:val="center"/>
            </w:pPr>
            <w:r>
              <w:t>1</w:t>
            </w:r>
          </w:p>
        </w:tc>
        <w:tc>
          <w:tcPr>
            <w:tcW w:w="425" w:type="pct"/>
            <w:vAlign w:val="center"/>
          </w:tcPr>
          <w:p w14:paraId="2B17AD66" w14:textId="77777777" w:rsidR="00FD08A6" w:rsidRDefault="00FD08A6" w:rsidP="00A5446C">
            <w:pPr>
              <w:jc w:val="center"/>
            </w:pPr>
            <w:r>
              <w:t>ИиО-25</w:t>
            </w:r>
          </w:p>
        </w:tc>
        <w:tc>
          <w:tcPr>
            <w:tcW w:w="1309" w:type="pct"/>
            <w:vAlign w:val="center"/>
          </w:tcPr>
          <w:p w14:paraId="4663F0A8" w14:textId="5891F465" w:rsidR="00FD08A6" w:rsidRPr="00A5446C" w:rsidRDefault="00986083" w:rsidP="00A5446C">
            <w:pPr>
              <w:jc w:val="center"/>
              <w:rPr>
                <w:lang w:val="ru-RU"/>
              </w:rPr>
            </w:pPr>
            <w:r w:rsidRPr="00986083">
              <w:rPr>
                <w:lang w:val="ru-RU"/>
              </w:rPr>
              <w:t>Б1.О.09.02</w:t>
            </w:r>
            <w:r>
              <w:rPr>
                <w:lang w:val="ru-RU"/>
              </w:rPr>
              <w:t xml:space="preserve"> </w:t>
            </w:r>
            <w:r w:rsidR="00FD08A6" w:rsidRPr="00A5446C">
              <w:rPr>
                <w:lang w:val="ru-RU"/>
              </w:rPr>
              <w:t xml:space="preserve">История России с древнейших времен до </w:t>
            </w:r>
            <w:r w:rsidR="00FD08A6">
              <w:t>XVIII</w:t>
            </w:r>
            <w:r w:rsidR="00FD08A6" w:rsidRPr="00A5446C">
              <w:rPr>
                <w:lang w:val="ru-RU"/>
              </w:rPr>
              <w:t xml:space="preserve"> века, 2</w:t>
            </w:r>
            <w:r>
              <w:rPr>
                <w:lang w:val="ru-RU"/>
              </w:rPr>
              <w:t> </w:t>
            </w:r>
            <w:r w:rsidR="00FD08A6" w:rsidRPr="00A5446C">
              <w:rPr>
                <w:lang w:val="ru-RU"/>
              </w:rPr>
              <w:t>семестр</w:t>
            </w:r>
          </w:p>
        </w:tc>
        <w:tc>
          <w:tcPr>
            <w:tcW w:w="516" w:type="pct"/>
            <w:vAlign w:val="center"/>
          </w:tcPr>
          <w:p w14:paraId="03142544" w14:textId="77777777" w:rsidR="00FD08A6" w:rsidRDefault="00FD08A6" w:rsidP="00A5446C">
            <w:pPr>
              <w:jc w:val="center"/>
            </w:pPr>
            <w:r>
              <w:t>ОПК-8</w:t>
            </w:r>
          </w:p>
        </w:tc>
        <w:tc>
          <w:tcPr>
            <w:tcW w:w="471" w:type="pct"/>
            <w:vAlign w:val="center"/>
          </w:tcPr>
          <w:p w14:paraId="36E65913" w14:textId="77777777" w:rsidR="00FD08A6" w:rsidRDefault="00FD08A6" w:rsidP="00A5446C">
            <w:pPr>
              <w:jc w:val="center"/>
            </w:pPr>
            <w:r>
              <w:t>47.0%</w:t>
            </w:r>
          </w:p>
        </w:tc>
        <w:tc>
          <w:tcPr>
            <w:tcW w:w="429" w:type="pct"/>
            <w:vAlign w:val="center"/>
          </w:tcPr>
          <w:p w14:paraId="3DF410A9" w14:textId="77777777" w:rsidR="00FD08A6" w:rsidRDefault="00FD08A6" w:rsidP="00A5446C">
            <w:pPr>
              <w:jc w:val="center"/>
            </w:pPr>
            <w:r>
              <w:t>15.05.2026</w:t>
            </w:r>
          </w:p>
        </w:tc>
      </w:tr>
      <w:tr w:rsidR="00FD08A6" w14:paraId="1A1E15DC" w14:textId="77777777" w:rsidTr="00A5446C">
        <w:tc>
          <w:tcPr>
            <w:tcW w:w="357" w:type="pct"/>
            <w:vAlign w:val="center"/>
          </w:tcPr>
          <w:p w14:paraId="67159856" w14:textId="77777777" w:rsidR="00FD08A6" w:rsidRDefault="00FD08A6" w:rsidP="00A5446C">
            <w:pPr>
              <w:jc w:val="center"/>
            </w:pPr>
            <w:r>
              <w:t>44.03.05</w:t>
            </w:r>
          </w:p>
        </w:tc>
        <w:tc>
          <w:tcPr>
            <w:tcW w:w="930" w:type="pct"/>
            <w:vAlign w:val="center"/>
          </w:tcPr>
          <w:p w14:paraId="428216E0" w14:textId="77777777" w:rsidR="00FD08A6" w:rsidRDefault="00FD08A6" w:rsidP="00A5446C">
            <w:pPr>
              <w:jc w:val="center"/>
            </w:pPr>
            <w:proofErr w:type="spellStart"/>
            <w:r>
              <w:t>История</w:t>
            </w:r>
            <w:proofErr w:type="spellEnd"/>
            <w:r>
              <w:t xml:space="preserve"> и </w:t>
            </w:r>
            <w:proofErr w:type="spellStart"/>
            <w:r>
              <w:t>обществознание</w:t>
            </w:r>
            <w:proofErr w:type="spellEnd"/>
          </w:p>
        </w:tc>
        <w:tc>
          <w:tcPr>
            <w:tcW w:w="316" w:type="pct"/>
            <w:vAlign w:val="center"/>
          </w:tcPr>
          <w:p w14:paraId="13B45DFA" w14:textId="77777777" w:rsidR="00FD08A6" w:rsidRDefault="00FD08A6" w:rsidP="00A5446C">
            <w:pPr>
              <w:jc w:val="center"/>
            </w:pPr>
            <w:r>
              <w:t>2024</w:t>
            </w:r>
          </w:p>
        </w:tc>
        <w:tc>
          <w:tcPr>
            <w:tcW w:w="248" w:type="pct"/>
            <w:vAlign w:val="center"/>
          </w:tcPr>
          <w:p w14:paraId="0986080E" w14:textId="77777777" w:rsidR="00FD08A6" w:rsidRDefault="00FD08A6" w:rsidP="00A5446C">
            <w:pPr>
              <w:jc w:val="center"/>
            </w:pPr>
            <w:r>
              <w:t>2</w:t>
            </w:r>
          </w:p>
        </w:tc>
        <w:tc>
          <w:tcPr>
            <w:tcW w:w="425" w:type="pct"/>
            <w:vAlign w:val="center"/>
          </w:tcPr>
          <w:p w14:paraId="75EFB874" w14:textId="77777777" w:rsidR="00FD08A6" w:rsidRDefault="00FD08A6" w:rsidP="00A5446C">
            <w:pPr>
              <w:jc w:val="center"/>
            </w:pPr>
            <w:r>
              <w:t>ИиО-24</w:t>
            </w:r>
          </w:p>
        </w:tc>
        <w:tc>
          <w:tcPr>
            <w:tcW w:w="1309" w:type="pct"/>
            <w:vAlign w:val="center"/>
          </w:tcPr>
          <w:p w14:paraId="08844343" w14:textId="1C3BF4A3" w:rsidR="00FD08A6" w:rsidRPr="00A5446C" w:rsidRDefault="002D3EA2" w:rsidP="00A5446C">
            <w:pPr>
              <w:jc w:val="center"/>
              <w:rPr>
                <w:lang w:val="ru-RU"/>
              </w:rPr>
            </w:pPr>
            <w:r w:rsidRPr="002D3EA2">
              <w:rPr>
                <w:lang w:val="ru-RU"/>
              </w:rPr>
              <w:t>Б1.О.07.05</w:t>
            </w:r>
            <w:r>
              <w:rPr>
                <w:lang w:val="ru-RU"/>
              </w:rPr>
              <w:t xml:space="preserve"> </w:t>
            </w:r>
            <w:r w:rsidR="00FD08A6" w:rsidRPr="00A5446C">
              <w:rPr>
                <w:lang w:val="ru-RU"/>
              </w:rPr>
              <w:t>Основы вожатской деятельности</w:t>
            </w:r>
          </w:p>
        </w:tc>
        <w:tc>
          <w:tcPr>
            <w:tcW w:w="516" w:type="pct"/>
            <w:vAlign w:val="center"/>
          </w:tcPr>
          <w:p w14:paraId="55152466" w14:textId="1B88B8D9" w:rsidR="00FD08A6" w:rsidRDefault="002D3EA2" w:rsidP="00A5446C">
            <w:pPr>
              <w:jc w:val="center"/>
            </w:pPr>
            <w:r w:rsidRPr="002D3EA2">
              <w:t>УК-3</w:t>
            </w:r>
            <w:r>
              <w:rPr>
                <w:lang w:val="ru-RU"/>
              </w:rPr>
              <w:t>,</w:t>
            </w:r>
            <w:r w:rsidRPr="002D3EA2">
              <w:t xml:space="preserve"> ОПК-3</w:t>
            </w:r>
            <w:r>
              <w:rPr>
                <w:lang w:val="ru-RU"/>
              </w:rPr>
              <w:t>,</w:t>
            </w:r>
            <w:r w:rsidRPr="002D3EA2">
              <w:t xml:space="preserve"> ОПК-4</w:t>
            </w:r>
          </w:p>
        </w:tc>
        <w:tc>
          <w:tcPr>
            <w:tcW w:w="471" w:type="pct"/>
            <w:vAlign w:val="center"/>
          </w:tcPr>
          <w:p w14:paraId="27224CB3" w14:textId="77777777" w:rsidR="00FD08A6" w:rsidRDefault="00FD08A6" w:rsidP="00A5446C">
            <w:pPr>
              <w:jc w:val="center"/>
            </w:pPr>
            <w:r>
              <w:t>70.0%</w:t>
            </w:r>
          </w:p>
        </w:tc>
        <w:tc>
          <w:tcPr>
            <w:tcW w:w="429" w:type="pct"/>
            <w:vAlign w:val="center"/>
          </w:tcPr>
          <w:p w14:paraId="69E53B3A" w14:textId="77777777" w:rsidR="00FD08A6" w:rsidRDefault="00FD08A6" w:rsidP="00A5446C">
            <w:pPr>
              <w:jc w:val="center"/>
            </w:pPr>
            <w:r>
              <w:t>18.05.2026</w:t>
            </w:r>
          </w:p>
        </w:tc>
      </w:tr>
      <w:tr w:rsidR="00FD08A6" w14:paraId="04960F97" w14:textId="77777777" w:rsidTr="00A5446C">
        <w:tc>
          <w:tcPr>
            <w:tcW w:w="357" w:type="pct"/>
            <w:vAlign w:val="center"/>
          </w:tcPr>
          <w:p w14:paraId="0F396115" w14:textId="77777777" w:rsidR="00FD08A6" w:rsidRDefault="00FD08A6" w:rsidP="00A5446C">
            <w:pPr>
              <w:jc w:val="center"/>
            </w:pPr>
            <w:r>
              <w:t>44.03.05</w:t>
            </w:r>
          </w:p>
        </w:tc>
        <w:tc>
          <w:tcPr>
            <w:tcW w:w="930" w:type="pct"/>
            <w:vAlign w:val="center"/>
          </w:tcPr>
          <w:p w14:paraId="274E1309" w14:textId="77777777" w:rsidR="00FD08A6" w:rsidRDefault="00FD08A6" w:rsidP="00A5446C">
            <w:pPr>
              <w:jc w:val="center"/>
            </w:pPr>
            <w:proofErr w:type="spellStart"/>
            <w:r>
              <w:t>История</w:t>
            </w:r>
            <w:proofErr w:type="spellEnd"/>
            <w:r>
              <w:t xml:space="preserve"> и </w:t>
            </w:r>
            <w:proofErr w:type="spellStart"/>
            <w:r>
              <w:t>обществознание</w:t>
            </w:r>
            <w:proofErr w:type="spellEnd"/>
          </w:p>
        </w:tc>
        <w:tc>
          <w:tcPr>
            <w:tcW w:w="316" w:type="pct"/>
            <w:vAlign w:val="center"/>
          </w:tcPr>
          <w:p w14:paraId="793D00C8" w14:textId="77777777" w:rsidR="00FD08A6" w:rsidRDefault="00FD08A6" w:rsidP="00A5446C">
            <w:pPr>
              <w:jc w:val="center"/>
            </w:pPr>
            <w:r>
              <w:t>2024</w:t>
            </w:r>
          </w:p>
        </w:tc>
        <w:tc>
          <w:tcPr>
            <w:tcW w:w="248" w:type="pct"/>
            <w:vAlign w:val="center"/>
          </w:tcPr>
          <w:p w14:paraId="3453E18F" w14:textId="77777777" w:rsidR="00FD08A6" w:rsidRDefault="00FD08A6" w:rsidP="00A5446C">
            <w:pPr>
              <w:jc w:val="center"/>
            </w:pPr>
            <w:r>
              <w:t>2</w:t>
            </w:r>
          </w:p>
        </w:tc>
        <w:tc>
          <w:tcPr>
            <w:tcW w:w="425" w:type="pct"/>
            <w:vAlign w:val="center"/>
          </w:tcPr>
          <w:p w14:paraId="1100E9D1" w14:textId="77777777" w:rsidR="00FD08A6" w:rsidRDefault="00FD08A6" w:rsidP="00A5446C">
            <w:pPr>
              <w:jc w:val="center"/>
            </w:pPr>
            <w:r>
              <w:t>ИиО-24</w:t>
            </w:r>
          </w:p>
        </w:tc>
        <w:tc>
          <w:tcPr>
            <w:tcW w:w="1309" w:type="pct"/>
            <w:vAlign w:val="center"/>
          </w:tcPr>
          <w:p w14:paraId="6B16B99C" w14:textId="67280B96" w:rsidR="00FD08A6" w:rsidRPr="00A5446C" w:rsidRDefault="00FD08A6" w:rsidP="00A5446C">
            <w:pPr>
              <w:jc w:val="center"/>
              <w:rPr>
                <w:lang w:val="ru-RU"/>
              </w:rPr>
            </w:pPr>
            <w:r w:rsidRPr="00A5446C">
              <w:rPr>
                <w:lang w:val="ru-RU"/>
              </w:rPr>
              <w:t>Б1.О.09.06, История средних веков</w:t>
            </w:r>
          </w:p>
        </w:tc>
        <w:tc>
          <w:tcPr>
            <w:tcW w:w="516" w:type="pct"/>
            <w:vAlign w:val="center"/>
          </w:tcPr>
          <w:p w14:paraId="61DB88D6" w14:textId="77777777" w:rsidR="00FD08A6" w:rsidRDefault="00FD08A6" w:rsidP="00A5446C">
            <w:pPr>
              <w:jc w:val="center"/>
            </w:pPr>
            <w:r>
              <w:t>УК-5, ОПК-8</w:t>
            </w:r>
          </w:p>
        </w:tc>
        <w:tc>
          <w:tcPr>
            <w:tcW w:w="471" w:type="pct"/>
            <w:vAlign w:val="center"/>
          </w:tcPr>
          <w:p w14:paraId="3E1D5AA0" w14:textId="77777777" w:rsidR="00FD08A6" w:rsidRDefault="00FD08A6" w:rsidP="00A5446C">
            <w:pPr>
              <w:jc w:val="center"/>
            </w:pPr>
            <w:r>
              <w:t>82.0%</w:t>
            </w:r>
          </w:p>
        </w:tc>
        <w:tc>
          <w:tcPr>
            <w:tcW w:w="429" w:type="pct"/>
            <w:vAlign w:val="center"/>
          </w:tcPr>
          <w:p w14:paraId="072A80A6" w14:textId="77777777" w:rsidR="00FD08A6" w:rsidRDefault="00FD08A6" w:rsidP="00A5446C">
            <w:pPr>
              <w:jc w:val="center"/>
            </w:pPr>
            <w:r>
              <w:t>23.05.2026</w:t>
            </w:r>
          </w:p>
        </w:tc>
      </w:tr>
      <w:tr w:rsidR="00FD08A6" w14:paraId="567CC786" w14:textId="77777777" w:rsidTr="00A5446C">
        <w:tc>
          <w:tcPr>
            <w:tcW w:w="357" w:type="pct"/>
            <w:vAlign w:val="center"/>
          </w:tcPr>
          <w:p w14:paraId="0BE0B893" w14:textId="77777777" w:rsidR="00FD08A6" w:rsidRDefault="00FD08A6" w:rsidP="00A5446C">
            <w:pPr>
              <w:jc w:val="center"/>
            </w:pPr>
            <w:r>
              <w:t>44.03.05</w:t>
            </w:r>
          </w:p>
        </w:tc>
        <w:tc>
          <w:tcPr>
            <w:tcW w:w="930" w:type="pct"/>
            <w:vAlign w:val="center"/>
          </w:tcPr>
          <w:p w14:paraId="47159307" w14:textId="77777777" w:rsidR="00FD08A6" w:rsidRDefault="00FD08A6" w:rsidP="00A5446C">
            <w:pPr>
              <w:jc w:val="center"/>
            </w:pPr>
            <w:proofErr w:type="spellStart"/>
            <w:r>
              <w:t>История</w:t>
            </w:r>
            <w:proofErr w:type="spellEnd"/>
            <w:r>
              <w:t xml:space="preserve"> и </w:t>
            </w:r>
            <w:proofErr w:type="spellStart"/>
            <w:r>
              <w:t>обществознание</w:t>
            </w:r>
            <w:proofErr w:type="spellEnd"/>
          </w:p>
        </w:tc>
        <w:tc>
          <w:tcPr>
            <w:tcW w:w="316" w:type="pct"/>
            <w:vAlign w:val="center"/>
          </w:tcPr>
          <w:p w14:paraId="21B65327" w14:textId="77777777" w:rsidR="00FD08A6" w:rsidRDefault="00FD08A6" w:rsidP="00A5446C">
            <w:pPr>
              <w:jc w:val="center"/>
            </w:pPr>
            <w:r>
              <w:t>2024</w:t>
            </w:r>
          </w:p>
        </w:tc>
        <w:tc>
          <w:tcPr>
            <w:tcW w:w="248" w:type="pct"/>
            <w:vAlign w:val="center"/>
          </w:tcPr>
          <w:p w14:paraId="6AA0D050" w14:textId="77777777" w:rsidR="00FD08A6" w:rsidRDefault="00FD08A6" w:rsidP="00A5446C">
            <w:pPr>
              <w:jc w:val="center"/>
            </w:pPr>
            <w:r>
              <w:t>2</w:t>
            </w:r>
          </w:p>
        </w:tc>
        <w:tc>
          <w:tcPr>
            <w:tcW w:w="425" w:type="pct"/>
            <w:vAlign w:val="center"/>
          </w:tcPr>
          <w:p w14:paraId="36648267" w14:textId="77777777" w:rsidR="00FD08A6" w:rsidRDefault="00FD08A6" w:rsidP="00A5446C">
            <w:pPr>
              <w:jc w:val="center"/>
            </w:pPr>
            <w:r>
              <w:t>ИиО-24</w:t>
            </w:r>
          </w:p>
        </w:tc>
        <w:tc>
          <w:tcPr>
            <w:tcW w:w="1309" w:type="pct"/>
            <w:vAlign w:val="center"/>
          </w:tcPr>
          <w:p w14:paraId="48EB6E21" w14:textId="06516086" w:rsidR="00FD08A6" w:rsidRPr="00A5446C" w:rsidRDefault="00FD08A6" w:rsidP="00A5446C">
            <w:pPr>
              <w:jc w:val="center"/>
              <w:rPr>
                <w:lang w:val="ru-RU"/>
              </w:rPr>
            </w:pPr>
            <w:r w:rsidRPr="00A5446C">
              <w:rPr>
                <w:lang w:val="ru-RU"/>
              </w:rPr>
              <w:t>Б1.О.09.04 История России (</w:t>
            </w:r>
            <w:proofErr w:type="gramStart"/>
            <w:r>
              <w:t>XIX</w:t>
            </w:r>
            <w:r w:rsidRPr="00A5446C">
              <w:rPr>
                <w:lang w:val="ru-RU"/>
              </w:rPr>
              <w:t xml:space="preserve"> - начало</w:t>
            </w:r>
            <w:proofErr w:type="gramEnd"/>
            <w:r w:rsidRPr="00A5446C">
              <w:rPr>
                <w:lang w:val="ru-RU"/>
              </w:rPr>
              <w:t xml:space="preserve"> </w:t>
            </w:r>
            <w:r>
              <w:t>XX</w:t>
            </w:r>
            <w:r w:rsidRPr="00A5446C">
              <w:rPr>
                <w:lang w:val="ru-RU"/>
              </w:rPr>
              <w:t xml:space="preserve"> века)</w:t>
            </w:r>
          </w:p>
        </w:tc>
        <w:tc>
          <w:tcPr>
            <w:tcW w:w="516" w:type="pct"/>
            <w:vAlign w:val="center"/>
          </w:tcPr>
          <w:p w14:paraId="0AECB11F" w14:textId="77777777" w:rsidR="00FD08A6" w:rsidRDefault="00FD08A6" w:rsidP="00A5446C">
            <w:pPr>
              <w:jc w:val="center"/>
            </w:pPr>
            <w:r>
              <w:t>УК-5</w:t>
            </w:r>
          </w:p>
        </w:tc>
        <w:tc>
          <w:tcPr>
            <w:tcW w:w="471" w:type="pct"/>
            <w:vAlign w:val="center"/>
          </w:tcPr>
          <w:p w14:paraId="3553B087" w14:textId="77777777" w:rsidR="00FD08A6" w:rsidRDefault="00FD08A6" w:rsidP="00A5446C">
            <w:pPr>
              <w:jc w:val="center"/>
            </w:pPr>
            <w:r>
              <w:t>58.0%</w:t>
            </w:r>
          </w:p>
        </w:tc>
        <w:tc>
          <w:tcPr>
            <w:tcW w:w="429" w:type="pct"/>
            <w:vAlign w:val="center"/>
          </w:tcPr>
          <w:p w14:paraId="66A802B5" w14:textId="77777777" w:rsidR="00FD08A6" w:rsidRDefault="00FD08A6" w:rsidP="00A5446C">
            <w:pPr>
              <w:jc w:val="center"/>
            </w:pPr>
            <w:r>
              <w:t>26.05.2026</w:t>
            </w:r>
          </w:p>
        </w:tc>
      </w:tr>
      <w:tr w:rsidR="00FD08A6" w14:paraId="39DCB7D1" w14:textId="77777777" w:rsidTr="00A5446C">
        <w:tc>
          <w:tcPr>
            <w:tcW w:w="357" w:type="pct"/>
            <w:vAlign w:val="center"/>
          </w:tcPr>
          <w:p w14:paraId="0BFF3D7E" w14:textId="77777777" w:rsidR="00FD08A6" w:rsidRDefault="00FD08A6" w:rsidP="00A5446C">
            <w:pPr>
              <w:jc w:val="center"/>
            </w:pPr>
            <w:r>
              <w:t>44.03.05</w:t>
            </w:r>
          </w:p>
        </w:tc>
        <w:tc>
          <w:tcPr>
            <w:tcW w:w="930" w:type="pct"/>
            <w:vAlign w:val="center"/>
          </w:tcPr>
          <w:p w14:paraId="59E6CE22" w14:textId="77777777" w:rsidR="00FD08A6" w:rsidRDefault="00FD08A6" w:rsidP="00A5446C">
            <w:pPr>
              <w:jc w:val="center"/>
            </w:pPr>
            <w:proofErr w:type="spellStart"/>
            <w:r>
              <w:t>История</w:t>
            </w:r>
            <w:proofErr w:type="spellEnd"/>
            <w:r>
              <w:t xml:space="preserve"> и </w:t>
            </w:r>
            <w:proofErr w:type="spellStart"/>
            <w:r>
              <w:t>обществознание</w:t>
            </w:r>
            <w:proofErr w:type="spellEnd"/>
          </w:p>
        </w:tc>
        <w:tc>
          <w:tcPr>
            <w:tcW w:w="316" w:type="pct"/>
            <w:vAlign w:val="center"/>
          </w:tcPr>
          <w:p w14:paraId="067ED382" w14:textId="77777777" w:rsidR="00FD08A6" w:rsidRDefault="00FD08A6" w:rsidP="00A5446C">
            <w:pPr>
              <w:jc w:val="center"/>
            </w:pPr>
            <w:r>
              <w:t>2024</w:t>
            </w:r>
          </w:p>
        </w:tc>
        <w:tc>
          <w:tcPr>
            <w:tcW w:w="248" w:type="pct"/>
            <w:vAlign w:val="center"/>
          </w:tcPr>
          <w:p w14:paraId="4A84DDF2" w14:textId="77777777" w:rsidR="00FD08A6" w:rsidRDefault="00FD08A6" w:rsidP="00A5446C">
            <w:pPr>
              <w:jc w:val="center"/>
            </w:pPr>
            <w:r>
              <w:t>2</w:t>
            </w:r>
          </w:p>
        </w:tc>
        <w:tc>
          <w:tcPr>
            <w:tcW w:w="425" w:type="pct"/>
            <w:vAlign w:val="center"/>
          </w:tcPr>
          <w:p w14:paraId="66435DD6" w14:textId="77777777" w:rsidR="00FD08A6" w:rsidRDefault="00FD08A6" w:rsidP="00A5446C">
            <w:pPr>
              <w:jc w:val="center"/>
            </w:pPr>
            <w:r>
              <w:t>ИиО-24</w:t>
            </w:r>
          </w:p>
        </w:tc>
        <w:tc>
          <w:tcPr>
            <w:tcW w:w="1309" w:type="pct"/>
            <w:vAlign w:val="center"/>
          </w:tcPr>
          <w:p w14:paraId="4173BB2D" w14:textId="7AF09EC9" w:rsidR="00FD08A6" w:rsidRPr="00A5446C" w:rsidRDefault="00FD08A6" w:rsidP="00A5446C">
            <w:pPr>
              <w:jc w:val="center"/>
              <w:rPr>
                <w:lang w:val="ru-RU"/>
              </w:rPr>
            </w:pPr>
            <w:r w:rsidRPr="00A5446C">
              <w:rPr>
                <w:lang w:val="ru-RU"/>
              </w:rPr>
              <w:t>Б1.О.07.03_Педагогика</w:t>
            </w:r>
          </w:p>
        </w:tc>
        <w:tc>
          <w:tcPr>
            <w:tcW w:w="516" w:type="pct"/>
            <w:vAlign w:val="center"/>
          </w:tcPr>
          <w:p w14:paraId="0FE07E6C" w14:textId="77777777" w:rsidR="00FD08A6" w:rsidRDefault="00FD08A6" w:rsidP="00A5446C">
            <w:pPr>
              <w:jc w:val="center"/>
            </w:pPr>
            <w:r>
              <w:t>УК-2, УК-3, ОПК-6</w:t>
            </w:r>
          </w:p>
        </w:tc>
        <w:tc>
          <w:tcPr>
            <w:tcW w:w="471" w:type="pct"/>
            <w:vAlign w:val="center"/>
          </w:tcPr>
          <w:p w14:paraId="325EBD3E" w14:textId="77777777" w:rsidR="00FD08A6" w:rsidRDefault="00FD08A6" w:rsidP="00A5446C">
            <w:pPr>
              <w:jc w:val="center"/>
            </w:pPr>
            <w:r>
              <w:t>81.0%</w:t>
            </w:r>
          </w:p>
        </w:tc>
        <w:tc>
          <w:tcPr>
            <w:tcW w:w="429" w:type="pct"/>
            <w:vAlign w:val="center"/>
          </w:tcPr>
          <w:p w14:paraId="778EBC5A" w14:textId="77777777" w:rsidR="00FD08A6" w:rsidRDefault="00FD08A6" w:rsidP="00A5446C">
            <w:pPr>
              <w:jc w:val="center"/>
            </w:pPr>
            <w:r>
              <w:t>29.05.2026</w:t>
            </w:r>
          </w:p>
        </w:tc>
      </w:tr>
      <w:tr w:rsidR="00FD08A6" w14:paraId="6F361E55" w14:textId="77777777" w:rsidTr="00A5446C">
        <w:tc>
          <w:tcPr>
            <w:tcW w:w="357" w:type="pct"/>
            <w:vAlign w:val="center"/>
          </w:tcPr>
          <w:p w14:paraId="63848EC9" w14:textId="77777777" w:rsidR="00FD08A6" w:rsidRDefault="00FD08A6" w:rsidP="00A5446C">
            <w:pPr>
              <w:jc w:val="center"/>
            </w:pPr>
            <w:r>
              <w:t>44.03.05</w:t>
            </w:r>
          </w:p>
        </w:tc>
        <w:tc>
          <w:tcPr>
            <w:tcW w:w="930" w:type="pct"/>
            <w:vAlign w:val="center"/>
          </w:tcPr>
          <w:p w14:paraId="6F66A842" w14:textId="77777777" w:rsidR="00FD08A6" w:rsidRDefault="00FD08A6" w:rsidP="00A5446C">
            <w:pPr>
              <w:jc w:val="center"/>
            </w:pPr>
            <w:proofErr w:type="spellStart"/>
            <w:r>
              <w:t>История</w:t>
            </w:r>
            <w:proofErr w:type="spellEnd"/>
            <w:r>
              <w:t xml:space="preserve"> и </w:t>
            </w:r>
            <w:proofErr w:type="spellStart"/>
            <w:r>
              <w:t>обществознание</w:t>
            </w:r>
            <w:proofErr w:type="spellEnd"/>
          </w:p>
        </w:tc>
        <w:tc>
          <w:tcPr>
            <w:tcW w:w="316" w:type="pct"/>
            <w:vAlign w:val="center"/>
          </w:tcPr>
          <w:p w14:paraId="5051D3C0" w14:textId="77777777" w:rsidR="00FD08A6" w:rsidRDefault="00FD08A6" w:rsidP="00A5446C">
            <w:pPr>
              <w:jc w:val="center"/>
            </w:pPr>
            <w:r>
              <w:t>2023</w:t>
            </w:r>
          </w:p>
        </w:tc>
        <w:tc>
          <w:tcPr>
            <w:tcW w:w="248" w:type="pct"/>
            <w:vAlign w:val="center"/>
          </w:tcPr>
          <w:p w14:paraId="6E355C9E" w14:textId="77777777" w:rsidR="00FD08A6" w:rsidRDefault="00FD08A6" w:rsidP="00A5446C">
            <w:pPr>
              <w:jc w:val="center"/>
            </w:pPr>
            <w:r>
              <w:t>3</w:t>
            </w:r>
          </w:p>
        </w:tc>
        <w:tc>
          <w:tcPr>
            <w:tcW w:w="425" w:type="pct"/>
            <w:vAlign w:val="center"/>
          </w:tcPr>
          <w:p w14:paraId="102EFA82" w14:textId="77777777" w:rsidR="00FD08A6" w:rsidRDefault="00FD08A6" w:rsidP="00A5446C">
            <w:pPr>
              <w:jc w:val="center"/>
            </w:pPr>
            <w:r>
              <w:t>ИиО-23</w:t>
            </w:r>
          </w:p>
        </w:tc>
        <w:tc>
          <w:tcPr>
            <w:tcW w:w="1309" w:type="pct"/>
            <w:vAlign w:val="center"/>
          </w:tcPr>
          <w:p w14:paraId="754D1049" w14:textId="77777777" w:rsidR="00FD08A6" w:rsidRPr="00A5446C" w:rsidRDefault="00FD08A6" w:rsidP="00A5446C">
            <w:pPr>
              <w:jc w:val="center"/>
              <w:rPr>
                <w:lang w:val="ru-RU"/>
              </w:rPr>
            </w:pPr>
            <w:r w:rsidRPr="00A5446C">
              <w:rPr>
                <w:lang w:val="ru-RU"/>
              </w:rPr>
              <w:t>Б1.0.06.04 Физическая культура и спорт</w:t>
            </w:r>
          </w:p>
        </w:tc>
        <w:tc>
          <w:tcPr>
            <w:tcW w:w="516" w:type="pct"/>
            <w:vAlign w:val="center"/>
          </w:tcPr>
          <w:p w14:paraId="2876B02A" w14:textId="667168A0" w:rsidR="00FD08A6" w:rsidRPr="00A5446C" w:rsidRDefault="002D3EA2" w:rsidP="00A5446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УК-6, УК-7</w:t>
            </w:r>
          </w:p>
        </w:tc>
        <w:tc>
          <w:tcPr>
            <w:tcW w:w="471" w:type="pct"/>
            <w:vAlign w:val="center"/>
          </w:tcPr>
          <w:p w14:paraId="6C51079B" w14:textId="77777777" w:rsidR="00FD08A6" w:rsidRDefault="00FD08A6" w:rsidP="00A5446C">
            <w:pPr>
              <w:jc w:val="center"/>
            </w:pPr>
            <w:r>
              <w:t>70.0%</w:t>
            </w:r>
          </w:p>
        </w:tc>
        <w:tc>
          <w:tcPr>
            <w:tcW w:w="429" w:type="pct"/>
            <w:vAlign w:val="center"/>
          </w:tcPr>
          <w:p w14:paraId="7B9DC907" w14:textId="77777777" w:rsidR="00FD08A6" w:rsidRDefault="00FD08A6" w:rsidP="00A5446C">
            <w:pPr>
              <w:jc w:val="center"/>
            </w:pPr>
            <w:r>
              <w:t>02.06.2026</w:t>
            </w:r>
          </w:p>
        </w:tc>
      </w:tr>
      <w:tr w:rsidR="00FD08A6" w14:paraId="240314E9" w14:textId="77777777" w:rsidTr="00A5446C">
        <w:tc>
          <w:tcPr>
            <w:tcW w:w="357" w:type="pct"/>
            <w:vAlign w:val="center"/>
          </w:tcPr>
          <w:p w14:paraId="0A368869" w14:textId="77777777" w:rsidR="00FD08A6" w:rsidRDefault="00FD08A6" w:rsidP="00A5446C">
            <w:pPr>
              <w:jc w:val="center"/>
            </w:pPr>
            <w:r>
              <w:t>44.03.05</w:t>
            </w:r>
          </w:p>
        </w:tc>
        <w:tc>
          <w:tcPr>
            <w:tcW w:w="930" w:type="pct"/>
            <w:vAlign w:val="center"/>
          </w:tcPr>
          <w:p w14:paraId="691BDC6A" w14:textId="77777777" w:rsidR="00FD08A6" w:rsidRDefault="00FD08A6" w:rsidP="00A5446C">
            <w:pPr>
              <w:jc w:val="center"/>
            </w:pPr>
            <w:proofErr w:type="spellStart"/>
            <w:r>
              <w:t>История</w:t>
            </w:r>
            <w:proofErr w:type="spellEnd"/>
            <w:r>
              <w:t xml:space="preserve"> и </w:t>
            </w:r>
            <w:proofErr w:type="spellStart"/>
            <w:r>
              <w:t>обществознание</w:t>
            </w:r>
            <w:proofErr w:type="spellEnd"/>
          </w:p>
        </w:tc>
        <w:tc>
          <w:tcPr>
            <w:tcW w:w="316" w:type="pct"/>
            <w:vAlign w:val="center"/>
          </w:tcPr>
          <w:p w14:paraId="6CE3B827" w14:textId="77777777" w:rsidR="00FD08A6" w:rsidRDefault="00FD08A6" w:rsidP="00A5446C">
            <w:pPr>
              <w:jc w:val="center"/>
            </w:pPr>
            <w:r>
              <w:t>2023</w:t>
            </w:r>
          </w:p>
        </w:tc>
        <w:tc>
          <w:tcPr>
            <w:tcW w:w="248" w:type="pct"/>
            <w:vAlign w:val="center"/>
          </w:tcPr>
          <w:p w14:paraId="771CB4B7" w14:textId="77777777" w:rsidR="00FD08A6" w:rsidRDefault="00FD08A6" w:rsidP="00A5446C">
            <w:pPr>
              <w:jc w:val="center"/>
            </w:pPr>
            <w:r>
              <w:t>3</w:t>
            </w:r>
          </w:p>
        </w:tc>
        <w:tc>
          <w:tcPr>
            <w:tcW w:w="425" w:type="pct"/>
            <w:vAlign w:val="center"/>
          </w:tcPr>
          <w:p w14:paraId="234DB6C2" w14:textId="77777777" w:rsidR="00FD08A6" w:rsidRDefault="00FD08A6" w:rsidP="00A5446C">
            <w:pPr>
              <w:jc w:val="center"/>
            </w:pPr>
            <w:r>
              <w:t>ИиО-23</w:t>
            </w:r>
          </w:p>
        </w:tc>
        <w:tc>
          <w:tcPr>
            <w:tcW w:w="1309" w:type="pct"/>
            <w:vAlign w:val="center"/>
          </w:tcPr>
          <w:p w14:paraId="77690811" w14:textId="27C7BAE9" w:rsidR="00FD08A6" w:rsidRPr="00A5446C" w:rsidRDefault="00FD08A6" w:rsidP="00A5446C">
            <w:pPr>
              <w:jc w:val="center"/>
              <w:rPr>
                <w:lang w:val="ru-RU"/>
              </w:rPr>
            </w:pPr>
            <w:r w:rsidRPr="00A5446C">
              <w:rPr>
                <w:lang w:val="ru-RU"/>
              </w:rPr>
              <w:t>Б</w:t>
            </w:r>
            <w:proofErr w:type="gramStart"/>
            <w:r w:rsidRPr="00A5446C">
              <w:rPr>
                <w:lang w:val="ru-RU"/>
              </w:rPr>
              <w:t>1.В.ДВ</w:t>
            </w:r>
            <w:proofErr w:type="gramEnd"/>
            <w:r w:rsidRPr="00A5446C">
              <w:rPr>
                <w:lang w:val="ru-RU"/>
              </w:rPr>
              <w:t>.02.01 История мировой и отечественной культуры</w:t>
            </w:r>
          </w:p>
        </w:tc>
        <w:tc>
          <w:tcPr>
            <w:tcW w:w="516" w:type="pct"/>
            <w:vAlign w:val="center"/>
          </w:tcPr>
          <w:p w14:paraId="13675AFB" w14:textId="77777777" w:rsidR="00FD08A6" w:rsidRDefault="00FD08A6" w:rsidP="00A5446C">
            <w:pPr>
              <w:jc w:val="center"/>
            </w:pPr>
            <w:r>
              <w:t>УК-5, ПК-3</w:t>
            </w:r>
          </w:p>
        </w:tc>
        <w:tc>
          <w:tcPr>
            <w:tcW w:w="471" w:type="pct"/>
            <w:vAlign w:val="center"/>
          </w:tcPr>
          <w:p w14:paraId="7F1A0AC0" w14:textId="77777777" w:rsidR="00FD08A6" w:rsidRDefault="00FD08A6" w:rsidP="00A5446C">
            <w:pPr>
              <w:jc w:val="center"/>
            </w:pPr>
            <w:r>
              <w:t>68.0%</w:t>
            </w:r>
          </w:p>
        </w:tc>
        <w:tc>
          <w:tcPr>
            <w:tcW w:w="429" w:type="pct"/>
            <w:vAlign w:val="center"/>
          </w:tcPr>
          <w:p w14:paraId="251B511A" w14:textId="77777777" w:rsidR="00FD08A6" w:rsidRDefault="00FD08A6" w:rsidP="00A5446C">
            <w:pPr>
              <w:jc w:val="center"/>
            </w:pPr>
            <w:r>
              <w:t>05.06.2026</w:t>
            </w:r>
          </w:p>
        </w:tc>
      </w:tr>
    </w:tbl>
    <w:p w14:paraId="39EE3157" w14:textId="77777777" w:rsidR="00A20636" w:rsidRDefault="00A20636"/>
    <w:sectPr w:rsidR="00A20636" w:rsidSect="00A5446C">
      <w:pgSz w:w="15840" w:h="12240" w:orient="landscape"/>
      <w:pgMar w:top="567" w:right="567" w:bottom="283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5D51"/>
    <w:rsid w:val="00034616"/>
    <w:rsid w:val="0006063C"/>
    <w:rsid w:val="0015074B"/>
    <w:rsid w:val="0029639D"/>
    <w:rsid w:val="002D3EA2"/>
    <w:rsid w:val="00326F90"/>
    <w:rsid w:val="005E62E9"/>
    <w:rsid w:val="00687B60"/>
    <w:rsid w:val="0091790A"/>
    <w:rsid w:val="00986083"/>
    <w:rsid w:val="009E3DE5"/>
    <w:rsid w:val="00A20636"/>
    <w:rsid w:val="00A5446C"/>
    <w:rsid w:val="00AA1D8D"/>
    <w:rsid w:val="00B47730"/>
    <w:rsid w:val="00CB0664"/>
    <w:rsid w:val="00F124C8"/>
    <w:rsid w:val="00F72CF2"/>
    <w:rsid w:val="00FC693F"/>
    <w:rsid w:val="00FD0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9D42CD"/>
  <w14:defaultImageDpi w14:val="300"/>
  <w15:docId w15:val="{C6D283CC-52D1-413E-89AC-F64494469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2</cp:revision>
  <dcterms:created xsi:type="dcterms:W3CDTF">2026-08-06T06:15:00Z</dcterms:created>
  <dcterms:modified xsi:type="dcterms:W3CDTF">2026-08-06T06:15:00Z</dcterms:modified>
  <cp:category/>
</cp:coreProperties>
</file>