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15950A36" w14:textId="77777777" w:rsidTr="00505372">
        <w:tc>
          <w:tcPr>
            <w:tcW w:w="354" w:type="pct"/>
            <w:vAlign w:val="center"/>
          </w:tcPr>
          <w:p w14:paraId="4EE0C351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1FB1E87F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07312376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032A18BF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010417AE" w14:textId="77777777" w:rsidR="00F73E55" w:rsidRDefault="00F73E55" w:rsidP="00505372">
            <w:pPr>
              <w:jc w:val="center"/>
            </w:pPr>
            <w:r>
              <w:t>ПиИЯ-25</w:t>
            </w:r>
          </w:p>
        </w:tc>
        <w:tc>
          <w:tcPr>
            <w:tcW w:w="1334" w:type="pct"/>
            <w:vAlign w:val="center"/>
          </w:tcPr>
          <w:p w14:paraId="150D1BD9" w14:textId="7AA4D37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Б1.О.05.02 Системы искусственного интеллекта</w:t>
            </w:r>
          </w:p>
        </w:tc>
        <w:tc>
          <w:tcPr>
            <w:tcW w:w="526" w:type="pct"/>
            <w:vAlign w:val="center"/>
          </w:tcPr>
          <w:p w14:paraId="32F20FB2" w14:textId="77777777" w:rsidR="00F73E55" w:rsidRDefault="00F73E55" w:rsidP="00505372">
            <w:pPr>
              <w:jc w:val="center"/>
            </w:pPr>
            <w:r>
              <w:t>ОПК-9, ОПК-2</w:t>
            </w:r>
          </w:p>
        </w:tc>
        <w:tc>
          <w:tcPr>
            <w:tcW w:w="479" w:type="pct"/>
            <w:vAlign w:val="center"/>
          </w:tcPr>
          <w:p w14:paraId="0B50EB67" w14:textId="77777777" w:rsidR="00F73E55" w:rsidRDefault="00F73E55" w:rsidP="00505372">
            <w:pPr>
              <w:jc w:val="center"/>
            </w:pPr>
            <w:r>
              <w:t>85.0%</w:t>
            </w:r>
          </w:p>
        </w:tc>
        <w:tc>
          <w:tcPr>
            <w:tcW w:w="437" w:type="pct"/>
            <w:vAlign w:val="center"/>
          </w:tcPr>
          <w:p w14:paraId="3A637BE6" w14:textId="77777777" w:rsidR="00F73E55" w:rsidRDefault="00F73E55" w:rsidP="00505372">
            <w:pPr>
              <w:jc w:val="center"/>
            </w:pPr>
            <w:r>
              <w:t>27.04.2026</w:t>
            </w:r>
          </w:p>
        </w:tc>
      </w:tr>
      <w:tr w:rsidR="00F73E55" w14:paraId="1F739F39" w14:textId="77777777" w:rsidTr="00505372">
        <w:tc>
          <w:tcPr>
            <w:tcW w:w="354" w:type="pct"/>
            <w:vAlign w:val="center"/>
          </w:tcPr>
          <w:p w14:paraId="11B5836D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7B7F9CD9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69B13022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D907991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3A949B20" w14:textId="77777777" w:rsidR="00F73E55" w:rsidRDefault="00F73E55" w:rsidP="00505372">
            <w:pPr>
              <w:jc w:val="center"/>
            </w:pPr>
            <w:r>
              <w:t>ПиИЯ-24</w:t>
            </w:r>
          </w:p>
        </w:tc>
        <w:tc>
          <w:tcPr>
            <w:tcW w:w="1334" w:type="pct"/>
            <w:vAlign w:val="center"/>
          </w:tcPr>
          <w:p w14:paraId="720FE03B" w14:textId="0424CDD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Б1.О.07.03</w:t>
            </w:r>
            <w:r w:rsidR="00D327BF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Педагогика</w:t>
            </w:r>
          </w:p>
        </w:tc>
        <w:tc>
          <w:tcPr>
            <w:tcW w:w="526" w:type="pct"/>
            <w:vAlign w:val="center"/>
          </w:tcPr>
          <w:p w14:paraId="661A2DD1" w14:textId="77777777" w:rsidR="00F73E55" w:rsidRDefault="00F73E55" w:rsidP="00505372">
            <w:pPr>
              <w:jc w:val="center"/>
            </w:pPr>
            <w:r>
              <w:t>УК-2, УК-3, ОПК-6</w:t>
            </w:r>
          </w:p>
        </w:tc>
        <w:tc>
          <w:tcPr>
            <w:tcW w:w="479" w:type="pct"/>
            <w:vAlign w:val="center"/>
          </w:tcPr>
          <w:p w14:paraId="155CAAD5" w14:textId="77777777" w:rsidR="00F73E55" w:rsidRDefault="00F73E55" w:rsidP="00505372">
            <w:pPr>
              <w:jc w:val="center"/>
            </w:pPr>
            <w:r>
              <w:t>74.0%</w:t>
            </w:r>
          </w:p>
        </w:tc>
        <w:tc>
          <w:tcPr>
            <w:tcW w:w="437" w:type="pct"/>
            <w:vAlign w:val="center"/>
          </w:tcPr>
          <w:p w14:paraId="1F12632E" w14:textId="77777777" w:rsidR="00F73E55" w:rsidRDefault="00F73E55" w:rsidP="00505372">
            <w:pPr>
              <w:jc w:val="center"/>
            </w:pPr>
            <w:r>
              <w:t>27.04.2026</w:t>
            </w:r>
          </w:p>
        </w:tc>
      </w:tr>
      <w:tr w:rsidR="00F73E55" w14:paraId="0D5FFCD7" w14:textId="77777777" w:rsidTr="00505372">
        <w:tc>
          <w:tcPr>
            <w:tcW w:w="354" w:type="pct"/>
            <w:vAlign w:val="center"/>
          </w:tcPr>
          <w:p w14:paraId="31B01A6F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4BF2EE2A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41A792EE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4BC8DD9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09AB26B" w14:textId="77777777" w:rsidR="00F73E55" w:rsidRDefault="00F73E55" w:rsidP="00505372">
            <w:pPr>
              <w:jc w:val="center"/>
            </w:pPr>
            <w:r>
              <w:t>ПиИЯ-24</w:t>
            </w:r>
          </w:p>
        </w:tc>
        <w:tc>
          <w:tcPr>
            <w:tcW w:w="1334" w:type="pct"/>
            <w:vAlign w:val="center"/>
          </w:tcPr>
          <w:p w14:paraId="29BBA4FD" w14:textId="6E395B49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.01.01</w:t>
            </w:r>
            <w:r w:rsidR="00D327BF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Введение в языкознание.</w:t>
            </w:r>
          </w:p>
        </w:tc>
        <w:tc>
          <w:tcPr>
            <w:tcW w:w="526" w:type="pct"/>
            <w:vAlign w:val="center"/>
          </w:tcPr>
          <w:p w14:paraId="1EB549E4" w14:textId="77777777" w:rsidR="00F73E55" w:rsidRDefault="00F73E55" w:rsidP="00505372">
            <w:pPr>
              <w:jc w:val="center"/>
            </w:pPr>
            <w:r>
              <w:t>УК-1, ПК-2</w:t>
            </w:r>
          </w:p>
        </w:tc>
        <w:tc>
          <w:tcPr>
            <w:tcW w:w="479" w:type="pct"/>
            <w:vAlign w:val="center"/>
          </w:tcPr>
          <w:p w14:paraId="2BE06A59" w14:textId="77777777" w:rsidR="00F73E55" w:rsidRDefault="00F73E55" w:rsidP="00505372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5B5CACDA" w14:textId="77777777" w:rsidR="00F73E55" w:rsidRDefault="00F73E55" w:rsidP="00505372">
            <w:pPr>
              <w:jc w:val="center"/>
            </w:pPr>
            <w:r>
              <w:t>05.05.2026</w:t>
            </w:r>
          </w:p>
        </w:tc>
      </w:tr>
      <w:tr w:rsidR="00F73E55" w14:paraId="731BCA55" w14:textId="77777777" w:rsidTr="00505372">
        <w:tc>
          <w:tcPr>
            <w:tcW w:w="354" w:type="pct"/>
            <w:vAlign w:val="center"/>
          </w:tcPr>
          <w:p w14:paraId="36738F2F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0A48D81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2795BD6C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3690A962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66BEE393" w14:textId="77777777" w:rsidR="00F73E55" w:rsidRDefault="00F73E55" w:rsidP="00505372">
            <w:pPr>
              <w:jc w:val="center"/>
            </w:pPr>
            <w:r>
              <w:t>ПиИЯ-25</w:t>
            </w:r>
          </w:p>
        </w:tc>
        <w:tc>
          <w:tcPr>
            <w:tcW w:w="1334" w:type="pct"/>
            <w:vAlign w:val="center"/>
          </w:tcPr>
          <w:p w14:paraId="442D697A" w14:textId="47708100" w:rsidR="00F73E55" w:rsidRPr="00D327BF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 xml:space="preserve">Б1.О.09.01 Всеобщая история государства и права. </w:t>
            </w:r>
            <w:r w:rsidRPr="00D327BF">
              <w:rPr>
                <w:lang w:val="ru-RU"/>
              </w:rPr>
              <w:t>2 сем</w:t>
            </w:r>
          </w:p>
        </w:tc>
        <w:tc>
          <w:tcPr>
            <w:tcW w:w="526" w:type="pct"/>
            <w:vAlign w:val="center"/>
          </w:tcPr>
          <w:p w14:paraId="1D343674" w14:textId="77777777" w:rsidR="00F73E55" w:rsidRDefault="00F73E55" w:rsidP="00505372">
            <w:pPr>
              <w:jc w:val="center"/>
            </w:pPr>
            <w:r>
              <w:t>УК-2, УК-5, ОПК-4</w:t>
            </w:r>
          </w:p>
        </w:tc>
        <w:tc>
          <w:tcPr>
            <w:tcW w:w="479" w:type="pct"/>
            <w:vAlign w:val="center"/>
          </w:tcPr>
          <w:p w14:paraId="7719BE67" w14:textId="77777777" w:rsidR="00F73E55" w:rsidRDefault="00F73E55" w:rsidP="00505372">
            <w:pPr>
              <w:jc w:val="center"/>
            </w:pPr>
            <w:r>
              <w:t>90.0%</w:t>
            </w:r>
          </w:p>
        </w:tc>
        <w:tc>
          <w:tcPr>
            <w:tcW w:w="437" w:type="pct"/>
            <w:vAlign w:val="center"/>
          </w:tcPr>
          <w:p w14:paraId="31AA7373" w14:textId="77777777" w:rsidR="00F73E55" w:rsidRDefault="00F73E55" w:rsidP="00505372">
            <w:pPr>
              <w:jc w:val="center"/>
            </w:pPr>
            <w:r>
              <w:t>08.05.2026</w:t>
            </w:r>
          </w:p>
        </w:tc>
      </w:tr>
      <w:tr w:rsidR="00F73E55" w14:paraId="117FBA64" w14:textId="77777777" w:rsidTr="00505372">
        <w:tc>
          <w:tcPr>
            <w:tcW w:w="354" w:type="pct"/>
            <w:vAlign w:val="center"/>
          </w:tcPr>
          <w:p w14:paraId="0C2E0AA1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5D5A7DC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739748F3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0DD68B71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AB01695" w14:textId="77777777" w:rsidR="00F73E55" w:rsidRDefault="00F73E55" w:rsidP="00505372">
            <w:pPr>
              <w:jc w:val="center"/>
            </w:pPr>
            <w:r>
              <w:t>ПиИЯ-24</w:t>
            </w:r>
          </w:p>
        </w:tc>
        <w:tc>
          <w:tcPr>
            <w:tcW w:w="1334" w:type="pct"/>
            <w:vAlign w:val="center"/>
          </w:tcPr>
          <w:p w14:paraId="505F5C99" w14:textId="0F9BF802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Б1.О.02.03</w:t>
            </w:r>
            <w:r w:rsidR="00D327BF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Философия</w:t>
            </w:r>
          </w:p>
        </w:tc>
        <w:tc>
          <w:tcPr>
            <w:tcW w:w="526" w:type="pct"/>
            <w:vAlign w:val="center"/>
          </w:tcPr>
          <w:p w14:paraId="757026D5" w14:textId="77777777" w:rsidR="00F73E55" w:rsidRDefault="00F73E55" w:rsidP="00505372">
            <w:pPr>
              <w:jc w:val="center"/>
            </w:pPr>
            <w:r>
              <w:t>УК-5, ОПК-4</w:t>
            </w:r>
          </w:p>
        </w:tc>
        <w:tc>
          <w:tcPr>
            <w:tcW w:w="479" w:type="pct"/>
            <w:vAlign w:val="center"/>
          </w:tcPr>
          <w:p w14:paraId="6A8E9DA1" w14:textId="77777777" w:rsidR="00F73E55" w:rsidRDefault="00F73E55" w:rsidP="00505372">
            <w:pPr>
              <w:jc w:val="center"/>
            </w:pPr>
            <w:r>
              <w:t>81.0%</w:t>
            </w:r>
          </w:p>
        </w:tc>
        <w:tc>
          <w:tcPr>
            <w:tcW w:w="437" w:type="pct"/>
            <w:vAlign w:val="center"/>
          </w:tcPr>
          <w:p w14:paraId="7C422B30" w14:textId="77777777" w:rsidR="00F73E55" w:rsidRDefault="00F73E55" w:rsidP="00505372">
            <w:pPr>
              <w:jc w:val="center"/>
            </w:pPr>
            <w:r>
              <w:t>12.05.2026</w:t>
            </w:r>
          </w:p>
        </w:tc>
      </w:tr>
      <w:tr w:rsidR="00F73E55" w14:paraId="64611198" w14:textId="77777777" w:rsidTr="00505372">
        <w:tc>
          <w:tcPr>
            <w:tcW w:w="354" w:type="pct"/>
            <w:vAlign w:val="center"/>
          </w:tcPr>
          <w:p w14:paraId="6C1E3BCF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5EE957DA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38DC3683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3242424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C8B7024" w14:textId="77777777" w:rsidR="00F73E55" w:rsidRDefault="00F73E55" w:rsidP="00505372">
            <w:pPr>
              <w:jc w:val="center"/>
            </w:pPr>
            <w:r>
              <w:t>ПиИЯ-24</w:t>
            </w:r>
          </w:p>
        </w:tc>
        <w:tc>
          <w:tcPr>
            <w:tcW w:w="1334" w:type="pct"/>
            <w:vAlign w:val="center"/>
          </w:tcPr>
          <w:p w14:paraId="1C59E0AF" w14:textId="6D8617AD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Б1.О.06.05 Элективные дисциплины по физической культуре и спорту</w:t>
            </w:r>
          </w:p>
        </w:tc>
        <w:tc>
          <w:tcPr>
            <w:tcW w:w="526" w:type="pct"/>
            <w:vAlign w:val="center"/>
          </w:tcPr>
          <w:p w14:paraId="3F0D579D" w14:textId="77777777" w:rsidR="00F73E55" w:rsidRDefault="00F73E55" w:rsidP="00505372">
            <w:pPr>
              <w:jc w:val="center"/>
            </w:pPr>
            <w:r>
              <w:t>УК-7</w:t>
            </w:r>
          </w:p>
        </w:tc>
        <w:tc>
          <w:tcPr>
            <w:tcW w:w="479" w:type="pct"/>
            <w:vAlign w:val="center"/>
          </w:tcPr>
          <w:p w14:paraId="7DE70B28" w14:textId="77777777" w:rsidR="00F73E55" w:rsidRDefault="00F73E55" w:rsidP="00505372">
            <w:pPr>
              <w:jc w:val="center"/>
            </w:pPr>
            <w:r>
              <w:t>91.0%</w:t>
            </w:r>
          </w:p>
        </w:tc>
        <w:tc>
          <w:tcPr>
            <w:tcW w:w="437" w:type="pct"/>
            <w:vAlign w:val="center"/>
          </w:tcPr>
          <w:p w14:paraId="23A3F7AB" w14:textId="77777777" w:rsidR="00F73E55" w:rsidRDefault="00F73E55" w:rsidP="00505372">
            <w:pPr>
              <w:jc w:val="center"/>
            </w:pPr>
            <w:r>
              <w:t>13.05.2026</w:t>
            </w:r>
          </w:p>
        </w:tc>
      </w:tr>
      <w:tr w:rsidR="00F73E55" w14:paraId="1E3B17C3" w14:textId="77777777" w:rsidTr="00505372">
        <w:tc>
          <w:tcPr>
            <w:tcW w:w="354" w:type="pct"/>
            <w:vAlign w:val="center"/>
          </w:tcPr>
          <w:p w14:paraId="7AECD014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69F783A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578194C6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1354F3E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52DB2CD" w14:textId="77777777" w:rsidR="00F73E55" w:rsidRDefault="00F73E55" w:rsidP="00505372">
            <w:pPr>
              <w:jc w:val="center"/>
            </w:pPr>
            <w:r>
              <w:t>ПиИЯ-24</w:t>
            </w:r>
          </w:p>
        </w:tc>
        <w:tc>
          <w:tcPr>
            <w:tcW w:w="1334" w:type="pct"/>
            <w:vAlign w:val="center"/>
          </w:tcPr>
          <w:p w14:paraId="15311B92" w14:textId="4C47357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ФТД 02. Основы волонтерской деятельности</w:t>
            </w:r>
          </w:p>
        </w:tc>
        <w:tc>
          <w:tcPr>
            <w:tcW w:w="526" w:type="pct"/>
            <w:vAlign w:val="center"/>
          </w:tcPr>
          <w:p w14:paraId="17FB7341" w14:textId="77777777" w:rsidR="00F73E55" w:rsidRDefault="00F73E55" w:rsidP="00505372">
            <w:pPr>
              <w:jc w:val="center"/>
            </w:pPr>
            <w:r>
              <w:t>УК-6</w:t>
            </w:r>
          </w:p>
        </w:tc>
        <w:tc>
          <w:tcPr>
            <w:tcW w:w="479" w:type="pct"/>
            <w:vAlign w:val="center"/>
          </w:tcPr>
          <w:p w14:paraId="24813578" w14:textId="77777777" w:rsidR="00F73E55" w:rsidRDefault="00F73E55" w:rsidP="00505372">
            <w:pPr>
              <w:jc w:val="center"/>
            </w:pPr>
            <w:r>
              <w:t>89.0%</w:t>
            </w:r>
          </w:p>
        </w:tc>
        <w:tc>
          <w:tcPr>
            <w:tcW w:w="437" w:type="pct"/>
            <w:vAlign w:val="center"/>
          </w:tcPr>
          <w:p w14:paraId="0BED008F" w14:textId="77777777" w:rsidR="00F73E55" w:rsidRDefault="00F73E55" w:rsidP="00505372">
            <w:pPr>
              <w:jc w:val="center"/>
            </w:pPr>
            <w:r>
              <w:t>15.05.2026</w:t>
            </w:r>
          </w:p>
        </w:tc>
      </w:tr>
      <w:tr w:rsidR="00F73E55" w14:paraId="667C5D7E" w14:textId="77777777" w:rsidTr="00D327BF">
        <w:trPr>
          <w:trHeight w:val="555"/>
        </w:trPr>
        <w:tc>
          <w:tcPr>
            <w:tcW w:w="354" w:type="pct"/>
            <w:vAlign w:val="center"/>
          </w:tcPr>
          <w:p w14:paraId="5C0B54F3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39C6E890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1ED4A093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E20ED16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30343BFC" w14:textId="77777777" w:rsidR="00F73E55" w:rsidRDefault="00F73E55" w:rsidP="00505372">
            <w:pPr>
              <w:jc w:val="center"/>
            </w:pPr>
            <w:r>
              <w:t>ПиИЯ-24</w:t>
            </w:r>
          </w:p>
        </w:tc>
        <w:tc>
          <w:tcPr>
            <w:tcW w:w="1334" w:type="pct"/>
            <w:vAlign w:val="center"/>
          </w:tcPr>
          <w:p w14:paraId="5EEE07F7" w14:textId="62DB0C8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ФТД 02. Основы волонтерской деятельности</w:t>
            </w:r>
          </w:p>
        </w:tc>
        <w:tc>
          <w:tcPr>
            <w:tcW w:w="526" w:type="pct"/>
            <w:vAlign w:val="center"/>
          </w:tcPr>
          <w:p w14:paraId="6CB46B44" w14:textId="77777777" w:rsidR="00F73E55" w:rsidRDefault="00F73E55" w:rsidP="00505372">
            <w:pPr>
              <w:jc w:val="center"/>
            </w:pPr>
            <w:r>
              <w:t>УК-3</w:t>
            </w:r>
          </w:p>
        </w:tc>
        <w:tc>
          <w:tcPr>
            <w:tcW w:w="479" w:type="pct"/>
            <w:vAlign w:val="center"/>
          </w:tcPr>
          <w:p w14:paraId="6083F60E" w14:textId="77777777" w:rsidR="00F73E55" w:rsidRDefault="00F73E55" w:rsidP="00505372">
            <w:pPr>
              <w:jc w:val="center"/>
            </w:pPr>
            <w:r>
              <w:t>87.0%</w:t>
            </w:r>
          </w:p>
        </w:tc>
        <w:tc>
          <w:tcPr>
            <w:tcW w:w="437" w:type="pct"/>
            <w:vAlign w:val="center"/>
          </w:tcPr>
          <w:p w14:paraId="418355B8" w14:textId="77777777" w:rsidR="00F73E55" w:rsidRDefault="00F73E55" w:rsidP="00505372">
            <w:pPr>
              <w:jc w:val="center"/>
            </w:pPr>
            <w:r>
              <w:t>15.05.2026</w:t>
            </w:r>
          </w:p>
        </w:tc>
      </w:tr>
      <w:tr w:rsidR="00F73E55" w14:paraId="59DD0ACD" w14:textId="77777777" w:rsidTr="00505372">
        <w:tc>
          <w:tcPr>
            <w:tcW w:w="354" w:type="pct"/>
            <w:vAlign w:val="center"/>
          </w:tcPr>
          <w:p w14:paraId="4C1B88F5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57620534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666E92CD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3B02A66D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FB78946" w14:textId="77777777" w:rsidR="00F73E55" w:rsidRDefault="00F73E55" w:rsidP="00505372">
            <w:pPr>
              <w:jc w:val="center"/>
            </w:pPr>
            <w:r>
              <w:t>ПиИЯ-24</w:t>
            </w:r>
          </w:p>
        </w:tc>
        <w:tc>
          <w:tcPr>
            <w:tcW w:w="1334" w:type="pct"/>
            <w:vAlign w:val="center"/>
          </w:tcPr>
          <w:p w14:paraId="6F1A2EEC" w14:textId="6060BE31" w:rsidR="00F73E55" w:rsidRPr="00B808C6" w:rsidRDefault="00D327BF" w:rsidP="00505372">
            <w:pPr>
              <w:jc w:val="center"/>
              <w:rPr>
                <w:lang w:val="ru-RU"/>
              </w:rPr>
            </w:pPr>
            <w:r w:rsidRPr="00D327BF">
              <w:rPr>
                <w:lang w:val="ru-RU"/>
              </w:rPr>
              <w:t>Б1.О.07.05</w:t>
            </w:r>
            <w:r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Основы вожатской деятельности</w:t>
            </w:r>
          </w:p>
        </w:tc>
        <w:tc>
          <w:tcPr>
            <w:tcW w:w="526" w:type="pct"/>
            <w:vAlign w:val="center"/>
          </w:tcPr>
          <w:p w14:paraId="5A871489" w14:textId="6D4F4695" w:rsidR="00F73E55" w:rsidRDefault="00D327BF" w:rsidP="00505372">
            <w:pPr>
              <w:jc w:val="center"/>
            </w:pPr>
            <w:r w:rsidRPr="00D327BF">
              <w:t>УК-3</w:t>
            </w:r>
            <w:r>
              <w:rPr>
                <w:lang w:val="ru-RU"/>
              </w:rPr>
              <w:t>,</w:t>
            </w:r>
            <w:r w:rsidRPr="00D327BF">
              <w:t xml:space="preserve"> ОПК-3</w:t>
            </w:r>
            <w:r>
              <w:rPr>
                <w:lang w:val="ru-RU"/>
              </w:rPr>
              <w:t>,</w:t>
            </w:r>
            <w:r w:rsidRPr="00D327BF">
              <w:t xml:space="preserve"> ОПК-4</w:t>
            </w:r>
          </w:p>
        </w:tc>
        <w:tc>
          <w:tcPr>
            <w:tcW w:w="479" w:type="pct"/>
            <w:vAlign w:val="center"/>
          </w:tcPr>
          <w:p w14:paraId="0B2BAEE7" w14:textId="77777777" w:rsidR="00F73E55" w:rsidRDefault="00F73E55" w:rsidP="00505372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25E1934F" w14:textId="77777777" w:rsidR="00F73E55" w:rsidRDefault="00F73E55" w:rsidP="00505372">
            <w:pPr>
              <w:jc w:val="center"/>
            </w:pPr>
            <w:r>
              <w:t>18.05.2026</w:t>
            </w:r>
          </w:p>
        </w:tc>
      </w:tr>
      <w:tr w:rsidR="00F73E55" w14:paraId="75E7184C" w14:textId="77777777" w:rsidTr="00505372">
        <w:tc>
          <w:tcPr>
            <w:tcW w:w="354" w:type="pct"/>
            <w:vAlign w:val="center"/>
          </w:tcPr>
          <w:p w14:paraId="0FF430CB" w14:textId="77777777" w:rsidR="00F73E55" w:rsidRDefault="00F73E55" w:rsidP="00505372">
            <w:pPr>
              <w:jc w:val="center"/>
            </w:pPr>
            <w:r>
              <w:t>44.03.05</w:t>
            </w:r>
          </w:p>
        </w:tc>
        <w:tc>
          <w:tcPr>
            <w:tcW w:w="899" w:type="pct"/>
            <w:vAlign w:val="center"/>
          </w:tcPr>
          <w:p w14:paraId="260098D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Право и иностранный язык (английский)</w:t>
            </w:r>
          </w:p>
        </w:tc>
        <w:tc>
          <w:tcPr>
            <w:tcW w:w="308" w:type="pct"/>
            <w:vAlign w:val="center"/>
          </w:tcPr>
          <w:p w14:paraId="7FF33ED2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1BE07A2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6237A9BE" w14:textId="77777777" w:rsidR="00F73E55" w:rsidRDefault="00F73E55" w:rsidP="00505372">
            <w:pPr>
              <w:jc w:val="center"/>
            </w:pPr>
            <w:r>
              <w:t>ПиИЯ-23</w:t>
            </w:r>
          </w:p>
        </w:tc>
        <w:tc>
          <w:tcPr>
            <w:tcW w:w="1334" w:type="pct"/>
            <w:vAlign w:val="center"/>
          </w:tcPr>
          <w:p w14:paraId="0C77BA57" w14:textId="3036F562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Б1.О.09.09 Гражданское право</w:t>
            </w:r>
            <w:r w:rsidR="00D327BF">
              <w:rPr>
                <w:lang w:val="ru-RU"/>
              </w:rPr>
              <w:t>,</w:t>
            </w:r>
            <w:r w:rsidRPr="00B808C6">
              <w:rPr>
                <w:lang w:val="ru-RU"/>
              </w:rPr>
              <w:t xml:space="preserve"> 2 сем</w:t>
            </w:r>
          </w:p>
        </w:tc>
        <w:tc>
          <w:tcPr>
            <w:tcW w:w="526" w:type="pct"/>
            <w:vAlign w:val="center"/>
          </w:tcPr>
          <w:p w14:paraId="683446B0" w14:textId="77777777" w:rsidR="00F73E55" w:rsidRDefault="00F73E55" w:rsidP="00505372">
            <w:pPr>
              <w:jc w:val="center"/>
            </w:pPr>
            <w:r>
              <w:t>УК-2, УК-10, ОПК-1, ОПК-7</w:t>
            </w:r>
          </w:p>
        </w:tc>
        <w:tc>
          <w:tcPr>
            <w:tcW w:w="479" w:type="pct"/>
            <w:vAlign w:val="center"/>
          </w:tcPr>
          <w:p w14:paraId="3888B8C9" w14:textId="77777777" w:rsidR="00F73E55" w:rsidRDefault="00F73E55" w:rsidP="00505372">
            <w:pPr>
              <w:jc w:val="center"/>
            </w:pPr>
            <w:r>
              <w:t>86.0%</w:t>
            </w:r>
          </w:p>
        </w:tc>
        <w:tc>
          <w:tcPr>
            <w:tcW w:w="437" w:type="pct"/>
            <w:vAlign w:val="center"/>
          </w:tcPr>
          <w:p w14:paraId="7025D19B" w14:textId="77777777" w:rsidR="00F73E55" w:rsidRDefault="00F73E55" w:rsidP="00505372">
            <w:pPr>
              <w:jc w:val="center"/>
            </w:pPr>
            <w:r>
              <w:t>19.06.2026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8B4"/>
    <w:rsid w:val="0015074B"/>
    <w:rsid w:val="0029639D"/>
    <w:rsid w:val="00326F90"/>
    <w:rsid w:val="004D5A88"/>
    <w:rsid w:val="00505372"/>
    <w:rsid w:val="005C48D3"/>
    <w:rsid w:val="00702BF4"/>
    <w:rsid w:val="00AA1D8D"/>
    <w:rsid w:val="00B47730"/>
    <w:rsid w:val="00B808C6"/>
    <w:rsid w:val="00CB0664"/>
    <w:rsid w:val="00D327BF"/>
    <w:rsid w:val="00DC6C23"/>
    <w:rsid w:val="00E06980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2026-08-06T10:06:00Z</dcterms:created>
  <dcterms:modified xsi:type="dcterms:W3CDTF">2026-08-06T10:12:00Z</dcterms:modified>
  <cp:category/>
</cp:coreProperties>
</file>