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1FCC3" w14:textId="77777777" w:rsidR="00D42075" w:rsidRPr="003704DD" w:rsidRDefault="006210DE">
      <w:pPr>
        <w:rPr>
          <w:lang w:val="ru-RU"/>
        </w:rPr>
      </w:pPr>
      <w:r w:rsidRPr="003704DD">
        <w:rPr>
          <w:lang w:val="ru-RU"/>
        </w:rPr>
        <w:t>Отчёт по результатам дисциплин 'ООП'</w:t>
      </w:r>
    </w:p>
    <w:p w14:paraId="7EFA84C0" w14:textId="77777777" w:rsidR="00D42075" w:rsidRPr="003704DD" w:rsidRDefault="006210DE">
      <w:pPr>
        <w:rPr>
          <w:lang w:val="ru-RU"/>
        </w:rPr>
      </w:pPr>
      <w:r w:rsidRPr="003704DD">
        <w:rPr>
          <w:lang w:val="ru-RU"/>
        </w:rPr>
        <w:t>Анализ по профилям групп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1054"/>
        <w:gridCol w:w="2699"/>
        <w:gridCol w:w="921"/>
        <w:gridCol w:w="700"/>
        <w:gridCol w:w="1066"/>
        <w:gridCol w:w="1541"/>
        <w:gridCol w:w="1302"/>
        <w:gridCol w:w="2097"/>
      </w:tblGrid>
      <w:tr w:rsidR="003704DD" w14:paraId="12B4632C" w14:textId="77777777" w:rsidTr="00B9341A">
        <w:tc>
          <w:tcPr>
            <w:tcW w:w="1054" w:type="dxa"/>
            <w:vAlign w:val="center"/>
          </w:tcPr>
          <w:p w14:paraId="6BC3B7A1" w14:textId="77777777" w:rsidR="003704DD" w:rsidRDefault="003704DD" w:rsidP="006E7F4C">
            <w:pPr>
              <w:jc w:val="center"/>
            </w:pPr>
            <w:r>
              <w:rPr>
                <w:b/>
                <w:sz w:val="20"/>
              </w:rPr>
              <w:t>ООП</w:t>
            </w:r>
          </w:p>
        </w:tc>
        <w:tc>
          <w:tcPr>
            <w:tcW w:w="2699" w:type="dxa"/>
            <w:vAlign w:val="center"/>
          </w:tcPr>
          <w:p w14:paraId="4E687B52" w14:textId="77777777" w:rsidR="003704DD" w:rsidRDefault="003704DD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Профиль</w:t>
            </w:r>
            <w:proofErr w:type="spellEnd"/>
          </w:p>
        </w:tc>
        <w:tc>
          <w:tcPr>
            <w:tcW w:w="921" w:type="dxa"/>
            <w:vAlign w:val="center"/>
          </w:tcPr>
          <w:p w14:paraId="194FDEEB" w14:textId="77777777" w:rsidR="003704DD" w:rsidRDefault="003704DD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Год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набора</w:t>
            </w:r>
            <w:proofErr w:type="spellEnd"/>
          </w:p>
        </w:tc>
        <w:tc>
          <w:tcPr>
            <w:tcW w:w="700" w:type="dxa"/>
            <w:vAlign w:val="center"/>
          </w:tcPr>
          <w:p w14:paraId="2827A6F4" w14:textId="77777777" w:rsidR="003704DD" w:rsidRDefault="003704DD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Курс</w:t>
            </w:r>
            <w:proofErr w:type="spellEnd"/>
          </w:p>
        </w:tc>
        <w:tc>
          <w:tcPr>
            <w:tcW w:w="1066" w:type="dxa"/>
            <w:vAlign w:val="center"/>
          </w:tcPr>
          <w:p w14:paraId="143CA05B" w14:textId="77777777" w:rsidR="003704DD" w:rsidRDefault="003704DD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Средний</w:t>
            </w:r>
            <w:proofErr w:type="spellEnd"/>
            <w:r>
              <w:rPr>
                <w:b/>
                <w:sz w:val="20"/>
              </w:rPr>
              <w:t xml:space="preserve"> % ОПОП</w:t>
            </w:r>
          </w:p>
        </w:tc>
        <w:tc>
          <w:tcPr>
            <w:tcW w:w="1541" w:type="dxa"/>
            <w:vAlign w:val="center"/>
          </w:tcPr>
          <w:p w14:paraId="74E081FF" w14:textId="77777777" w:rsidR="003704DD" w:rsidRDefault="003704DD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Перечень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оценённых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компетенций</w:t>
            </w:r>
            <w:proofErr w:type="spellEnd"/>
          </w:p>
        </w:tc>
        <w:tc>
          <w:tcPr>
            <w:tcW w:w="1302" w:type="dxa"/>
            <w:vAlign w:val="center"/>
          </w:tcPr>
          <w:p w14:paraId="63E803A7" w14:textId="77777777" w:rsidR="003704DD" w:rsidRDefault="003704DD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Кол-во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дисциплин</w:t>
            </w:r>
            <w:proofErr w:type="spellEnd"/>
          </w:p>
        </w:tc>
        <w:tc>
          <w:tcPr>
            <w:tcW w:w="2097" w:type="dxa"/>
            <w:vAlign w:val="center"/>
          </w:tcPr>
          <w:p w14:paraId="56E10CC9" w14:textId="77777777" w:rsidR="003704DD" w:rsidRDefault="003704DD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Уровень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сформированности</w:t>
            </w:r>
            <w:proofErr w:type="spellEnd"/>
          </w:p>
        </w:tc>
      </w:tr>
      <w:tr w:rsidR="003704DD" w14:paraId="59C87986" w14:textId="77777777" w:rsidTr="00B9341A">
        <w:tc>
          <w:tcPr>
            <w:tcW w:w="1054" w:type="dxa"/>
            <w:vAlign w:val="center"/>
          </w:tcPr>
          <w:p w14:paraId="4D0E6AA5" w14:textId="77777777" w:rsidR="003704DD" w:rsidRDefault="003704DD" w:rsidP="006E7F4C">
            <w:pPr>
              <w:jc w:val="center"/>
            </w:pPr>
            <w:r>
              <w:t>44.03.05</w:t>
            </w:r>
          </w:p>
        </w:tc>
        <w:tc>
          <w:tcPr>
            <w:tcW w:w="2699" w:type="dxa"/>
            <w:vAlign w:val="center"/>
          </w:tcPr>
          <w:p w14:paraId="3D1E1C00" w14:textId="77777777" w:rsidR="003704DD" w:rsidRPr="007B438D" w:rsidRDefault="003704DD" w:rsidP="006E7F4C">
            <w:pPr>
              <w:jc w:val="center"/>
              <w:rPr>
                <w:lang w:val="ru-RU"/>
              </w:rPr>
            </w:pPr>
            <w:r w:rsidRPr="007B438D">
              <w:rPr>
                <w:lang w:val="ru-RU"/>
              </w:rPr>
              <w:t>Право и иностранный язык (английский)</w:t>
            </w:r>
          </w:p>
        </w:tc>
        <w:tc>
          <w:tcPr>
            <w:tcW w:w="921" w:type="dxa"/>
            <w:vAlign w:val="center"/>
          </w:tcPr>
          <w:p w14:paraId="47250098" w14:textId="77777777" w:rsidR="003704DD" w:rsidRDefault="003704DD" w:rsidP="006E7F4C">
            <w:pPr>
              <w:jc w:val="center"/>
            </w:pPr>
            <w:r>
              <w:t>2023</w:t>
            </w:r>
          </w:p>
        </w:tc>
        <w:tc>
          <w:tcPr>
            <w:tcW w:w="700" w:type="dxa"/>
            <w:vAlign w:val="center"/>
          </w:tcPr>
          <w:p w14:paraId="7194A3D4" w14:textId="77777777" w:rsidR="003704DD" w:rsidRDefault="003704DD" w:rsidP="006E7F4C">
            <w:pPr>
              <w:jc w:val="center"/>
            </w:pPr>
            <w:r>
              <w:t>3</w:t>
            </w:r>
          </w:p>
        </w:tc>
        <w:tc>
          <w:tcPr>
            <w:tcW w:w="1066" w:type="dxa"/>
            <w:vAlign w:val="center"/>
          </w:tcPr>
          <w:p w14:paraId="6E5DE955" w14:textId="77777777" w:rsidR="003704DD" w:rsidRDefault="003704DD" w:rsidP="006E7F4C">
            <w:pPr>
              <w:jc w:val="center"/>
            </w:pPr>
            <w:r>
              <w:t>86.0%</w:t>
            </w:r>
          </w:p>
        </w:tc>
        <w:tc>
          <w:tcPr>
            <w:tcW w:w="1541" w:type="dxa"/>
            <w:vAlign w:val="center"/>
          </w:tcPr>
          <w:p w14:paraId="23CD62AF" w14:textId="3937E300" w:rsidR="003704DD" w:rsidRDefault="00AA670E" w:rsidP="006E7F4C">
            <w:pPr>
              <w:jc w:val="center"/>
            </w:pPr>
            <w:r>
              <w:t>УК-2</w:t>
            </w:r>
            <w:r>
              <w:rPr>
                <w:lang w:val="ru-RU"/>
              </w:rPr>
              <w:t xml:space="preserve">, </w:t>
            </w:r>
            <w:r>
              <w:t>УК-10</w:t>
            </w:r>
            <w:r>
              <w:rPr>
                <w:lang w:val="ru-RU"/>
              </w:rPr>
              <w:t>,</w:t>
            </w:r>
            <w:r>
              <w:t xml:space="preserve"> </w:t>
            </w:r>
            <w:r w:rsidR="003704DD">
              <w:t>ОПК-1</w:t>
            </w:r>
            <w:r>
              <w:rPr>
                <w:lang w:val="ru-RU"/>
              </w:rPr>
              <w:t>,</w:t>
            </w:r>
            <w:r w:rsidR="003704DD">
              <w:t xml:space="preserve"> ОПК-7 </w:t>
            </w:r>
          </w:p>
        </w:tc>
        <w:tc>
          <w:tcPr>
            <w:tcW w:w="1302" w:type="dxa"/>
            <w:vAlign w:val="center"/>
          </w:tcPr>
          <w:p w14:paraId="194F9058" w14:textId="77777777" w:rsidR="003704DD" w:rsidRDefault="003704DD" w:rsidP="006E7F4C">
            <w:pPr>
              <w:jc w:val="center"/>
            </w:pPr>
            <w:r>
              <w:t>1</w:t>
            </w:r>
          </w:p>
        </w:tc>
        <w:tc>
          <w:tcPr>
            <w:tcW w:w="2097" w:type="dxa"/>
            <w:vAlign w:val="center"/>
          </w:tcPr>
          <w:p w14:paraId="1C613F5C" w14:textId="77777777" w:rsidR="003704DD" w:rsidRDefault="003704DD" w:rsidP="006E7F4C">
            <w:pPr>
              <w:jc w:val="center"/>
            </w:pPr>
            <w:proofErr w:type="spellStart"/>
            <w:r>
              <w:t>Высокий</w:t>
            </w:r>
            <w:proofErr w:type="spellEnd"/>
          </w:p>
        </w:tc>
      </w:tr>
      <w:tr w:rsidR="003704DD" w14:paraId="21FFA2BA" w14:textId="77777777" w:rsidTr="00B9341A">
        <w:tc>
          <w:tcPr>
            <w:tcW w:w="1054" w:type="dxa"/>
            <w:vAlign w:val="center"/>
          </w:tcPr>
          <w:p w14:paraId="7AEADFFE" w14:textId="77777777" w:rsidR="003704DD" w:rsidRDefault="003704DD" w:rsidP="006E7F4C">
            <w:pPr>
              <w:jc w:val="center"/>
            </w:pPr>
            <w:r>
              <w:t>44.03.05</w:t>
            </w:r>
          </w:p>
        </w:tc>
        <w:tc>
          <w:tcPr>
            <w:tcW w:w="2699" w:type="dxa"/>
            <w:vAlign w:val="center"/>
          </w:tcPr>
          <w:p w14:paraId="1FA01D12" w14:textId="77777777" w:rsidR="003704DD" w:rsidRPr="007B438D" w:rsidRDefault="003704DD" w:rsidP="006E7F4C">
            <w:pPr>
              <w:jc w:val="center"/>
              <w:rPr>
                <w:lang w:val="ru-RU"/>
              </w:rPr>
            </w:pPr>
            <w:r w:rsidRPr="007B438D">
              <w:rPr>
                <w:lang w:val="ru-RU"/>
              </w:rPr>
              <w:t>Право и иностранный язык (английский)</w:t>
            </w:r>
          </w:p>
        </w:tc>
        <w:tc>
          <w:tcPr>
            <w:tcW w:w="921" w:type="dxa"/>
            <w:vAlign w:val="center"/>
          </w:tcPr>
          <w:p w14:paraId="5C87F083" w14:textId="77777777" w:rsidR="003704DD" w:rsidRDefault="003704DD" w:rsidP="006E7F4C">
            <w:pPr>
              <w:jc w:val="center"/>
            </w:pPr>
            <w:r>
              <w:t>2024</w:t>
            </w:r>
          </w:p>
        </w:tc>
        <w:tc>
          <w:tcPr>
            <w:tcW w:w="700" w:type="dxa"/>
            <w:vAlign w:val="center"/>
          </w:tcPr>
          <w:p w14:paraId="6622BB89" w14:textId="77777777" w:rsidR="003704DD" w:rsidRDefault="003704DD" w:rsidP="006E7F4C">
            <w:pPr>
              <w:jc w:val="center"/>
            </w:pPr>
            <w:r>
              <w:t>2</w:t>
            </w:r>
          </w:p>
        </w:tc>
        <w:tc>
          <w:tcPr>
            <w:tcW w:w="1066" w:type="dxa"/>
            <w:vAlign w:val="center"/>
          </w:tcPr>
          <w:p w14:paraId="5D8170D4" w14:textId="77777777" w:rsidR="003704DD" w:rsidRDefault="003704DD" w:rsidP="006E7F4C">
            <w:pPr>
              <w:jc w:val="center"/>
            </w:pPr>
            <w:r>
              <w:t>80.86%</w:t>
            </w:r>
          </w:p>
        </w:tc>
        <w:tc>
          <w:tcPr>
            <w:tcW w:w="1541" w:type="dxa"/>
            <w:vAlign w:val="center"/>
          </w:tcPr>
          <w:p w14:paraId="49D24ABC" w14:textId="209A260B" w:rsidR="003704DD" w:rsidRPr="00AA670E" w:rsidRDefault="00AA670E" w:rsidP="006E7F4C">
            <w:pPr>
              <w:jc w:val="center"/>
              <w:rPr>
                <w:lang w:val="ru-RU"/>
              </w:rPr>
            </w:pPr>
            <w:r w:rsidRPr="00AA670E">
              <w:rPr>
                <w:lang w:val="ru-RU"/>
              </w:rPr>
              <w:t>УК-1</w:t>
            </w:r>
            <w:r>
              <w:rPr>
                <w:lang w:val="ru-RU"/>
              </w:rPr>
              <w:t>,</w:t>
            </w:r>
            <w:r w:rsidRPr="00AA670E">
              <w:rPr>
                <w:lang w:val="ru-RU"/>
              </w:rPr>
              <w:t xml:space="preserve"> УК-2</w:t>
            </w:r>
            <w:r>
              <w:rPr>
                <w:lang w:val="ru-RU"/>
              </w:rPr>
              <w:t>,</w:t>
            </w:r>
            <w:r w:rsidRPr="00AA670E">
              <w:rPr>
                <w:lang w:val="ru-RU"/>
              </w:rPr>
              <w:t xml:space="preserve"> УК-3</w:t>
            </w:r>
            <w:r>
              <w:rPr>
                <w:lang w:val="ru-RU"/>
              </w:rPr>
              <w:t>,</w:t>
            </w:r>
            <w:r w:rsidRPr="00AA670E">
              <w:rPr>
                <w:lang w:val="ru-RU"/>
              </w:rPr>
              <w:t xml:space="preserve"> УК-5</w:t>
            </w:r>
            <w:r>
              <w:rPr>
                <w:lang w:val="ru-RU"/>
              </w:rPr>
              <w:t>,</w:t>
            </w:r>
            <w:r w:rsidRPr="00AA670E">
              <w:rPr>
                <w:lang w:val="ru-RU"/>
              </w:rPr>
              <w:t xml:space="preserve"> УК-6</w:t>
            </w:r>
            <w:r>
              <w:rPr>
                <w:lang w:val="ru-RU"/>
              </w:rPr>
              <w:t>,</w:t>
            </w:r>
            <w:r w:rsidRPr="00AA670E">
              <w:rPr>
                <w:lang w:val="ru-RU"/>
              </w:rPr>
              <w:t xml:space="preserve"> УК-7</w:t>
            </w:r>
            <w:r>
              <w:rPr>
                <w:lang w:val="ru-RU"/>
              </w:rPr>
              <w:t>,</w:t>
            </w:r>
            <w:r w:rsidRPr="00AA670E">
              <w:rPr>
                <w:lang w:val="ru-RU"/>
              </w:rPr>
              <w:t xml:space="preserve"> </w:t>
            </w:r>
            <w:r w:rsidRPr="00AA670E">
              <w:rPr>
                <w:lang w:val="ru-RU"/>
              </w:rPr>
              <w:t>ОПК-3</w:t>
            </w:r>
            <w:r>
              <w:rPr>
                <w:lang w:val="ru-RU"/>
              </w:rPr>
              <w:t>,</w:t>
            </w:r>
            <w:r w:rsidRPr="00AA670E">
              <w:rPr>
                <w:lang w:val="ru-RU"/>
              </w:rPr>
              <w:t xml:space="preserve"> </w:t>
            </w:r>
            <w:r w:rsidR="003704DD" w:rsidRPr="00AA670E">
              <w:rPr>
                <w:lang w:val="ru-RU"/>
              </w:rPr>
              <w:t>ОПК-4</w:t>
            </w:r>
            <w:r>
              <w:rPr>
                <w:lang w:val="ru-RU"/>
              </w:rPr>
              <w:t>,</w:t>
            </w:r>
            <w:r w:rsidR="003704DD" w:rsidRPr="00AA670E">
              <w:rPr>
                <w:lang w:val="ru-RU"/>
              </w:rPr>
              <w:t xml:space="preserve"> ПК-2 </w:t>
            </w:r>
          </w:p>
        </w:tc>
        <w:tc>
          <w:tcPr>
            <w:tcW w:w="1302" w:type="dxa"/>
            <w:vAlign w:val="center"/>
          </w:tcPr>
          <w:p w14:paraId="2389E058" w14:textId="77777777" w:rsidR="003704DD" w:rsidRDefault="003704DD" w:rsidP="006E7F4C">
            <w:pPr>
              <w:jc w:val="center"/>
            </w:pPr>
            <w:r>
              <w:t>7</w:t>
            </w:r>
          </w:p>
        </w:tc>
        <w:tc>
          <w:tcPr>
            <w:tcW w:w="2097" w:type="dxa"/>
            <w:vAlign w:val="center"/>
          </w:tcPr>
          <w:p w14:paraId="7B7065D5" w14:textId="77777777" w:rsidR="003704DD" w:rsidRDefault="003704DD" w:rsidP="006E7F4C">
            <w:pPr>
              <w:jc w:val="center"/>
            </w:pPr>
            <w:proofErr w:type="spellStart"/>
            <w:r>
              <w:t>Высокий</w:t>
            </w:r>
            <w:proofErr w:type="spellEnd"/>
          </w:p>
        </w:tc>
      </w:tr>
      <w:tr w:rsidR="003704DD" w14:paraId="78D48614" w14:textId="77777777" w:rsidTr="00B9341A">
        <w:tc>
          <w:tcPr>
            <w:tcW w:w="1054" w:type="dxa"/>
            <w:vAlign w:val="center"/>
          </w:tcPr>
          <w:p w14:paraId="67128745" w14:textId="77777777" w:rsidR="003704DD" w:rsidRDefault="003704DD" w:rsidP="006E7F4C">
            <w:pPr>
              <w:jc w:val="center"/>
            </w:pPr>
            <w:r>
              <w:t>44.03.05</w:t>
            </w:r>
          </w:p>
        </w:tc>
        <w:tc>
          <w:tcPr>
            <w:tcW w:w="2699" w:type="dxa"/>
            <w:vAlign w:val="center"/>
          </w:tcPr>
          <w:p w14:paraId="4CDC49C4" w14:textId="77777777" w:rsidR="003704DD" w:rsidRPr="007B438D" w:rsidRDefault="003704DD" w:rsidP="006E7F4C">
            <w:pPr>
              <w:jc w:val="center"/>
              <w:rPr>
                <w:lang w:val="ru-RU"/>
              </w:rPr>
            </w:pPr>
            <w:r w:rsidRPr="007B438D">
              <w:rPr>
                <w:lang w:val="ru-RU"/>
              </w:rPr>
              <w:t>Право и иностранный язык (английский)</w:t>
            </w:r>
          </w:p>
        </w:tc>
        <w:tc>
          <w:tcPr>
            <w:tcW w:w="921" w:type="dxa"/>
            <w:vAlign w:val="center"/>
          </w:tcPr>
          <w:p w14:paraId="3A06CD07" w14:textId="77777777" w:rsidR="003704DD" w:rsidRDefault="003704DD" w:rsidP="006E7F4C">
            <w:pPr>
              <w:jc w:val="center"/>
            </w:pPr>
            <w:r>
              <w:t>2025</w:t>
            </w:r>
          </w:p>
        </w:tc>
        <w:tc>
          <w:tcPr>
            <w:tcW w:w="700" w:type="dxa"/>
            <w:vAlign w:val="center"/>
          </w:tcPr>
          <w:p w14:paraId="31F463CE" w14:textId="77777777" w:rsidR="003704DD" w:rsidRDefault="003704DD" w:rsidP="006E7F4C">
            <w:pPr>
              <w:jc w:val="center"/>
            </w:pPr>
            <w:r>
              <w:t>1</w:t>
            </w:r>
          </w:p>
        </w:tc>
        <w:tc>
          <w:tcPr>
            <w:tcW w:w="1066" w:type="dxa"/>
            <w:vAlign w:val="center"/>
          </w:tcPr>
          <w:p w14:paraId="07A59CA6" w14:textId="77777777" w:rsidR="003704DD" w:rsidRDefault="003704DD" w:rsidP="006E7F4C">
            <w:pPr>
              <w:jc w:val="center"/>
            </w:pPr>
            <w:r>
              <w:t>87.5%</w:t>
            </w:r>
          </w:p>
        </w:tc>
        <w:tc>
          <w:tcPr>
            <w:tcW w:w="1541" w:type="dxa"/>
            <w:vAlign w:val="center"/>
          </w:tcPr>
          <w:p w14:paraId="7777325D" w14:textId="1D0FEDF4" w:rsidR="003704DD" w:rsidRPr="00AA670E" w:rsidRDefault="00AA670E" w:rsidP="006E7F4C">
            <w:pPr>
              <w:jc w:val="center"/>
              <w:rPr>
                <w:lang w:val="ru-RU"/>
              </w:rPr>
            </w:pPr>
            <w:r w:rsidRPr="00AA670E">
              <w:rPr>
                <w:lang w:val="ru-RU"/>
              </w:rPr>
              <w:t>УК-2</w:t>
            </w:r>
            <w:r>
              <w:rPr>
                <w:lang w:val="ru-RU"/>
              </w:rPr>
              <w:t>,</w:t>
            </w:r>
            <w:r w:rsidRPr="00AA670E">
              <w:rPr>
                <w:lang w:val="ru-RU"/>
              </w:rPr>
              <w:t xml:space="preserve"> УК-5</w:t>
            </w:r>
            <w:r>
              <w:rPr>
                <w:lang w:val="ru-RU"/>
              </w:rPr>
              <w:t xml:space="preserve">, </w:t>
            </w:r>
            <w:r w:rsidR="003704DD" w:rsidRPr="00AA670E">
              <w:rPr>
                <w:lang w:val="ru-RU"/>
              </w:rPr>
              <w:t>ОПК-2</w:t>
            </w:r>
            <w:r>
              <w:rPr>
                <w:lang w:val="ru-RU"/>
              </w:rPr>
              <w:t>,</w:t>
            </w:r>
            <w:r w:rsidR="003704DD" w:rsidRPr="00AA670E">
              <w:rPr>
                <w:lang w:val="ru-RU"/>
              </w:rPr>
              <w:t xml:space="preserve"> ОПК-4</w:t>
            </w:r>
            <w:r>
              <w:rPr>
                <w:lang w:val="ru-RU"/>
              </w:rPr>
              <w:t>,</w:t>
            </w:r>
            <w:r w:rsidR="003704DD" w:rsidRPr="00AA670E">
              <w:rPr>
                <w:lang w:val="ru-RU"/>
              </w:rPr>
              <w:t xml:space="preserve"> ОПК-9 </w:t>
            </w:r>
          </w:p>
        </w:tc>
        <w:tc>
          <w:tcPr>
            <w:tcW w:w="1302" w:type="dxa"/>
            <w:vAlign w:val="center"/>
          </w:tcPr>
          <w:p w14:paraId="32D4247B" w14:textId="77777777" w:rsidR="003704DD" w:rsidRDefault="003704DD" w:rsidP="006E7F4C">
            <w:pPr>
              <w:jc w:val="center"/>
            </w:pPr>
            <w:r>
              <w:t>2</w:t>
            </w:r>
          </w:p>
        </w:tc>
        <w:tc>
          <w:tcPr>
            <w:tcW w:w="2097" w:type="dxa"/>
            <w:vAlign w:val="center"/>
          </w:tcPr>
          <w:p w14:paraId="0F883E8E" w14:textId="77777777" w:rsidR="003704DD" w:rsidRDefault="003704DD" w:rsidP="006E7F4C">
            <w:pPr>
              <w:jc w:val="center"/>
            </w:pPr>
            <w:proofErr w:type="spellStart"/>
            <w:r>
              <w:t>Высокий</w:t>
            </w:r>
            <w:proofErr w:type="spellEnd"/>
          </w:p>
        </w:tc>
      </w:tr>
    </w:tbl>
    <w:p w14:paraId="4AD6B6D0" w14:textId="77777777" w:rsidR="006210DE" w:rsidRDefault="006210DE"/>
    <w:sectPr w:rsidR="006210DE" w:rsidSect="00034616">
      <w:pgSz w:w="12240" w:h="15840"/>
      <w:pgMar w:top="567" w:right="283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06D4"/>
    <w:rsid w:val="0015074B"/>
    <w:rsid w:val="0029639D"/>
    <w:rsid w:val="00326F90"/>
    <w:rsid w:val="003704DD"/>
    <w:rsid w:val="00547EA0"/>
    <w:rsid w:val="006210DE"/>
    <w:rsid w:val="006E7F4C"/>
    <w:rsid w:val="007B438D"/>
    <w:rsid w:val="00995D0C"/>
    <w:rsid w:val="00AA1D8D"/>
    <w:rsid w:val="00AA670E"/>
    <w:rsid w:val="00B47730"/>
    <w:rsid w:val="00B9341A"/>
    <w:rsid w:val="00CB0664"/>
    <w:rsid w:val="00D00904"/>
    <w:rsid w:val="00D4207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6E294C"/>
  <w14:defaultImageDpi w14:val="300"/>
  <w15:docId w15:val="{553FB062-D983-4B9F-920F-C9FAEF603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anastasia11daminova@gmail.com</cp:lastModifiedBy>
  <cp:revision>4</cp:revision>
  <dcterms:created xsi:type="dcterms:W3CDTF">2026-08-06T10:07:00Z</dcterms:created>
  <dcterms:modified xsi:type="dcterms:W3CDTF">2026-08-06T10:15:00Z</dcterms:modified>
  <cp:category/>
</cp:coreProperties>
</file>