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2302EC" w14:paraId="171CF341" w14:textId="77777777" w:rsidTr="00D50525">
        <w:tc>
          <w:tcPr>
            <w:tcW w:w="1042" w:type="dxa"/>
            <w:vAlign w:val="center"/>
          </w:tcPr>
          <w:p w14:paraId="0F8F8943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109195A0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06" w:type="dxa"/>
            <w:vAlign w:val="center"/>
          </w:tcPr>
          <w:p w14:paraId="3C25DD23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678" w:type="dxa"/>
            <w:vAlign w:val="center"/>
          </w:tcPr>
          <w:p w14:paraId="13A16288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55" w:type="dxa"/>
            <w:vAlign w:val="center"/>
          </w:tcPr>
          <w:p w14:paraId="314DB494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9" w:type="dxa"/>
            <w:vAlign w:val="center"/>
          </w:tcPr>
          <w:p w14:paraId="0D155BF3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298" w:type="dxa"/>
            <w:vAlign w:val="center"/>
          </w:tcPr>
          <w:p w14:paraId="07752603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D50525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D50525" w14:paraId="001056C9" w14:textId="77777777" w:rsidTr="00D50525">
        <w:tc>
          <w:tcPr>
            <w:tcW w:w="1042" w:type="dxa"/>
            <w:vAlign w:val="center"/>
          </w:tcPr>
          <w:p w14:paraId="58B75B91" w14:textId="77777777" w:rsidR="00D50525" w:rsidRDefault="00D50525" w:rsidP="00D50525">
            <w:pPr>
              <w:jc w:val="center"/>
            </w:pPr>
            <w:r>
              <w:t>44.04.01</w:t>
            </w:r>
          </w:p>
        </w:tc>
        <w:tc>
          <w:tcPr>
            <w:tcW w:w="2775" w:type="dxa"/>
            <w:vAlign w:val="center"/>
          </w:tcPr>
          <w:p w14:paraId="0D40B1C1" w14:textId="2C609501" w:rsidR="00D50525" w:rsidRDefault="008F1A0A" w:rsidP="00D50525">
            <w:pPr>
              <w:jc w:val="center"/>
            </w:pPr>
            <w:r w:rsidRPr="008F1A0A">
              <w:t>Педагогическое образование</w:t>
            </w:r>
          </w:p>
        </w:tc>
        <w:tc>
          <w:tcPr>
            <w:tcW w:w="906" w:type="dxa"/>
            <w:vAlign w:val="center"/>
          </w:tcPr>
          <w:p w14:paraId="05EFF80F" w14:textId="77777777" w:rsidR="00D50525" w:rsidRDefault="00D50525" w:rsidP="00D50525">
            <w:pPr>
              <w:jc w:val="center"/>
            </w:pPr>
            <w:r>
              <w:t>2025</w:t>
            </w:r>
          </w:p>
        </w:tc>
        <w:tc>
          <w:tcPr>
            <w:tcW w:w="678" w:type="dxa"/>
            <w:vAlign w:val="center"/>
          </w:tcPr>
          <w:p w14:paraId="620BFABD" w14:textId="77777777" w:rsidR="00D50525" w:rsidRDefault="00D50525" w:rsidP="00D50525">
            <w:pPr>
              <w:jc w:val="center"/>
            </w:pPr>
            <w:r>
              <w:t>1</w:t>
            </w:r>
          </w:p>
        </w:tc>
        <w:tc>
          <w:tcPr>
            <w:tcW w:w="1055" w:type="dxa"/>
            <w:vAlign w:val="center"/>
          </w:tcPr>
          <w:p w14:paraId="009F13B5" w14:textId="77777777" w:rsidR="00D50525" w:rsidRDefault="00D50525" w:rsidP="00D50525">
            <w:pPr>
              <w:jc w:val="center"/>
            </w:pPr>
            <w:r>
              <w:t>75.0%</w:t>
            </w:r>
          </w:p>
        </w:tc>
        <w:tc>
          <w:tcPr>
            <w:tcW w:w="1529" w:type="dxa"/>
            <w:vAlign w:val="center"/>
          </w:tcPr>
          <w:p w14:paraId="71C3C192" w14:textId="531EE3F5" w:rsidR="00D50525" w:rsidRDefault="00D50525" w:rsidP="00D50525">
            <w:pPr>
              <w:jc w:val="center"/>
            </w:pPr>
            <w:r w:rsidRPr="00AC184A">
              <w:rPr>
                <w:lang w:val="ru-RU"/>
              </w:rPr>
              <w:t>ПК-2</w:t>
            </w:r>
            <w:r>
              <w:rPr>
                <w:lang w:val="ru-RU"/>
              </w:rPr>
              <w:t xml:space="preserve">, </w:t>
            </w:r>
            <w:r w:rsidRPr="00AC184A">
              <w:rPr>
                <w:lang w:val="ru-RU"/>
              </w:rPr>
              <w:t>ПК-3</w:t>
            </w:r>
          </w:p>
        </w:tc>
        <w:tc>
          <w:tcPr>
            <w:tcW w:w="1298" w:type="dxa"/>
            <w:vAlign w:val="center"/>
          </w:tcPr>
          <w:p w14:paraId="7DE5EE6E" w14:textId="77777777" w:rsidR="00D50525" w:rsidRDefault="00D50525" w:rsidP="00D50525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78F8E905" w14:textId="77777777" w:rsidR="00D50525" w:rsidRDefault="00D50525" w:rsidP="00D50525">
            <w:pPr>
              <w:jc w:val="center"/>
            </w:pPr>
            <w:r>
              <w:t>Высокий</w:t>
            </w:r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02EC"/>
    <w:rsid w:val="0029639D"/>
    <w:rsid w:val="00326F90"/>
    <w:rsid w:val="0040692D"/>
    <w:rsid w:val="00663E15"/>
    <w:rsid w:val="008F1A0A"/>
    <w:rsid w:val="00AA1D8D"/>
    <w:rsid w:val="00B006DD"/>
    <w:rsid w:val="00B47730"/>
    <w:rsid w:val="00CB0664"/>
    <w:rsid w:val="00D505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2026-08-06T04:03:00Z</dcterms:created>
  <dcterms:modified xsi:type="dcterms:W3CDTF">2026-08-06T04:07:00Z</dcterms:modified>
  <cp:category/>
</cp:coreProperties>
</file>