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BFFEC8" w14:textId="77777777" w:rsidR="005C48D3" w:rsidRPr="00F73E55" w:rsidRDefault="00B808C6">
      <w:pPr>
        <w:rPr>
          <w:lang w:val="ru-RU"/>
        </w:rPr>
      </w:pPr>
      <w:r w:rsidRPr="00F73E55">
        <w:rPr>
          <w:lang w:val="ru-RU"/>
        </w:rPr>
        <w:t>Отчёт по результатам тестирования 'ООП'</w:t>
      </w:r>
    </w:p>
    <w:p w14:paraId="489E02B1" w14:textId="77777777" w:rsidR="005C48D3" w:rsidRPr="00F73E55" w:rsidRDefault="00B808C6">
      <w:pPr>
        <w:rPr>
          <w:lang w:val="ru-RU"/>
        </w:rPr>
      </w:pPr>
      <w:r w:rsidRPr="00F73E55">
        <w:rPr>
          <w:lang w:val="ru-RU"/>
        </w:rPr>
        <w:t>Анализ данных по дисциплинам</w:t>
      </w:r>
    </w:p>
    <w:tbl>
      <w:tblPr>
        <w:tblStyle w:val="aff0"/>
        <w:tblW w:w="5000" w:type="pct"/>
        <w:tblLook w:val="04A0" w:firstRow="1" w:lastRow="0" w:firstColumn="1" w:lastColumn="0" w:noHBand="0" w:noVBand="1"/>
      </w:tblPr>
      <w:tblGrid>
        <w:gridCol w:w="1041"/>
        <w:gridCol w:w="2643"/>
        <w:gridCol w:w="906"/>
        <w:gridCol w:w="674"/>
        <w:gridCol w:w="1273"/>
        <w:gridCol w:w="3921"/>
        <w:gridCol w:w="1546"/>
        <w:gridCol w:w="1408"/>
        <w:gridCol w:w="1284"/>
      </w:tblGrid>
      <w:tr w:rsidR="00F73E55" w14:paraId="612A44C8" w14:textId="77777777" w:rsidTr="00505372">
        <w:tc>
          <w:tcPr>
            <w:tcW w:w="354" w:type="pct"/>
            <w:vAlign w:val="center"/>
          </w:tcPr>
          <w:p w14:paraId="73BEE674" w14:textId="77777777" w:rsidR="00F73E55" w:rsidRDefault="00F73E55" w:rsidP="00505372">
            <w:pPr>
              <w:jc w:val="center"/>
            </w:pPr>
            <w:r>
              <w:rPr>
                <w:b/>
                <w:sz w:val="20"/>
              </w:rPr>
              <w:t>ООП</w:t>
            </w:r>
          </w:p>
        </w:tc>
        <w:tc>
          <w:tcPr>
            <w:tcW w:w="899" w:type="pct"/>
            <w:vAlign w:val="center"/>
          </w:tcPr>
          <w:p w14:paraId="7D9BF536" w14:textId="77777777" w:rsidR="00F73E55" w:rsidRDefault="00F73E55" w:rsidP="00505372">
            <w:pPr>
              <w:jc w:val="center"/>
            </w:pPr>
            <w:r>
              <w:rPr>
                <w:b/>
                <w:sz w:val="20"/>
              </w:rPr>
              <w:t>Профиль</w:t>
            </w:r>
          </w:p>
        </w:tc>
        <w:tc>
          <w:tcPr>
            <w:tcW w:w="308" w:type="pct"/>
            <w:vAlign w:val="center"/>
          </w:tcPr>
          <w:p w14:paraId="631B093C" w14:textId="77777777" w:rsidR="00F73E55" w:rsidRDefault="00F73E55" w:rsidP="00505372">
            <w:pPr>
              <w:jc w:val="center"/>
            </w:pPr>
            <w:r>
              <w:rPr>
                <w:b/>
                <w:sz w:val="20"/>
              </w:rPr>
              <w:t>Год набора</w:t>
            </w:r>
          </w:p>
        </w:tc>
        <w:tc>
          <w:tcPr>
            <w:tcW w:w="229" w:type="pct"/>
            <w:vAlign w:val="center"/>
          </w:tcPr>
          <w:p w14:paraId="1F3E1CF0" w14:textId="77777777" w:rsidR="00F73E55" w:rsidRDefault="00F73E55" w:rsidP="00505372">
            <w:pPr>
              <w:jc w:val="center"/>
            </w:pPr>
            <w:r>
              <w:rPr>
                <w:b/>
                <w:sz w:val="20"/>
              </w:rPr>
              <w:t>Курс</w:t>
            </w:r>
          </w:p>
        </w:tc>
        <w:tc>
          <w:tcPr>
            <w:tcW w:w="433" w:type="pct"/>
            <w:vAlign w:val="center"/>
          </w:tcPr>
          <w:p w14:paraId="2CE8EA5F" w14:textId="77777777" w:rsidR="00F73E55" w:rsidRDefault="00F73E55" w:rsidP="00505372">
            <w:pPr>
              <w:jc w:val="center"/>
            </w:pPr>
            <w:r>
              <w:rPr>
                <w:b/>
                <w:sz w:val="20"/>
              </w:rPr>
              <w:t>Группа</w:t>
            </w:r>
          </w:p>
        </w:tc>
        <w:tc>
          <w:tcPr>
            <w:tcW w:w="1334" w:type="pct"/>
            <w:vAlign w:val="center"/>
          </w:tcPr>
          <w:p w14:paraId="7E74076A" w14:textId="77777777" w:rsidR="00F73E55" w:rsidRDefault="00F73E55" w:rsidP="00505372">
            <w:pPr>
              <w:jc w:val="center"/>
            </w:pPr>
            <w:r>
              <w:rPr>
                <w:b/>
                <w:sz w:val="20"/>
              </w:rPr>
              <w:t>Дисциплина</w:t>
            </w:r>
          </w:p>
        </w:tc>
        <w:tc>
          <w:tcPr>
            <w:tcW w:w="526" w:type="pct"/>
            <w:vAlign w:val="center"/>
          </w:tcPr>
          <w:p w14:paraId="444D6398" w14:textId="77777777" w:rsidR="00F73E55" w:rsidRDefault="00F73E55" w:rsidP="00505372">
            <w:pPr>
              <w:jc w:val="center"/>
            </w:pPr>
            <w:r>
              <w:rPr>
                <w:b/>
                <w:sz w:val="20"/>
              </w:rPr>
              <w:t>Компетенции</w:t>
            </w:r>
          </w:p>
        </w:tc>
        <w:tc>
          <w:tcPr>
            <w:tcW w:w="479" w:type="pct"/>
            <w:vAlign w:val="center"/>
          </w:tcPr>
          <w:p w14:paraId="67F2A23F" w14:textId="77777777" w:rsidR="00F73E55" w:rsidRDefault="00F73E55" w:rsidP="00505372">
            <w:pPr>
              <w:jc w:val="center"/>
            </w:pPr>
            <w:r>
              <w:rPr>
                <w:b/>
                <w:sz w:val="20"/>
              </w:rPr>
              <w:t>Средний % по дисциплине</w:t>
            </w:r>
          </w:p>
        </w:tc>
        <w:tc>
          <w:tcPr>
            <w:tcW w:w="437" w:type="pct"/>
            <w:vAlign w:val="center"/>
          </w:tcPr>
          <w:p w14:paraId="62473788" w14:textId="77777777" w:rsidR="00F73E55" w:rsidRDefault="00F73E55" w:rsidP="00505372">
            <w:pPr>
              <w:jc w:val="center"/>
            </w:pPr>
            <w:r>
              <w:rPr>
                <w:b/>
                <w:sz w:val="20"/>
              </w:rPr>
              <w:t>Дата</w:t>
            </w:r>
          </w:p>
        </w:tc>
      </w:tr>
      <w:tr w:rsidR="00F73E55" w14:paraId="6800CB9B" w14:textId="77777777" w:rsidTr="00505372">
        <w:tc>
          <w:tcPr>
            <w:tcW w:w="354" w:type="pct"/>
            <w:vAlign w:val="center"/>
          </w:tcPr>
          <w:p w14:paraId="4CA6F150" w14:textId="77777777" w:rsidR="00F73E55" w:rsidRDefault="00F73E55" w:rsidP="00505372">
            <w:pPr>
              <w:jc w:val="center"/>
            </w:pPr>
            <w:r>
              <w:t>44.05.01</w:t>
            </w:r>
          </w:p>
        </w:tc>
        <w:tc>
          <w:tcPr>
            <w:tcW w:w="899" w:type="pct"/>
            <w:vAlign w:val="center"/>
          </w:tcPr>
          <w:p w14:paraId="3B8477AF" w14:textId="77777777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Психолого-педагогическая профилактика девиантного поведения несовершеннолетних</w:t>
            </w:r>
          </w:p>
        </w:tc>
        <w:tc>
          <w:tcPr>
            <w:tcW w:w="308" w:type="pct"/>
            <w:vAlign w:val="center"/>
          </w:tcPr>
          <w:p w14:paraId="63F04472" w14:textId="77777777" w:rsidR="00F73E55" w:rsidRDefault="00F73E55" w:rsidP="00505372">
            <w:pPr>
              <w:jc w:val="center"/>
            </w:pPr>
            <w:r>
              <w:t>2022</w:t>
            </w:r>
          </w:p>
        </w:tc>
        <w:tc>
          <w:tcPr>
            <w:tcW w:w="229" w:type="pct"/>
            <w:vAlign w:val="center"/>
          </w:tcPr>
          <w:p w14:paraId="137EBB62" w14:textId="77777777" w:rsidR="00F73E55" w:rsidRDefault="00F73E55" w:rsidP="00505372">
            <w:pPr>
              <w:jc w:val="center"/>
            </w:pPr>
            <w:r>
              <w:t>4</w:t>
            </w:r>
          </w:p>
        </w:tc>
        <w:tc>
          <w:tcPr>
            <w:tcW w:w="433" w:type="pct"/>
            <w:vAlign w:val="center"/>
          </w:tcPr>
          <w:p w14:paraId="7FE75CA3" w14:textId="3B5E2019" w:rsidR="00F73E55" w:rsidRDefault="00F73E55" w:rsidP="00505372">
            <w:pPr>
              <w:jc w:val="center"/>
            </w:pPr>
            <w:r>
              <w:t>ПиПдп-22</w:t>
            </w:r>
          </w:p>
        </w:tc>
        <w:tc>
          <w:tcPr>
            <w:tcW w:w="1334" w:type="pct"/>
            <w:vAlign w:val="center"/>
          </w:tcPr>
          <w:p w14:paraId="69D9E8B3" w14:textId="25022B23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Б1.О.24-Пенитенциарная психология и социальная реабилитация</w:t>
            </w:r>
          </w:p>
        </w:tc>
        <w:tc>
          <w:tcPr>
            <w:tcW w:w="526" w:type="pct"/>
            <w:vAlign w:val="center"/>
          </w:tcPr>
          <w:p w14:paraId="67C1153C" w14:textId="77777777" w:rsidR="00F73E55" w:rsidRDefault="00F73E55" w:rsidP="00505372">
            <w:pPr>
              <w:jc w:val="center"/>
            </w:pPr>
            <w:r>
              <w:t>УК-2, ОПК-2, ОПК-5</w:t>
            </w:r>
          </w:p>
        </w:tc>
        <w:tc>
          <w:tcPr>
            <w:tcW w:w="479" w:type="pct"/>
            <w:vAlign w:val="center"/>
          </w:tcPr>
          <w:p w14:paraId="75588273" w14:textId="77777777" w:rsidR="00F73E55" w:rsidRDefault="00F73E55" w:rsidP="00505372">
            <w:pPr>
              <w:jc w:val="center"/>
            </w:pPr>
            <w:r>
              <w:t>84.0%</w:t>
            </w:r>
          </w:p>
        </w:tc>
        <w:tc>
          <w:tcPr>
            <w:tcW w:w="437" w:type="pct"/>
            <w:vAlign w:val="center"/>
          </w:tcPr>
          <w:p w14:paraId="5F9165F2" w14:textId="77777777" w:rsidR="00F73E55" w:rsidRDefault="00F73E55" w:rsidP="00505372">
            <w:pPr>
              <w:jc w:val="center"/>
            </w:pPr>
            <w:r>
              <w:t>29.04.2026</w:t>
            </w:r>
          </w:p>
        </w:tc>
      </w:tr>
      <w:tr w:rsidR="00F73E55" w14:paraId="60449158" w14:textId="77777777" w:rsidTr="00505372">
        <w:tc>
          <w:tcPr>
            <w:tcW w:w="354" w:type="pct"/>
            <w:vAlign w:val="center"/>
          </w:tcPr>
          <w:p w14:paraId="018FD939" w14:textId="77777777" w:rsidR="00F73E55" w:rsidRDefault="00F73E55" w:rsidP="00505372">
            <w:pPr>
              <w:jc w:val="center"/>
            </w:pPr>
            <w:r>
              <w:t>44.05.01</w:t>
            </w:r>
          </w:p>
        </w:tc>
        <w:tc>
          <w:tcPr>
            <w:tcW w:w="899" w:type="pct"/>
            <w:vAlign w:val="center"/>
          </w:tcPr>
          <w:p w14:paraId="068D0001" w14:textId="77777777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Психолого-педагогическая профилактика девиантного поведения несовершеннолетних</w:t>
            </w:r>
          </w:p>
        </w:tc>
        <w:tc>
          <w:tcPr>
            <w:tcW w:w="308" w:type="pct"/>
            <w:vAlign w:val="center"/>
          </w:tcPr>
          <w:p w14:paraId="6A45E4DA" w14:textId="77777777" w:rsidR="00F73E55" w:rsidRDefault="00F73E55" w:rsidP="00505372">
            <w:pPr>
              <w:jc w:val="center"/>
            </w:pPr>
            <w:r>
              <w:t>2022</w:t>
            </w:r>
          </w:p>
        </w:tc>
        <w:tc>
          <w:tcPr>
            <w:tcW w:w="229" w:type="pct"/>
            <w:vAlign w:val="center"/>
          </w:tcPr>
          <w:p w14:paraId="16697744" w14:textId="77777777" w:rsidR="00F73E55" w:rsidRDefault="00F73E55" w:rsidP="00505372">
            <w:pPr>
              <w:jc w:val="center"/>
            </w:pPr>
            <w:r>
              <w:t>4</w:t>
            </w:r>
          </w:p>
        </w:tc>
        <w:tc>
          <w:tcPr>
            <w:tcW w:w="433" w:type="pct"/>
            <w:vAlign w:val="center"/>
          </w:tcPr>
          <w:p w14:paraId="67112DCA" w14:textId="5A115E4A" w:rsidR="00F73E55" w:rsidRDefault="00F73E55" w:rsidP="00505372">
            <w:pPr>
              <w:jc w:val="center"/>
            </w:pPr>
            <w:r>
              <w:t>ПиПдп-22</w:t>
            </w:r>
          </w:p>
        </w:tc>
        <w:tc>
          <w:tcPr>
            <w:tcW w:w="1334" w:type="pct"/>
            <w:vAlign w:val="center"/>
          </w:tcPr>
          <w:p w14:paraId="1916802B" w14:textId="616B62EA" w:rsidR="00F73E55" w:rsidRDefault="000F5141" w:rsidP="00505372">
            <w:pPr>
              <w:jc w:val="center"/>
            </w:pPr>
            <w:r w:rsidRPr="000F5141">
              <w:t>Б1.О.03.02</w:t>
            </w:r>
            <w:r w:rsidRPr="000F5141">
              <w:t xml:space="preserve"> </w:t>
            </w:r>
            <w:r w:rsidR="00F73E55">
              <w:t>Финансовая грамотность</w:t>
            </w:r>
          </w:p>
        </w:tc>
        <w:tc>
          <w:tcPr>
            <w:tcW w:w="526" w:type="pct"/>
            <w:vAlign w:val="center"/>
          </w:tcPr>
          <w:p w14:paraId="0F3FA6AC" w14:textId="288F3C7E" w:rsidR="00F73E55" w:rsidRPr="000F5141" w:rsidRDefault="000F5141" w:rsidP="0050537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УК-10</w:t>
            </w:r>
          </w:p>
        </w:tc>
        <w:tc>
          <w:tcPr>
            <w:tcW w:w="479" w:type="pct"/>
            <w:vAlign w:val="center"/>
          </w:tcPr>
          <w:p w14:paraId="17E9DF0A" w14:textId="77777777" w:rsidR="00F73E55" w:rsidRDefault="00F73E55" w:rsidP="00505372">
            <w:pPr>
              <w:jc w:val="center"/>
            </w:pPr>
            <w:r>
              <w:t>80.0%</w:t>
            </w:r>
          </w:p>
        </w:tc>
        <w:tc>
          <w:tcPr>
            <w:tcW w:w="437" w:type="pct"/>
            <w:vAlign w:val="center"/>
          </w:tcPr>
          <w:p w14:paraId="021E5236" w14:textId="77777777" w:rsidR="00F73E55" w:rsidRDefault="00F73E55" w:rsidP="00505372">
            <w:pPr>
              <w:jc w:val="center"/>
            </w:pPr>
            <w:r>
              <w:t>02.05.2026</w:t>
            </w:r>
          </w:p>
        </w:tc>
      </w:tr>
      <w:tr w:rsidR="00F73E55" w14:paraId="2FEA6B62" w14:textId="77777777" w:rsidTr="00505372">
        <w:tc>
          <w:tcPr>
            <w:tcW w:w="354" w:type="pct"/>
            <w:vAlign w:val="center"/>
          </w:tcPr>
          <w:p w14:paraId="4188D1DC" w14:textId="77777777" w:rsidR="00F73E55" w:rsidRDefault="00F73E55" w:rsidP="00505372">
            <w:pPr>
              <w:jc w:val="center"/>
            </w:pPr>
            <w:r>
              <w:t>44.05.01</w:t>
            </w:r>
          </w:p>
        </w:tc>
        <w:tc>
          <w:tcPr>
            <w:tcW w:w="899" w:type="pct"/>
            <w:vAlign w:val="center"/>
          </w:tcPr>
          <w:p w14:paraId="38E7BD30" w14:textId="77777777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Психолого-педагогическая профилактика девиантного поведения несовершеннолетних</w:t>
            </w:r>
          </w:p>
        </w:tc>
        <w:tc>
          <w:tcPr>
            <w:tcW w:w="308" w:type="pct"/>
            <w:vAlign w:val="center"/>
          </w:tcPr>
          <w:p w14:paraId="2D51B33B" w14:textId="77777777" w:rsidR="00F73E55" w:rsidRDefault="00F73E55" w:rsidP="00505372">
            <w:pPr>
              <w:jc w:val="center"/>
            </w:pPr>
            <w:r>
              <w:t>2022</w:t>
            </w:r>
          </w:p>
        </w:tc>
        <w:tc>
          <w:tcPr>
            <w:tcW w:w="229" w:type="pct"/>
            <w:vAlign w:val="center"/>
          </w:tcPr>
          <w:p w14:paraId="32559B47" w14:textId="77777777" w:rsidR="00F73E55" w:rsidRDefault="00F73E55" w:rsidP="00505372">
            <w:pPr>
              <w:jc w:val="center"/>
            </w:pPr>
            <w:r>
              <w:t>4</w:t>
            </w:r>
          </w:p>
        </w:tc>
        <w:tc>
          <w:tcPr>
            <w:tcW w:w="433" w:type="pct"/>
            <w:vAlign w:val="center"/>
          </w:tcPr>
          <w:p w14:paraId="1932B927" w14:textId="023BBCBE" w:rsidR="00F73E55" w:rsidRDefault="00F73E55" w:rsidP="00505372">
            <w:pPr>
              <w:jc w:val="center"/>
            </w:pPr>
            <w:r>
              <w:t>ПиПдп-22</w:t>
            </w:r>
          </w:p>
        </w:tc>
        <w:tc>
          <w:tcPr>
            <w:tcW w:w="1334" w:type="pct"/>
            <w:vAlign w:val="center"/>
          </w:tcPr>
          <w:p w14:paraId="49F5D626" w14:textId="48C4865C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Б1.В.09_Методика и технология работы социального педагога</w:t>
            </w:r>
          </w:p>
        </w:tc>
        <w:tc>
          <w:tcPr>
            <w:tcW w:w="526" w:type="pct"/>
            <w:vAlign w:val="center"/>
          </w:tcPr>
          <w:p w14:paraId="7725467E" w14:textId="77777777" w:rsidR="00F73E55" w:rsidRDefault="00F73E55" w:rsidP="00505372">
            <w:pPr>
              <w:jc w:val="center"/>
            </w:pPr>
            <w:r>
              <w:t>ПК-3, ПК-5, ПК-8</w:t>
            </w:r>
          </w:p>
        </w:tc>
        <w:tc>
          <w:tcPr>
            <w:tcW w:w="479" w:type="pct"/>
            <w:vAlign w:val="center"/>
          </w:tcPr>
          <w:p w14:paraId="6C0E560B" w14:textId="77777777" w:rsidR="00F73E55" w:rsidRDefault="00F73E55" w:rsidP="00505372">
            <w:pPr>
              <w:jc w:val="center"/>
            </w:pPr>
            <w:r>
              <w:t>79.0%</w:t>
            </w:r>
          </w:p>
        </w:tc>
        <w:tc>
          <w:tcPr>
            <w:tcW w:w="437" w:type="pct"/>
            <w:vAlign w:val="center"/>
          </w:tcPr>
          <w:p w14:paraId="7D07D103" w14:textId="77777777" w:rsidR="00F73E55" w:rsidRDefault="00F73E55" w:rsidP="00505372">
            <w:pPr>
              <w:jc w:val="center"/>
            </w:pPr>
            <w:r>
              <w:t>08.05.2026</w:t>
            </w:r>
          </w:p>
        </w:tc>
      </w:tr>
      <w:tr w:rsidR="00F73E55" w14:paraId="17B1B448" w14:textId="77777777" w:rsidTr="00505372">
        <w:tc>
          <w:tcPr>
            <w:tcW w:w="354" w:type="pct"/>
            <w:vAlign w:val="center"/>
          </w:tcPr>
          <w:p w14:paraId="4F265BDA" w14:textId="77777777" w:rsidR="00F73E55" w:rsidRDefault="00F73E55" w:rsidP="00505372">
            <w:pPr>
              <w:jc w:val="center"/>
            </w:pPr>
            <w:r>
              <w:t>44.05.01</w:t>
            </w:r>
          </w:p>
        </w:tc>
        <w:tc>
          <w:tcPr>
            <w:tcW w:w="899" w:type="pct"/>
            <w:vAlign w:val="center"/>
          </w:tcPr>
          <w:p w14:paraId="0D9E9E74" w14:textId="77777777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Психолого-педагогическая профилактика девиантного поведения несовершеннолетних</w:t>
            </w:r>
          </w:p>
        </w:tc>
        <w:tc>
          <w:tcPr>
            <w:tcW w:w="308" w:type="pct"/>
            <w:vAlign w:val="center"/>
          </w:tcPr>
          <w:p w14:paraId="19317CF8" w14:textId="77777777" w:rsidR="00F73E55" w:rsidRDefault="00F73E55" w:rsidP="00505372">
            <w:pPr>
              <w:jc w:val="center"/>
            </w:pPr>
            <w:r>
              <w:t>2025</w:t>
            </w:r>
          </w:p>
        </w:tc>
        <w:tc>
          <w:tcPr>
            <w:tcW w:w="229" w:type="pct"/>
            <w:vAlign w:val="center"/>
          </w:tcPr>
          <w:p w14:paraId="1A93EBBF" w14:textId="77777777" w:rsidR="00F73E55" w:rsidRDefault="00F73E55" w:rsidP="00505372">
            <w:pPr>
              <w:jc w:val="center"/>
            </w:pPr>
            <w:r>
              <w:t>1</w:t>
            </w:r>
          </w:p>
        </w:tc>
        <w:tc>
          <w:tcPr>
            <w:tcW w:w="433" w:type="pct"/>
            <w:vAlign w:val="center"/>
          </w:tcPr>
          <w:p w14:paraId="37C7B3F6" w14:textId="77777777" w:rsidR="00F73E55" w:rsidRDefault="00F73E55" w:rsidP="00505372">
            <w:pPr>
              <w:jc w:val="center"/>
            </w:pPr>
            <w:r>
              <w:t>ПиПдп-25</w:t>
            </w:r>
          </w:p>
        </w:tc>
        <w:tc>
          <w:tcPr>
            <w:tcW w:w="1334" w:type="pct"/>
            <w:vAlign w:val="center"/>
          </w:tcPr>
          <w:p w14:paraId="034FB957" w14:textId="774003E8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Б1.О.04.02</w:t>
            </w:r>
            <w:r w:rsidR="000F5141">
              <w:rPr>
                <w:lang w:val="ru-RU"/>
              </w:rPr>
              <w:t xml:space="preserve"> </w:t>
            </w:r>
            <w:r w:rsidRPr="00B808C6">
              <w:rPr>
                <w:lang w:val="ru-RU"/>
              </w:rPr>
              <w:t>Профессиональная речь педагога</w:t>
            </w:r>
          </w:p>
        </w:tc>
        <w:tc>
          <w:tcPr>
            <w:tcW w:w="526" w:type="pct"/>
            <w:vAlign w:val="center"/>
          </w:tcPr>
          <w:p w14:paraId="2485F155" w14:textId="77777777" w:rsidR="00F73E55" w:rsidRDefault="00F73E55" w:rsidP="00505372">
            <w:pPr>
              <w:jc w:val="center"/>
            </w:pPr>
            <w:r>
              <w:t>УК-4</w:t>
            </w:r>
          </w:p>
        </w:tc>
        <w:tc>
          <w:tcPr>
            <w:tcW w:w="479" w:type="pct"/>
            <w:vAlign w:val="center"/>
          </w:tcPr>
          <w:p w14:paraId="41882299" w14:textId="77777777" w:rsidR="00F73E55" w:rsidRDefault="00F73E55" w:rsidP="00505372">
            <w:pPr>
              <w:jc w:val="center"/>
            </w:pPr>
            <w:r>
              <w:t>86.0%</w:t>
            </w:r>
          </w:p>
        </w:tc>
        <w:tc>
          <w:tcPr>
            <w:tcW w:w="437" w:type="pct"/>
            <w:vAlign w:val="center"/>
          </w:tcPr>
          <w:p w14:paraId="1EA41476" w14:textId="77777777" w:rsidR="00F73E55" w:rsidRDefault="00F73E55" w:rsidP="00505372">
            <w:pPr>
              <w:jc w:val="center"/>
            </w:pPr>
            <w:r>
              <w:t>12.05.2026</w:t>
            </w:r>
          </w:p>
        </w:tc>
      </w:tr>
      <w:tr w:rsidR="00F73E55" w14:paraId="5CF797F1" w14:textId="77777777" w:rsidTr="00505372">
        <w:tc>
          <w:tcPr>
            <w:tcW w:w="354" w:type="pct"/>
            <w:vAlign w:val="center"/>
          </w:tcPr>
          <w:p w14:paraId="175DF797" w14:textId="77777777" w:rsidR="00F73E55" w:rsidRDefault="00F73E55" w:rsidP="00505372">
            <w:pPr>
              <w:jc w:val="center"/>
            </w:pPr>
            <w:r>
              <w:t>44.05.01</w:t>
            </w:r>
          </w:p>
        </w:tc>
        <w:tc>
          <w:tcPr>
            <w:tcW w:w="899" w:type="pct"/>
            <w:vAlign w:val="center"/>
          </w:tcPr>
          <w:p w14:paraId="0AF00FA2" w14:textId="77777777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Психолого-педагогическая профилактика девиантного поведения несовершеннолетних</w:t>
            </w:r>
          </w:p>
        </w:tc>
        <w:tc>
          <w:tcPr>
            <w:tcW w:w="308" w:type="pct"/>
            <w:vAlign w:val="center"/>
          </w:tcPr>
          <w:p w14:paraId="36948109" w14:textId="77777777" w:rsidR="00F73E55" w:rsidRDefault="00F73E55" w:rsidP="00505372">
            <w:pPr>
              <w:jc w:val="center"/>
            </w:pPr>
            <w:r>
              <w:t>2022</w:t>
            </w:r>
          </w:p>
        </w:tc>
        <w:tc>
          <w:tcPr>
            <w:tcW w:w="229" w:type="pct"/>
            <w:vAlign w:val="center"/>
          </w:tcPr>
          <w:p w14:paraId="7A26FF2C" w14:textId="77777777" w:rsidR="00F73E55" w:rsidRDefault="00F73E55" w:rsidP="00505372">
            <w:pPr>
              <w:jc w:val="center"/>
            </w:pPr>
            <w:r>
              <w:t>4</w:t>
            </w:r>
          </w:p>
        </w:tc>
        <w:tc>
          <w:tcPr>
            <w:tcW w:w="433" w:type="pct"/>
            <w:vAlign w:val="center"/>
          </w:tcPr>
          <w:p w14:paraId="45183112" w14:textId="31280B86" w:rsidR="00F73E55" w:rsidRDefault="00F73E55" w:rsidP="00505372">
            <w:pPr>
              <w:jc w:val="center"/>
            </w:pPr>
            <w:r>
              <w:t>ПиПдп-22</w:t>
            </w:r>
          </w:p>
        </w:tc>
        <w:tc>
          <w:tcPr>
            <w:tcW w:w="1334" w:type="pct"/>
            <w:vAlign w:val="center"/>
          </w:tcPr>
          <w:p w14:paraId="4C1F6391" w14:textId="025DC70A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Б1.В.07</w:t>
            </w:r>
            <w:r w:rsidR="000F5141">
              <w:rPr>
                <w:lang w:val="ru-RU"/>
              </w:rPr>
              <w:t xml:space="preserve"> </w:t>
            </w:r>
            <w:r w:rsidRPr="00B808C6">
              <w:rPr>
                <w:lang w:val="ru-RU"/>
              </w:rPr>
              <w:t>Психолого-педагогическая диагностика (8 семестр, экзамен)</w:t>
            </w:r>
          </w:p>
        </w:tc>
        <w:tc>
          <w:tcPr>
            <w:tcW w:w="526" w:type="pct"/>
            <w:vAlign w:val="center"/>
          </w:tcPr>
          <w:p w14:paraId="6B3B9E52" w14:textId="77777777" w:rsidR="00F73E55" w:rsidRDefault="00F73E55" w:rsidP="00505372">
            <w:pPr>
              <w:jc w:val="center"/>
            </w:pPr>
            <w:r>
              <w:t>ПК-1, ПК-8</w:t>
            </w:r>
          </w:p>
        </w:tc>
        <w:tc>
          <w:tcPr>
            <w:tcW w:w="479" w:type="pct"/>
            <w:vAlign w:val="center"/>
          </w:tcPr>
          <w:p w14:paraId="69359829" w14:textId="77777777" w:rsidR="00F73E55" w:rsidRDefault="00F73E55" w:rsidP="00505372">
            <w:pPr>
              <w:jc w:val="center"/>
            </w:pPr>
            <w:r>
              <w:t>83.0%</w:t>
            </w:r>
          </w:p>
        </w:tc>
        <w:tc>
          <w:tcPr>
            <w:tcW w:w="437" w:type="pct"/>
            <w:vAlign w:val="center"/>
          </w:tcPr>
          <w:p w14:paraId="481B5E25" w14:textId="77777777" w:rsidR="00F73E55" w:rsidRDefault="00F73E55" w:rsidP="00505372">
            <w:pPr>
              <w:jc w:val="center"/>
            </w:pPr>
            <w:r>
              <w:t>13.05.2026</w:t>
            </w:r>
          </w:p>
        </w:tc>
      </w:tr>
      <w:tr w:rsidR="00F73E55" w14:paraId="099F25E4" w14:textId="77777777" w:rsidTr="00505372">
        <w:tc>
          <w:tcPr>
            <w:tcW w:w="354" w:type="pct"/>
            <w:vAlign w:val="center"/>
          </w:tcPr>
          <w:p w14:paraId="218CE4F9" w14:textId="77777777" w:rsidR="00F73E55" w:rsidRDefault="00F73E55" w:rsidP="00505372">
            <w:pPr>
              <w:jc w:val="center"/>
            </w:pPr>
            <w:r>
              <w:t>44.05.01</w:t>
            </w:r>
          </w:p>
        </w:tc>
        <w:tc>
          <w:tcPr>
            <w:tcW w:w="899" w:type="pct"/>
            <w:vAlign w:val="center"/>
          </w:tcPr>
          <w:p w14:paraId="3538F7EE" w14:textId="77777777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Психолого-педагогическая профилактика девиантного поведения несовершеннолетних</w:t>
            </w:r>
          </w:p>
        </w:tc>
        <w:tc>
          <w:tcPr>
            <w:tcW w:w="308" w:type="pct"/>
            <w:vAlign w:val="center"/>
          </w:tcPr>
          <w:p w14:paraId="658C2646" w14:textId="77777777" w:rsidR="00F73E55" w:rsidRDefault="00F73E55" w:rsidP="00505372">
            <w:pPr>
              <w:jc w:val="center"/>
            </w:pPr>
            <w:r>
              <w:t>2024</w:t>
            </w:r>
          </w:p>
        </w:tc>
        <w:tc>
          <w:tcPr>
            <w:tcW w:w="229" w:type="pct"/>
            <w:vAlign w:val="center"/>
          </w:tcPr>
          <w:p w14:paraId="4CA529D7" w14:textId="77777777" w:rsidR="00F73E55" w:rsidRDefault="00F73E55" w:rsidP="00505372">
            <w:pPr>
              <w:jc w:val="center"/>
            </w:pPr>
            <w:r>
              <w:t>2</w:t>
            </w:r>
          </w:p>
        </w:tc>
        <w:tc>
          <w:tcPr>
            <w:tcW w:w="433" w:type="pct"/>
            <w:vAlign w:val="center"/>
          </w:tcPr>
          <w:p w14:paraId="7742F1D9" w14:textId="77777777" w:rsidR="00F73E55" w:rsidRDefault="00F73E55" w:rsidP="00505372">
            <w:pPr>
              <w:jc w:val="center"/>
            </w:pPr>
            <w:r>
              <w:t>ПиПдп-24</w:t>
            </w:r>
          </w:p>
        </w:tc>
        <w:tc>
          <w:tcPr>
            <w:tcW w:w="1334" w:type="pct"/>
            <w:vAlign w:val="center"/>
          </w:tcPr>
          <w:p w14:paraId="5E44FC61" w14:textId="7A79118F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Б1.В.01</w:t>
            </w:r>
            <w:r w:rsidR="000F5141">
              <w:rPr>
                <w:lang w:val="ru-RU"/>
              </w:rPr>
              <w:t xml:space="preserve"> </w:t>
            </w:r>
            <w:r w:rsidRPr="00B808C6">
              <w:rPr>
                <w:lang w:val="ru-RU"/>
              </w:rPr>
              <w:t>Основы вожатской деятельности</w:t>
            </w:r>
          </w:p>
        </w:tc>
        <w:tc>
          <w:tcPr>
            <w:tcW w:w="526" w:type="pct"/>
            <w:vAlign w:val="center"/>
          </w:tcPr>
          <w:p w14:paraId="1792FA78" w14:textId="77777777" w:rsidR="00F73E55" w:rsidRDefault="00F73E55" w:rsidP="00505372">
            <w:pPr>
              <w:jc w:val="center"/>
            </w:pPr>
            <w:r>
              <w:t>УК-2, ПК-5</w:t>
            </w:r>
          </w:p>
        </w:tc>
        <w:tc>
          <w:tcPr>
            <w:tcW w:w="479" w:type="pct"/>
            <w:vAlign w:val="center"/>
          </w:tcPr>
          <w:p w14:paraId="7C9F9047" w14:textId="77777777" w:rsidR="00F73E55" w:rsidRDefault="00F73E55" w:rsidP="00505372">
            <w:pPr>
              <w:jc w:val="center"/>
            </w:pPr>
            <w:r>
              <w:t>74.0%</w:t>
            </w:r>
          </w:p>
        </w:tc>
        <w:tc>
          <w:tcPr>
            <w:tcW w:w="437" w:type="pct"/>
            <w:vAlign w:val="center"/>
          </w:tcPr>
          <w:p w14:paraId="106EE6F6" w14:textId="77777777" w:rsidR="00F73E55" w:rsidRDefault="00F73E55" w:rsidP="00505372">
            <w:pPr>
              <w:jc w:val="center"/>
            </w:pPr>
            <w:r>
              <w:t>13.05.2026</w:t>
            </w:r>
          </w:p>
        </w:tc>
      </w:tr>
      <w:tr w:rsidR="00F73E55" w14:paraId="7648A801" w14:textId="77777777" w:rsidTr="00505372">
        <w:tc>
          <w:tcPr>
            <w:tcW w:w="354" w:type="pct"/>
            <w:vAlign w:val="center"/>
          </w:tcPr>
          <w:p w14:paraId="397D49FC" w14:textId="77777777" w:rsidR="00F73E55" w:rsidRDefault="00F73E55" w:rsidP="00505372">
            <w:pPr>
              <w:jc w:val="center"/>
            </w:pPr>
            <w:r>
              <w:t>44.05.01</w:t>
            </w:r>
          </w:p>
        </w:tc>
        <w:tc>
          <w:tcPr>
            <w:tcW w:w="899" w:type="pct"/>
            <w:vAlign w:val="center"/>
          </w:tcPr>
          <w:p w14:paraId="168C1E31" w14:textId="77777777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Психолого-педагогическая профилактика девиантного поведения несовершеннолетних</w:t>
            </w:r>
          </w:p>
        </w:tc>
        <w:tc>
          <w:tcPr>
            <w:tcW w:w="308" w:type="pct"/>
            <w:vAlign w:val="center"/>
          </w:tcPr>
          <w:p w14:paraId="186F08E2" w14:textId="77777777" w:rsidR="00F73E55" w:rsidRDefault="00F73E55" w:rsidP="00505372">
            <w:pPr>
              <w:jc w:val="center"/>
            </w:pPr>
            <w:r>
              <w:t>2024</w:t>
            </w:r>
          </w:p>
        </w:tc>
        <w:tc>
          <w:tcPr>
            <w:tcW w:w="229" w:type="pct"/>
            <w:vAlign w:val="center"/>
          </w:tcPr>
          <w:p w14:paraId="76B479B9" w14:textId="77777777" w:rsidR="00F73E55" w:rsidRDefault="00F73E55" w:rsidP="00505372">
            <w:pPr>
              <w:jc w:val="center"/>
            </w:pPr>
            <w:r>
              <w:t>2</w:t>
            </w:r>
          </w:p>
        </w:tc>
        <w:tc>
          <w:tcPr>
            <w:tcW w:w="433" w:type="pct"/>
            <w:vAlign w:val="center"/>
          </w:tcPr>
          <w:p w14:paraId="04AEB42F" w14:textId="77777777" w:rsidR="00F73E55" w:rsidRDefault="00F73E55" w:rsidP="00505372">
            <w:pPr>
              <w:jc w:val="center"/>
            </w:pPr>
            <w:r>
              <w:t>ПиПдп-24</w:t>
            </w:r>
          </w:p>
        </w:tc>
        <w:tc>
          <w:tcPr>
            <w:tcW w:w="1334" w:type="pct"/>
            <w:vAlign w:val="center"/>
          </w:tcPr>
          <w:p w14:paraId="3D4319DC" w14:textId="77777777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Б1.0.06.04 Физическая культура и спорт</w:t>
            </w:r>
          </w:p>
        </w:tc>
        <w:tc>
          <w:tcPr>
            <w:tcW w:w="526" w:type="pct"/>
            <w:vAlign w:val="center"/>
          </w:tcPr>
          <w:p w14:paraId="5243DBE5" w14:textId="5A990EBC" w:rsidR="00F73E55" w:rsidRPr="00B808C6" w:rsidRDefault="000F5141" w:rsidP="0050537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УК-7</w:t>
            </w:r>
          </w:p>
        </w:tc>
        <w:tc>
          <w:tcPr>
            <w:tcW w:w="479" w:type="pct"/>
            <w:vAlign w:val="center"/>
          </w:tcPr>
          <w:p w14:paraId="1057CB44" w14:textId="77777777" w:rsidR="00F73E55" w:rsidRDefault="00F73E55" w:rsidP="00505372">
            <w:pPr>
              <w:jc w:val="center"/>
            </w:pPr>
            <w:r>
              <w:t>75.0%</w:t>
            </w:r>
          </w:p>
        </w:tc>
        <w:tc>
          <w:tcPr>
            <w:tcW w:w="437" w:type="pct"/>
            <w:vAlign w:val="center"/>
          </w:tcPr>
          <w:p w14:paraId="131DB8D6" w14:textId="77777777" w:rsidR="00F73E55" w:rsidRDefault="00F73E55" w:rsidP="00505372">
            <w:pPr>
              <w:jc w:val="center"/>
            </w:pPr>
            <w:r>
              <w:t>13.05.2026</w:t>
            </w:r>
          </w:p>
        </w:tc>
      </w:tr>
      <w:tr w:rsidR="00F73E55" w14:paraId="2FAA4AB5" w14:textId="77777777" w:rsidTr="00505372">
        <w:tc>
          <w:tcPr>
            <w:tcW w:w="354" w:type="pct"/>
            <w:vAlign w:val="center"/>
          </w:tcPr>
          <w:p w14:paraId="5C622C64" w14:textId="77777777" w:rsidR="00F73E55" w:rsidRDefault="00F73E55" w:rsidP="00505372">
            <w:pPr>
              <w:jc w:val="center"/>
            </w:pPr>
            <w:r>
              <w:t>44.05.01</w:t>
            </w:r>
          </w:p>
        </w:tc>
        <w:tc>
          <w:tcPr>
            <w:tcW w:w="899" w:type="pct"/>
            <w:vAlign w:val="center"/>
          </w:tcPr>
          <w:p w14:paraId="3D4DE640" w14:textId="77777777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 xml:space="preserve">Психолого-педагогическая </w:t>
            </w:r>
            <w:r w:rsidRPr="00B808C6">
              <w:rPr>
                <w:lang w:val="ru-RU"/>
              </w:rPr>
              <w:lastRenderedPageBreak/>
              <w:t>профилактика девиантного поведения несовершеннолетних</w:t>
            </w:r>
          </w:p>
        </w:tc>
        <w:tc>
          <w:tcPr>
            <w:tcW w:w="308" w:type="pct"/>
            <w:vAlign w:val="center"/>
          </w:tcPr>
          <w:p w14:paraId="7086EAA2" w14:textId="77777777" w:rsidR="00F73E55" w:rsidRDefault="00F73E55" w:rsidP="00505372">
            <w:pPr>
              <w:jc w:val="center"/>
            </w:pPr>
            <w:r>
              <w:lastRenderedPageBreak/>
              <w:t>2025</w:t>
            </w:r>
          </w:p>
        </w:tc>
        <w:tc>
          <w:tcPr>
            <w:tcW w:w="229" w:type="pct"/>
            <w:vAlign w:val="center"/>
          </w:tcPr>
          <w:p w14:paraId="02E42A56" w14:textId="77777777" w:rsidR="00F73E55" w:rsidRDefault="00F73E55" w:rsidP="00505372">
            <w:pPr>
              <w:jc w:val="center"/>
            </w:pPr>
            <w:r>
              <w:t>1</w:t>
            </w:r>
          </w:p>
        </w:tc>
        <w:tc>
          <w:tcPr>
            <w:tcW w:w="433" w:type="pct"/>
            <w:vAlign w:val="center"/>
          </w:tcPr>
          <w:p w14:paraId="0638E4DC" w14:textId="77777777" w:rsidR="00F73E55" w:rsidRDefault="00F73E55" w:rsidP="00505372">
            <w:pPr>
              <w:jc w:val="center"/>
            </w:pPr>
            <w:r>
              <w:t>ПиПдп-25</w:t>
            </w:r>
          </w:p>
        </w:tc>
        <w:tc>
          <w:tcPr>
            <w:tcW w:w="1334" w:type="pct"/>
            <w:vAlign w:val="center"/>
          </w:tcPr>
          <w:p w14:paraId="4FB08791" w14:textId="3CD71F35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Б1.О.07.01 Общие основы педагогики</w:t>
            </w:r>
          </w:p>
        </w:tc>
        <w:tc>
          <w:tcPr>
            <w:tcW w:w="526" w:type="pct"/>
            <w:vAlign w:val="center"/>
          </w:tcPr>
          <w:p w14:paraId="424DA6A0" w14:textId="77777777" w:rsidR="00F73E55" w:rsidRDefault="00F73E55" w:rsidP="00505372">
            <w:pPr>
              <w:jc w:val="center"/>
            </w:pPr>
            <w:r>
              <w:t>ОПК-9</w:t>
            </w:r>
          </w:p>
        </w:tc>
        <w:tc>
          <w:tcPr>
            <w:tcW w:w="479" w:type="pct"/>
            <w:vAlign w:val="center"/>
          </w:tcPr>
          <w:p w14:paraId="37FE1454" w14:textId="77777777" w:rsidR="00F73E55" w:rsidRDefault="00F73E55" w:rsidP="00505372">
            <w:pPr>
              <w:jc w:val="center"/>
            </w:pPr>
            <w:r>
              <w:t>74.0%</w:t>
            </w:r>
          </w:p>
        </w:tc>
        <w:tc>
          <w:tcPr>
            <w:tcW w:w="437" w:type="pct"/>
            <w:vAlign w:val="center"/>
          </w:tcPr>
          <w:p w14:paraId="295EA9F1" w14:textId="77777777" w:rsidR="00F73E55" w:rsidRDefault="00F73E55" w:rsidP="00505372">
            <w:pPr>
              <w:jc w:val="center"/>
            </w:pPr>
            <w:r>
              <w:t>14.05.2026</w:t>
            </w:r>
          </w:p>
        </w:tc>
      </w:tr>
      <w:tr w:rsidR="00F73E55" w14:paraId="53400E8D" w14:textId="77777777" w:rsidTr="00505372">
        <w:tc>
          <w:tcPr>
            <w:tcW w:w="354" w:type="pct"/>
            <w:vAlign w:val="center"/>
          </w:tcPr>
          <w:p w14:paraId="3300D886" w14:textId="77777777" w:rsidR="00F73E55" w:rsidRDefault="00F73E55" w:rsidP="00505372">
            <w:pPr>
              <w:jc w:val="center"/>
            </w:pPr>
            <w:r>
              <w:t>44.05.01</w:t>
            </w:r>
          </w:p>
        </w:tc>
        <w:tc>
          <w:tcPr>
            <w:tcW w:w="899" w:type="pct"/>
            <w:vAlign w:val="center"/>
          </w:tcPr>
          <w:p w14:paraId="427F4D31" w14:textId="77777777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Психолого-педагогическая профилактика девиантного поведения несовершеннолетних</w:t>
            </w:r>
          </w:p>
        </w:tc>
        <w:tc>
          <w:tcPr>
            <w:tcW w:w="308" w:type="pct"/>
            <w:vAlign w:val="center"/>
          </w:tcPr>
          <w:p w14:paraId="28C139B4" w14:textId="77777777" w:rsidR="00F73E55" w:rsidRDefault="00F73E55" w:rsidP="00505372">
            <w:pPr>
              <w:jc w:val="center"/>
            </w:pPr>
            <w:r>
              <w:t>2025</w:t>
            </w:r>
          </w:p>
        </w:tc>
        <w:tc>
          <w:tcPr>
            <w:tcW w:w="229" w:type="pct"/>
            <w:vAlign w:val="center"/>
          </w:tcPr>
          <w:p w14:paraId="17CF6D42" w14:textId="77777777" w:rsidR="00F73E55" w:rsidRDefault="00F73E55" w:rsidP="00505372">
            <w:pPr>
              <w:jc w:val="center"/>
            </w:pPr>
            <w:r>
              <w:t>1</w:t>
            </w:r>
          </w:p>
        </w:tc>
        <w:tc>
          <w:tcPr>
            <w:tcW w:w="433" w:type="pct"/>
            <w:vAlign w:val="center"/>
          </w:tcPr>
          <w:p w14:paraId="0B9F3FAB" w14:textId="77777777" w:rsidR="00F73E55" w:rsidRDefault="00F73E55" w:rsidP="00505372">
            <w:pPr>
              <w:jc w:val="center"/>
            </w:pPr>
            <w:r>
              <w:t>ПиПдп-25</w:t>
            </w:r>
          </w:p>
        </w:tc>
        <w:tc>
          <w:tcPr>
            <w:tcW w:w="1334" w:type="pct"/>
            <w:vAlign w:val="center"/>
          </w:tcPr>
          <w:p w14:paraId="775A298E" w14:textId="23D51716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Б1.О.07.01 Общие основы педагогики</w:t>
            </w:r>
          </w:p>
        </w:tc>
        <w:tc>
          <w:tcPr>
            <w:tcW w:w="526" w:type="pct"/>
            <w:vAlign w:val="center"/>
          </w:tcPr>
          <w:p w14:paraId="58F933C1" w14:textId="77777777" w:rsidR="00F73E55" w:rsidRDefault="00F73E55" w:rsidP="00505372">
            <w:pPr>
              <w:jc w:val="center"/>
            </w:pPr>
            <w:r>
              <w:t>ОПК-4</w:t>
            </w:r>
          </w:p>
        </w:tc>
        <w:tc>
          <w:tcPr>
            <w:tcW w:w="479" w:type="pct"/>
            <w:vAlign w:val="center"/>
          </w:tcPr>
          <w:p w14:paraId="6B436706" w14:textId="77777777" w:rsidR="00F73E55" w:rsidRDefault="00F73E55" w:rsidP="00505372">
            <w:pPr>
              <w:jc w:val="center"/>
            </w:pPr>
            <w:r>
              <w:t>82.0%</w:t>
            </w:r>
          </w:p>
        </w:tc>
        <w:tc>
          <w:tcPr>
            <w:tcW w:w="437" w:type="pct"/>
            <w:vAlign w:val="center"/>
          </w:tcPr>
          <w:p w14:paraId="13D4514F" w14:textId="77777777" w:rsidR="00F73E55" w:rsidRDefault="00F73E55" w:rsidP="00505372">
            <w:pPr>
              <w:jc w:val="center"/>
            </w:pPr>
            <w:r>
              <w:t>14.05.2026</w:t>
            </w:r>
          </w:p>
        </w:tc>
      </w:tr>
      <w:tr w:rsidR="00F73E55" w14:paraId="6DCBDD35" w14:textId="77777777" w:rsidTr="00505372">
        <w:tc>
          <w:tcPr>
            <w:tcW w:w="354" w:type="pct"/>
            <w:vAlign w:val="center"/>
          </w:tcPr>
          <w:p w14:paraId="5B7B22AB" w14:textId="77777777" w:rsidR="00F73E55" w:rsidRDefault="00F73E55" w:rsidP="00505372">
            <w:pPr>
              <w:jc w:val="center"/>
            </w:pPr>
            <w:r>
              <w:t>44.05.01</w:t>
            </w:r>
          </w:p>
        </w:tc>
        <w:tc>
          <w:tcPr>
            <w:tcW w:w="899" w:type="pct"/>
            <w:vAlign w:val="center"/>
          </w:tcPr>
          <w:p w14:paraId="1DEDE618" w14:textId="77777777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Психолого-педагогическая профилактика девиантного поведения несовершеннолетних</w:t>
            </w:r>
          </w:p>
        </w:tc>
        <w:tc>
          <w:tcPr>
            <w:tcW w:w="308" w:type="pct"/>
            <w:vAlign w:val="center"/>
          </w:tcPr>
          <w:p w14:paraId="4AA0F6BE" w14:textId="77777777" w:rsidR="00F73E55" w:rsidRDefault="00F73E55" w:rsidP="00505372">
            <w:pPr>
              <w:jc w:val="center"/>
            </w:pPr>
            <w:r>
              <w:t>2025</w:t>
            </w:r>
          </w:p>
        </w:tc>
        <w:tc>
          <w:tcPr>
            <w:tcW w:w="229" w:type="pct"/>
            <w:vAlign w:val="center"/>
          </w:tcPr>
          <w:p w14:paraId="1C26B091" w14:textId="77777777" w:rsidR="00F73E55" w:rsidRDefault="00F73E55" w:rsidP="00505372">
            <w:pPr>
              <w:jc w:val="center"/>
            </w:pPr>
            <w:r>
              <w:t>1</w:t>
            </w:r>
          </w:p>
        </w:tc>
        <w:tc>
          <w:tcPr>
            <w:tcW w:w="433" w:type="pct"/>
            <w:vAlign w:val="center"/>
          </w:tcPr>
          <w:p w14:paraId="1350607A" w14:textId="77777777" w:rsidR="00F73E55" w:rsidRDefault="00F73E55" w:rsidP="00505372">
            <w:pPr>
              <w:jc w:val="center"/>
            </w:pPr>
            <w:r>
              <w:t>ПиПдп-25</w:t>
            </w:r>
          </w:p>
        </w:tc>
        <w:tc>
          <w:tcPr>
            <w:tcW w:w="1334" w:type="pct"/>
            <w:vAlign w:val="center"/>
          </w:tcPr>
          <w:p w14:paraId="0D91EBD6" w14:textId="6B46FB1F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Б1.О.05.02 Системы искусственного интеллекта</w:t>
            </w:r>
          </w:p>
        </w:tc>
        <w:tc>
          <w:tcPr>
            <w:tcW w:w="526" w:type="pct"/>
            <w:vAlign w:val="center"/>
          </w:tcPr>
          <w:p w14:paraId="3211171B" w14:textId="1C32FE00" w:rsidR="00F73E55" w:rsidRDefault="00F73E55" w:rsidP="00505372">
            <w:pPr>
              <w:jc w:val="center"/>
            </w:pPr>
            <w:r>
              <w:t>ОПК-</w:t>
            </w:r>
            <w:r w:rsidR="000F5141">
              <w:rPr>
                <w:lang w:val="ru-RU"/>
              </w:rPr>
              <w:t>1</w:t>
            </w:r>
            <w:r>
              <w:t>, ОПК-</w:t>
            </w:r>
            <w:r w:rsidR="000F5141">
              <w:rPr>
                <w:lang w:val="ru-RU"/>
              </w:rPr>
              <w:t>1</w:t>
            </w:r>
            <w:r>
              <w:t>2</w:t>
            </w:r>
          </w:p>
        </w:tc>
        <w:tc>
          <w:tcPr>
            <w:tcW w:w="479" w:type="pct"/>
            <w:vAlign w:val="center"/>
          </w:tcPr>
          <w:p w14:paraId="54B040A6" w14:textId="77777777" w:rsidR="00F73E55" w:rsidRDefault="00F73E55" w:rsidP="00505372">
            <w:pPr>
              <w:jc w:val="center"/>
            </w:pPr>
            <w:r>
              <w:t>84.0%</w:t>
            </w:r>
          </w:p>
        </w:tc>
        <w:tc>
          <w:tcPr>
            <w:tcW w:w="437" w:type="pct"/>
            <w:vAlign w:val="center"/>
          </w:tcPr>
          <w:p w14:paraId="08ACF1FB" w14:textId="77777777" w:rsidR="00F73E55" w:rsidRDefault="00F73E55" w:rsidP="00505372">
            <w:pPr>
              <w:jc w:val="center"/>
            </w:pPr>
            <w:r>
              <w:t>15.05.2026</w:t>
            </w:r>
          </w:p>
        </w:tc>
      </w:tr>
      <w:tr w:rsidR="00F73E55" w14:paraId="45595E0C" w14:textId="77777777" w:rsidTr="00505372">
        <w:tc>
          <w:tcPr>
            <w:tcW w:w="354" w:type="pct"/>
            <w:vAlign w:val="center"/>
          </w:tcPr>
          <w:p w14:paraId="40F22ED8" w14:textId="77777777" w:rsidR="00F73E55" w:rsidRDefault="00F73E55" w:rsidP="00505372">
            <w:pPr>
              <w:jc w:val="center"/>
            </w:pPr>
            <w:r>
              <w:t>44.05.01</w:t>
            </w:r>
          </w:p>
        </w:tc>
        <w:tc>
          <w:tcPr>
            <w:tcW w:w="899" w:type="pct"/>
            <w:vAlign w:val="center"/>
          </w:tcPr>
          <w:p w14:paraId="25FBE039" w14:textId="77777777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Психолого-педагогическая профилактика девиантного поведения несовершеннолетних</w:t>
            </w:r>
          </w:p>
        </w:tc>
        <w:tc>
          <w:tcPr>
            <w:tcW w:w="308" w:type="pct"/>
            <w:vAlign w:val="center"/>
          </w:tcPr>
          <w:p w14:paraId="4AD5B6AF" w14:textId="77777777" w:rsidR="00F73E55" w:rsidRDefault="00F73E55" w:rsidP="00505372">
            <w:pPr>
              <w:jc w:val="center"/>
            </w:pPr>
            <w:r>
              <w:t>2024</w:t>
            </w:r>
          </w:p>
        </w:tc>
        <w:tc>
          <w:tcPr>
            <w:tcW w:w="229" w:type="pct"/>
            <w:vAlign w:val="center"/>
          </w:tcPr>
          <w:p w14:paraId="03CE3876" w14:textId="77777777" w:rsidR="00F73E55" w:rsidRDefault="00F73E55" w:rsidP="00505372">
            <w:pPr>
              <w:jc w:val="center"/>
            </w:pPr>
            <w:r>
              <w:t>2</w:t>
            </w:r>
          </w:p>
        </w:tc>
        <w:tc>
          <w:tcPr>
            <w:tcW w:w="433" w:type="pct"/>
            <w:vAlign w:val="center"/>
          </w:tcPr>
          <w:p w14:paraId="1958B507" w14:textId="77777777" w:rsidR="00F73E55" w:rsidRDefault="00F73E55" w:rsidP="00505372">
            <w:pPr>
              <w:jc w:val="center"/>
            </w:pPr>
            <w:r>
              <w:t>ПиПдп-24</w:t>
            </w:r>
          </w:p>
        </w:tc>
        <w:tc>
          <w:tcPr>
            <w:tcW w:w="1334" w:type="pct"/>
            <w:vAlign w:val="center"/>
          </w:tcPr>
          <w:p w14:paraId="7B257CD2" w14:textId="1D1CCC26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Б1.О.04.01 Иностранный язык</w:t>
            </w:r>
          </w:p>
        </w:tc>
        <w:tc>
          <w:tcPr>
            <w:tcW w:w="526" w:type="pct"/>
            <w:vAlign w:val="center"/>
          </w:tcPr>
          <w:p w14:paraId="683275BA" w14:textId="77777777" w:rsidR="00F73E55" w:rsidRDefault="00F73E55" w:rsidP="00505372">
            <w:pPr>
              <w:jc w:val="center"/>
            </w:pPr>
            <w:r>
              <w:t>УК-4</w:t>
            </w:r>
          </w:p>
        </w:tc>
        <w:tc>
          <w:tcPr>
            <w:tcW w:w="479" w:type="pct"/>
            <w:vAlign w:val="center"/>
          </w:tcPr>
          <w:p w14:paraId="72DB6112" w14:textId="77777777" w:rsidR="00F73E55" w:rsidRDefault="00F73E55" w:rsidP="00505372">
            <w:pPr>
              <w:jc w:val="center"/>
            </w:pPr>
            <w:r>
              <w:t>84.0%</w:t>
            </w:r>
          </w:p>
        </w:tc>
        <w:tc>
          <w:tcPr>
            <w:tcW w:w="437" w:type="pct"/>
            <w:vAlign w:val="center"/>
          </w:tcPr>
          <w:p w14:paraId="6527DD15" w14:textId="77777777" w:rsidR="00F73E55" w:rsidRDefault="00F73E55" w:rsidP="00505372">
            <w:pPr>
              <w:jc w:val="center"/>
            </w:pPr>
            <w:r>
              <w:t>26.05.2026</w:t>
            </w:r>
          </w:p>
        </w:tc>
      </w:tr>
      <w:tr w:rsidR="00F73E55" w14:paraId="69F25F91" w14:textId="77777777" w:rsidTr="00505372">
        <w:tc>
          <w:tcPr>
            <w:tcW w:w="354" w:type="pct"/>
            <w:vAlign w:val="center"/>
          </w:tcPr>
          <w:p w14:paraId="1079D006" w14:textId="77777777" w:rsidR="00F73E55" w:rsidRDefault="00F73E55" w:rsidP="00505372">
            <w:pPr>
              <w:jc w:val="center"/>
            </w:pPr>
            <w:r>
              <w:t>44.05.01</w:t>
            </w:r>
          </w:p>
        </w:tc>
        <w:tc>
          <w:tcPr>
            <w:tcW w:w="899" w:type="pct"/>
            <w:vAlign w:val="center"/>
          </w:tcPr>
          <w:p w14:paraId="2C2E2B9B" w14:textId="77777777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Психолого-педагогическая профилактика девиантного поведения несовершеннолетних</w:t>
            </w:r>
          </w:p>
        </w:tc>
        <w:tc>
          <w:tcPr>
            <w:tcW w:w="308" w:type="pct"/>
            <w:vAlign w:val="center"/>
          </w:tcPr>
          <w:p w14:paraId="024BA058" w14:textId="77777777" w:rsidR="00F73E55" w:rsidRDefault="00F73E55" w:rsidP="00505372">
            <w:pPr>
              <w:jc w:val="center"/>
            </w:pPr>
            <w:r>
              <w:t>2023</w:t>
            </w:r>
          </w:p>
        </w:tc>
        <w:tc>
          <w:tcPr>
            <w:tcW w:w="229" w:type="pct"/>
            <w:vAlign w:val="center"/>
          </w:tcPr>
          <w:p w14:paraId="2A530AF0" w14:textId="77777777" w:rsidR="00F73E55" w:rsidRDefault="00F73E55" w:rsidP="00505372">
            <w:pPr>
              <w:jc w:val="center"/>
            </w:pPr>
            <w:r>
              <w:t>3</w:t>
            </w:r>
          </w:p>
        </w:tc>
        <w:tc>
          <w:tcPr>
            <w:tcW w:w="433" w:type="pct"/>
            <w:vAlign w:val="center"/>
          </w:tcPr>
          <w:p w14:paraId="4ED77128" w14:textId="77777777" w:rsidR="00F73E55" w:rsidRDefault="00F73E55" w:rsidP="00505372">
            <w:pPr>
              <w:jc w:val="center"/>
            </w:pPr>
            <w:r>
              <w:t>ПиПдп-23</w:t>
            </w:r>
          </w:p>
        </w:tc>
        <w:tc>
          <w:tcPr>
            <w:tcW w:w="1334" w:type="pct"/>
            <w:vAlign w:val="center"/>
          </w:tcPr>
          <w:p w14:paraId="3A1CDF74" w14:textId="74D09941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Б1.В.04 Методология и технологии психолого-педагогического тренинга</w:t>
            </w:r>
          </w:p>
        </w:tc>
        <w:tc>
          <w:tcPr>
            <w:tcW w:w="526" w:type="pct"/>
            <w:vAlign w:val="center"/>
          </w:tcPr>
          <w:p w14:paraId="00B52968" w14:textId="77777777" w:rsidR="00F73E55" w:rsidRDefault="00F73E55" w:rsidP="00505372">
            <w:pPr>
              <w:jc w:val="center"/>
            </w:pPr>
            <w:r>
              <w:t>УК-3, ПК-3</w:t>
            </w:r>
          </w:p>
        </w:tc>
        <w:tc>
          <w:tcPr>
            <w:tcW w:w="479" w:type="pct"/>
            <w:vAlign w:val="center"/>
          </w:tcPr>
          <w:p w14:paraId="41021A1A" w14:textId="77777777" w:rsidR="00F73E55" w:rsidRDefault="00F73E55" w:rsidP="00505372">
            <w:pPr>
              <w:jc w:val="center"/>
            </w:pPr>
            <w:r>
              <w:t>94.0%</w:t>
            </w:r>
          </w:p>
        </w:tc>
        <w:tc>
          <w:tcPr>
            <w:tcW w:w="437" w:type="pct"/>
            <w:vAlign w:val="center"/>
          </w:tcPr>
          <w:p w14:paraId="08B02E71" w14:textId="77777777" w:rsidR="00F73E55" w:rsidRDefault="00F73E55" w:rsidP="00505372">
            <w:pPr>
              <w:jc w:val="center"/>
            </w:pPr>
            <w:r>
              <w:t>22.06.2026</w:t>
            </w:r>
          </w:p>
        </w:tc>
      </w:tr>
      <w:tr w:rsidR="00F73E55" w14:paraId="5460BDFD" w14:textId="77777777" w:rsidTr="00505372">
        <w:tc>
          <w:tcPr>
            <w:tcW w:w="354" w:type="pct"/>
            <w:vAlign w:val="center"/>
          </w:tcPr>
          <w:p w14:paraId="12493890" w14:textId="77777777" w:rsidR="00F73E55" w:rsidRDefault="00F73E55" w:rsidP="00505372">
            <w:pPr>
              <w:jc w:val="center"/>
            </w:pPr>
            <w:r>
              <w:t>44.05.01</w:t>
            </w:r>
          </w:p>
        </w:tc>
        <w:tc>
          <w:tcPr>
            <w:tcW w:w="899" w:type="pct"/>
            <w:vAlign w:val="center"/>
          </w:tcPr>
          <w:p w14:paraId="1E0B9B98" w14:textId="77777777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Психолого-педагогическая профилактика девиантного поведения несовершеннолетних</w:t>
            </w:r>
          </w:p>
        </w:tc>
        <w:tc>
          <w:tcPr>
            <w:tcW w:w="308" w:type="pct"/>
            <w:vAlign w:val="center"/>
          </w:tcPr>
          <w:p w14:paraId="3E5CE14C" w14:textId="77777777" w:rsidR="00F73E55" w:rsidRDefault="00F73E55" w:rsidP="00505372">
            <w:pPr>
              <w:jc w:val="center"/>
            </w:pPr>
            <w:r>
              <w:t>2023</w:t>
            </w:r>
          </w:p>
        </w:tc>
        <w:tc>
          <w:tcPr>
            <w:tcW w:w="229" w:type="pct"/>
            <w:vAlign w:val="center"/>
          </w:tcPr>
          <w:p w14:paraId="0C3BFA9A" w14:textId="77777777" w:rsidR="00F73E55" w:rsidRDefault="00F73E55" w:rsidP="00505372">
            <w:pPr>
              <w:jc w:val="center"/>
            </w:pPr>
            <w:r>
              <w:t>3</w:t>
            </w:r>
          </w:p>
        </w:tc>
        <w:tc>
          <w:tcPr>
            <w:tcW w:w="433" w:type="pct"/>
            <w:vAlign w:val="center"/>
          </w:tcPr>
          <w:p w14:paraId="74099F30" w14:textId="77777777" w:rsidR="00F73E55" w:rsidRDefault="00F73E55" w:rsidP="00505372">
            <w:pPr>
              <w:jc w:val="center"/>
            </w:pPr>
            <w:r>
              <w:t>ПиПдп-23</w:t>
            </w:r>
          </w:p>
        </w:tc>
        <w:tc>
          <w:tcPr>
            <w:tcW w:w="1334" w:type="pct"/>
            <w:vAlign w:val="center"/>
          </w:tcPr>
          <w:p w14:paraId="302CEBF3" w14:textId="01944F73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Б1.В.03 Качественные и количественные методы в психолого-педагогических исследованиях</w:t>
            </w:r>
          </w:p>
        </w:tc>
        <w:tc>
          <w:tcPr>
            <w:tcW w:w="526" w:type="pct"/>
            <w:vAlign w:val="center"/>
          </w:tcPr>
          <w:p w14:paraId="46649854" w14:textId="77777777" w:rsidR="00F73E55" w:rsidRDefault="00F73E55" w:rsidP="00505372">
            <w:pPr>
              <w:jc w:val="center"/>
            </w:pPr>
            <w:r>
              <w:t>ПК-3</w:t>
            </w:r>
          </w:p>
        </w:tc>
        <w:tc>
          <w:tcPr>
            <w:tcW w:w="479" w:type="pct"/>
            <w:vAlign w:val="center"/>
          </w:tcPr>
          <w:p w14:paraId="1C349A32" w14:textId="77777777" w:rsidR="00F73E55" w:rsidRDefault="00F73E55" w:rsidP="00505372">
            <w:pPr>
              <w:jc w:val="center"/>
            </w:pPr>
            <w:r>
              <w:t>99.0%</w:t>
            </w:r>
          </w:p>
        </w:tc>
        <w:tc>
          <w:tcPr>
            <w:tcW w:w="437" w:type="pct"/>
            <w:vAlign w:val="center"/>
          </w:tcPr>
          <w:p w14:paraId="290C352D" w14:textId="77777777" w:rsidR="00F73E55" w:rsidRDefault="00F73E55" w:rsidP="00505372">
            <w:pPr>
              <w:jc w:val="center"/>
            </w:pPr>
            <w:r>
              <w:t>27.06.2026</w:t>
            </w:r>
          </w:p>
        </w:tc>
      </w:tr>
      <w:tr w:rsidR="00F73E55" w14:paraId="1535D14D" w14:textId="77777777" w:rsidTr="00505372">
        <w:tc>
          <w:tcPr>
            <w:tcW w:w="354" w:type="pct"/>
            <w:vAlign w:val="center"/>
          </w:tcPr>
          <w:p w14:paraId="1E65670F" w14:textId="77777777" w:rsidR="00F73E55" w:rsidRDefault="00F73E55" w:rsidP="00505372">
            <w:pPr>
              <w:jc w:val="center"/>
            </w:pPr>
            <w:r>
              <w:t>44.05.01</w:t>
            </w:r>
          </w:p>
        </w:tc>
        <w:tc>
          <w:tcPr>
            <w:tcW w:w="899" w:type="pct"/>
            <w:vAlign w:val="center"/>
          </w:tcPr>
          <w:p w14:paraId="332F5D40" w14:textId="77777777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Психолого-педагогическая профилактика девиантного поведения несовершеннолетних</w:t>
            </w:r>
          </w:p>
        </w:tc>
        <w:tc>
          <w:tcPr>
            <w:tcW w:w="308" w:type="pct"/>
            <w:vAlign w:val="center"/>
          </w:tcPr>
          <w:p w14:paraId="3B193FEF" w14:textId="77777777" w:rsidR="00F73E55" w:rsidRDefault="00F73E55" w:rsidP="00505372">
            <w:pPr>
              <w:jc w:val="center"/>
            </w:pPr>
            <w:r>
              <w:t>2023</w:t>
            </w:r>
          </w:p>
        </w:tc>
        <w:tc>
          <w:tcPr>
            <w:tcW w:w="229" w:type="pct"/>
            <w:vAlign w:val="center"/>
          </w:tcPr>
          <w:p w14:paraId="52B68BF0" w14:textId="77777777" w:rsidR="00F73E55" w:rsidRDefault="00F73E55" w:rsidP="00505372">
            <w:pPr>
              <w:jc w:val="center"/>
            </w:pPr>
            <w:r>
              <w:t>3</w:t>
            </w:r>
          </w:p>
        </w:tc>
        <w:tc>
          <w:tcPr>
            <w:tcW w:w="433" w:type="pct"/>
            <w:vAlign w:val="center"/>
          </w:tcPr>
          <w:p w14:paraId="40236768" w14:textId="77777777" w:rsidR="00F73E55" w:rsidRDefault="00F73E55" w:rsidP="00505372">
            <w:pPr>
              <w:jc w:val="center"/>
            </w:pPr>
            <w:r>
              <w:t>ПиПдп-23</w:t>
            </w:r>
          </w:p>
        </w:tc>
        <w:tc>
          <w:tcPr>
            <w:tcW w:w="1334" w:type="pct"/>
            <w:vAlign w:val="center"/>
          </w:tcPr>
          <w:p w14:paraId="2942C5DE" w14:textId="31B89391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Б1.В.03 Качественные и количественные методы в психолого-педагогических исследованиях</w:t>
            </w:r>
          </w:p>
        </w:tc>
        <w:tc>
          <w:tcPr>
            <w:tcW w:w="526" w:type="pct"/>
            <w:vAlign w:val="center"/>
          </w:tcPr>
          <w:p w14:paraId="01AD9B43" w14:textId="77777777" w:rsidR="00F73E55" w:rsidRDefault="00F73E55" w:rsidP="00505372">
            <w:pPr>
              <w:jc w:val="center"/>
            </w:pPr>
            <w:r>
              <w:t>УК-10</w:t>
            </w:r>
          </w:p>
        </w:tc>
        <w:tc>
          <w:tcPr>
            <w:tcW w:w="479" w:type="pct"/>
            <w:vAlign w:val="center"/>
          </w:tcPr>
          <w:p w14:paraId="7C2A02FF" w14:textId="77777777" w:rsidR="00F73E55" w:rsidRDefault="00F73E55" w:rsidP="00505372">
            <w:pPr>
              <w:jc w:val="center"/>
            </w:pPr>
            <w:r>
              <w:t>94.0%</w:t>
            </w:r>
          </w:p>
        </w:tc>
        <w:tc>
          <w:tcPr>
            <w:tcW w:w="437" w:type="pct"/>
            <w:vAlign w:val="center"/>
          </w:tcPr>
          <w:p w14:paraId="72C1F08A" w14:textId="77777777" w:rsidR="00F73E55" w:rsidRDefault="00F73E55" w:rsidP="00505372">
            <w:pPr>
              <w:jc w:val="center"/>
            </w:pPr>
            <w:r>
              <w:t>27.06.2026</w:t>
            </w:r>
          </w:p>
        </w:tc>
      </w:tr>
    </w:tbl>
    <w:p w14:paraId="7A04E189" w14:textId="77777777" w:rsidR="005C48D3" w:rsidRDefault="005C48D3"/>
    <w:sectPr w:rsidR="005C48D3" w:rsidSect="00505372">
      <w:pgSz w:w="15840" w:h="12240" w:orient="landscape"/>
      <w:pgMar w:top="567" w:right="567" w:bottom="283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3588"/>
    <w:rsid w:val="000E7510"/>
    <w:rsid w:val="000F5141"/>
    <w:rsid w:val="001238B4"/>
    <w:rsid w:val="0015074B"/>
    <w:rsid w:val="00211DB0"/>
    <w:rsid w:val="0029639D"/>
    <w:rsid w:val="00326F90"/>
    <w:rsid w:val="00505372"/>
    <w:rsid w:val="005C48D3"/>
    <w:rsid w:val="00702BF4"/>
    <w:rsid w:val="009122B5"/>
    <w:rsid w:val="00A747C5"/>
    <w:rsid w:val="00AA1D8D"/>
    <w:rsid w:val="00AA446A"/>
    <w:rsid w:val="00B47730"/>
    <w:rsid w:val="00B808C6"/>
    <w:rsid w:val="00CB0664"/>
    <w:rsid w:val="00DC6C23"/>
    <w:rsid w:val="00EF2315"/>
    <w:rsid w:val="00F73E5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C68884"/>
  <w14:defaultImageDpi w14:val="300"/>
  <w15:docId w15:val="{553FB062-D983-4B9F-920F-C9FAEF603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404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2708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anastasia11daminova@gmail.com</cp:lastModifiedBy>
  <cp:revision>4</cp:revision>
  <dcterms:created xsi:type="dcterms:W3CDTF">2026-08-06T12:24:00Z</dcterms:created>
  <dcterms:modified xsi:type="dcterms:W3CDTF">2026-08-06T12:29:00Z</dcterms:modified>
  <cp:category/>
</cp:coreProperties>
</file>